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Власниця ведмедя</w:t>
      </w:r>
    </w:p>
    <w:p>
      <w:r>
        <w:br/>
        <w:t xml:space="preserve"> &lt;p&gt;Мама поїхала в центр ходити по крамницях. Вона попросила Нору глядіти Джейн-Ґледіс, і Нора пообіцяла, що глядітиме. Але була її черга натирати срібні столові прибори, тому вона сиділа в буфетній і лишила Джейн-Ґледіс бавитися саму у великій кімнаті нагорі.</w:t>
      </w:r>
    </w:p>
    <w:p>
      <w:r>
        <w:br/>
        <w:t>Дівчинка була не проти побути наодинці, бо якраз трудилася над своєю першою вишивкою — диванною подушкою татові на день народження. Вона вилізла на широке підвіконня й там усілася клубочком, схиливши каштанову голову над роботою.</w:t>
      </w:r>
    </w:p>
    <w:p>
      <w:r>
        <w:br/>
        <w:t>Невдовзі двері тихенько відчинилися й знову зачинилися. Джейн-Ґледіс подумала, що то Нора і не відвела погляду від канви, поки не зробила ще два стібки до незабудки. Потім вона таки підняла очі й вражено побачила незнайомого чоловіка, що стояв посеред кімнати й пильно на неї дивився.</w:t>
      </w:r>
    </w:p>
    <w:p>
      <w:r>
        <w:br/>
        <w:t>Був він низенький, гладкий і важко дихав, бо ж піднімався по сходах. В одній руці держав поношений циліндр, а з-під пахви другої стирчала велика книга. Убраний був у чорний костюм, на вигляд старий і доволі потертий, а голова на маківці блищала лисиною.</w:t>
      </w:r>
    </w:p>
    <w:p>
      <w:r>
        <w:br/>
        <w:t>— Даруйте, — сказав він, поки дитина дивилась на нього з серйозним подивом. — Ви</w:t>
      </w:r>
    </w:p>
    <w:p>
      <w:r>
        <w:br/>
        <w:t>— Джейн-Ґледіс Браун?</w:t>
      </w:r>
    </w:p>
    <w:p>
      <w:r>
        <w:br/>
        <w:t>— Так, пане, — відповіла вона.</w:t>
      </w:r>
    </w:p>
    <w:p>
      <w:r>
        <w:br/>
        <w:t>— Дуже добре. Дуже добре, їй-бо! — зазначив він з дивною усмішкою. — Я неабияк поблукав, поки вас знайшов, але нарешті пошук увінчався успіхом.</w:t>
      </w:r>
    </w:p>
    <w:p>
      <w:r>
        <w:br/>
        <w:t>— Як ви сюди зайшли? — запитала Джейн-Ґледіс, відчуваючи, як росте її недовіра до гостя.</w:t>
      </w:r>
    </w:p>
    <w:p>
      <w:r>
        <w:br/>
        <w:t>— Це секрет, — сказав він таємничо.</w:t>
      </w:r>
    </w:p>
    <w:p>
      <w:r>
        <w:br/>
        <w:t>Цього вистачило, щоб дівчинка насторожилась. Вона глянула на чоловіка, а чоловік глянув на неї, і обидва погляди були серйозні й навіть дещо тривожні.</w:t>
      </w:r>
    </w:p>
    <w:p>
      <w:r>
        <w:br/>
        <w:t>— Що ви хочете? — спитала вона, з гідністю випрямляючись.</w:t>
      </w:r>
    </w:p>
    <w:p>
      <w:r>
        <w:br/>
        <w:t>— А! Зараз перейдемо до діла, — сказав чоловік, пожвавішавши. — Буду з вами цілком щирий. Почну з того, що ваш батько мене скривдив вельми не по-джентльменськи.</w:t>
      </w:r>
    </w:p>
    <w:p>
      <w:r>
        <w:br/>
        <w:t>Джейн-Ґледіс злізла з підвіконня і вказала пальчиком на двері.</w:t>
      </w:r>
    </w:p>
    <w:p>
      <w:r>
        <w:br/>
        <w:t>— Вийдіть з кімнати негайно! — вигукнула вона, і голос її тремтів з обурення. — Мій тато</w:t>
      </w:r>
    </w:p>
    <w:p>
      <w:r>
        <w:br/>
        <w:t>— найкращий на світі. Він ніколи нікого не кривдив!</w:t>
      </w:r>
    </w:p>
    <w:p>
      <w:r>
        <w:br/>
        <w:t>— Будьте ласкаві, дозвольте пояснити, — сказав гість, не звертаючи ані найменшої уваги на її вимогу вийти. — Ваш батько, можливо, добрий і ласкавий з вами, бо ви його маленька донечка. Та коли він у центрі міста сидить у своєму кабінеті, то найчастіше буває дуже суворий, особливо до продавців книжок. Якось я зайшов був до нього й запропонував купити повне зібрання творів Пітера Сміта, і що, ви гадаєте, він зробив?</w:t>
      </w:r>
    </w:p>
    <w:p>
      <w:r>
        <w:br/>
        <w:t>Вона нічого не сказала.</w:t>
      </w:r>
    </w:p>
    <w:p>
      <w:r>
        <w:br/>
        <w:t>— А те, — продовжував чоловік дедалі схви-льованіше, — що наказав швейцарові виставити мене з будинку! Що ви думаєте про таку поведінку "найкращого тата на світі", га?</w:t>
      </w:r>
    </w:p>
    <w:p>
      <w:r>
        <w:br/>
        <w:t>— Думаю, що він зробив правильно, — сказала Джейн-Ґледіс.</w:t>
      </w:r>
    </w:p>
    <w:p>
      <w:r>
        <w:br/>
        <w:t>— Он як? Ну то, — сказав чоловік, — я рішуче прагну помститися за образу. Оскільки ваш батько великий, дужий і небезпечний, то я вирішив помститися його маленькій дочці.</w:t>
      </w:r>
    </w:p>
    <w:p>
      <w:r>
        <w:br/>
        <w:t>Джейн-Ґледіс здригнулася.</w:t>
      </w:r>
    </w:p>
    <w:p>
      <w:r>
        <w:br/>
        <w:t>— Що ви збираєтеся робити? — спитала вона.</w:t>
      </w:r>
    </w:p>
    <w:p>
      <w:r>
        <w:br/>
        <w:t>— Збираюся подарувати вам оцю книжку, — і він вийняв книжку з-під пахви. Потім сів на край стільця, поклав циліндр на килим і вийняв з кишені жилета авторучку.</w:t>
      </w:r>
    </w:p>
    <w:p>
      <w:r>
        <w:br/>
        <w:t>— Напишу на ній ваше ім'я, — сказав. — Як пишеться "Ґледіс"?</w:t>
      </w:r>
    </w:p>
    <w:p>
      <w:r>
        <w:br/>
        <w:t>— Ґ-л-е-д-і-с, — відповіла дівчинка.</w:t>
      </w:r>
    </w:p>
    <w:p>
      <w:r>
        <w:br/>
        <w:t>— Дякую. Тепер це, — продовжив чоловік, устаючи і з поклоном вручаючи їй книгу, — моя помста вашому батькові за його ставлення до мене. Либонь, він пошкодує, що не купив повного зібрання творів Пітера Сміта. Прощавайте, шановна.</w:t>
      </w:r>
    </w:p>
    <w:p>
      <w:r>
        <w:br/>
        <w:t>Незнайомець підійшов до дверей, ще раз їй уклонився і вийшов з кімнати — і Джейн-Ґледіс бачила, як він задоволено сам до себе сміявся.</w:t>
      </w:r>
    </w:p>
    <w:p>
      <w:r>
        <w:br/>
        <w:t>Коли двері за дивним чоловічком нарешті зачинилися, дитина знов сіла на підвіконні й глянула на книжку. Палітурка була червона й жовта, на ній упоперек великими буквами було надруковане слово "Якжежйоготамки".</w:t>
      </w:r>
    </w:p>
    <w:p>
      <w:r>
        <w:br/>
        <w:t>Вона з цікавістю розкрила палітурку й побачила своє ім'я, написане чорним чорнилом на першій же білій сторінці.</w:t>
      </w:r>
    </w:p>
    <w:p>
      <w:r>
        <w:br/>
        <w:t>— Смішний він був чоловічок, — замислено сказала Джейн-Ґледіс сама собі.</w:t>
      </w:r>
    </w:p>
    <w:p>
      <w:r>
        <w:br/>
        <w:t>Дівчинка перегорнула сторінку й побачила великий малюнок клоуна, вдягненого в щось зелено-червоно-жовте, з трикутними плямами на обох щоках білісінького лиця та над очима. Поки вона розглядала малюнок, книжка в її руках задрижала, аркуш скрипнув і тріснув, і раптом клоун з нього вистрибнув і опинився на підлозі поруч з нею, ставши таким завбільшки, як звичайний клоун.</w:t>
      </w:r>
    </w:p>
    <w:p>
      <w:r>
        <w:br/>
        <w:t>Він потягся, випрямляючи руки й ноги, дуже нечемно позіхнув, дурнувато хихикнув і сказав:</w:t>
      </w:r>
    </w:p>
    <w:p>
      <w:r>
        <w:br/>
        <w:t>— Отак краще! Ти й не знаєш, як терпне тіло, коли довго пробудеш на плоскій сторінці.</w:t>
      </w:r>
    </w:p>
    <w:p>
      <w:r>
        <w:br/>
        <w:t>Ви, мабуть, уявляєте, як злякалася Джейн-Ґледіс і якими очима дивилась вона на клоуна, що вистрибнув з книжки.</w:t>
      </w:r>
    </w:p>
    <w:p>
      <w:r>
        <w:br/>
        <w:t>— Ти такого не сподівалась, правда? — поглянув він на неї скоса по-клоунськи. Потім обернувся, оглянув кімнату і Джейн-Ґледіс засміялася попри свій подив.</w:t>
      </w:r>
    </w:p>
    <w:p>
      <w:r>
        <w:br/>
        <w:t>— Що тебе насмішило? — запитав клоун.</w:t>
      </w:r>
    </w:p>
    <w:p>
      <w:r>
        <w:br/>
        <w:t>— У вас спина вся біла! — вигукнула дівчинка. — Ви клоун тільки спереду.</w:t>
      </w:r>
    </w:p>
    <w:p>
      <w:r>
        <w:br/>
        <w:t>— Цілком можливо, — відповів він роздратовано. — Художник намалював мене спереду. Йому не замовляли малювати мою спину, бо вона була б з другого боку аркуша.</w:t>
      </w:r>
    </w:p>
    <w:p>
      <w:r>
        <w:br/>
        <w:t>— Але ж ви через це такий смішний! — сказала Джейн-Ґледіс і сміялась, аж сльози на очі навернулися.</w:t>
      </w:r>
    </w:p>
    <w:p>
      <w:r>
        <w:br/>
        <w:t>Клоун спохмурнів і сів на стілець так, щоб вона не бачила його спини.</w:t>
      </w:r>
    </w:p>
    <w:p>
      <w:r>
        <w:br/>
        <w:t>— Я не єдиний у книжці, — зауважив він сердито.</w:t>
      </w:r>
    </w:p>
    <w:p>
      <w:r>
        <w:br/>
        <w:t>Це нагадало дівчинці, що треба перегорнути сторінку. Вона ледь помітила, що на ній був малюнок мавпи, а тварина вже вистрибнула з книжки, добряче пом'явши папір, і приземлилась на широкому підвіконні поруч з нею.</w:t>
      </w:r>
    </w:p>
    <w:p>
      <w:r>
        <w:br/>
        <w:t>— Ге-ге-ге-ге-ге! — зацокотіла тварина, стрибнула дівчинці на плече, а звідти — на стіл посеред кімнати. — Це так весело! Тепер я буду справжньою мавпою, а не її малюнком.</w:t>
      </w:r>
    </w:p>
    <w:p>
      <w:r>
        <w:br/>
        <w:t>— Справжні мавпи не розмовляють, — сказала Джейн-Ґледіс докірливо.</w:t>
      </w:r>
    </w:p>
    <w:p>
      <w:r>
        <w:br/>
        <w:t>— Як ти знаєш? Ти себе коли-небудь бачила? — запитала тварина і засміялась голосно, і клоун теж засміявся, ніби йому сподобався жарт.</w:t>
      </w:r>
    </w:p>
    <w:p>
      <w:r>
        <w:br/>
        <w:t>Дівчинка була вже геть спантеличена. Вона бездумно перегорнула ще одну сторінку і не встигла кинути другий погляд, як з книжки вискочив сірий віслюк і беркицьнув з підвіконня додолу, сильно гепнувши.</w:t>
      </w:r>
    </w:p>
    <w:p>
      <w:r>
        <w:br/>
        <w:t>— Ти такий незграбний, — сказала дитина обурено, бо вухатий її трохи не перекинув.</w:t>
      </w:r>
    </w:p>
    <w:p>
      <w:r>
        <w:br/>
        <w:t>— Незграбний! А чом би й ні? — гиркнув віслюк злим голосом. — Якби дурний художник намалював тебе, не врахувавши перспективи — як оце мене, то ти, мабуть, теж би була незграбна.</w:t>
      </w:r>
    </w:p>
    <w:p>
      <w:r>
        <w:br/>
        <w:t>— А що з тобою не так? — спитала Джейн-Ґледіс.</w:t>
      </w:r>
    </w:p>
    <w:p>
      <w:r>
        <w:br/>
        <w:t>— У мене передні й задні ноги з лівого боку коротші майже на шість дюймів, от у чому річ! Якщо художник не вмів малювати, то чого він узагалі брався за віслюка?</w:t>
      </w:r>
    </w:p>
    <w:p>
      <w:r>
        <w:br/>
        <w:t>— Не знаю, — відказала дівчинка, бачачи, що віслюк очікує відповіді.</w:t>
      </w:r>
    </w:p>
    <w:p>
      <w:r>
        <w:br/>
        <w:t>— Я насилу стою, — пробурчав віслюк, — і навіть найменша поклажа мене перекине.</w:t>
      </w:r>
    </w:p>
    <w:p>
      <w:r>
        <w:br/>
        <w:t>— Не звертай уваги, — сказала мавпа, стрибнула на люстру й звісилася з неї на хвості, аж Джейн-Ґледіс злякалася, що вона позбиває всі лампочки, — той самий художник намалював мені вуха великі, мов у клоуна, хоч усі знають — у мавп вуха такі малі, що не варто й говорити, не те що малювати.</w:t>
      </w:r>
    </w:p>
    <w:p>
      <w:r>
        <w:br/>
        <w:t>— Треба подати на нього в суд, — похмуро докинув клоун. — У мене нема спини.</w:t>
      </w:r>
    </w:p>
    <w:p>
      <w:r>
        <w:br/>
        <w:t>Джейн-Ґледіс подивилася на них усіх зі здивованим виразом на гарненькому личку й перегорнула наступну сторінку книжки.</w:t>
      </w:r>
    </w:p>
    <w:p>
      <w:r>
        <w:br/>
        <w:t>Швидкий мов блискавка, звідти стрибнув через її плече плямистий жовто-коричневий леопард, приземлився на спинку великого шкіряного крісла й люто обернувся до всіх.</w:t>
      </w:r>
    </w:p>
    <w:p>
      <w:r>
        <w:br/>
        <w:t>Мавпа видерлася на люстру ще вище й перелякано зацокотіла. Віслюк хотів утекти й одразу перекинувся на лівий бік. Клоун став ще біліший, ніж був, однак усидів незрушно на стільці, тільки свиснув з несподіванки.</w:t>
      </w:r>
    </w:p>
    <w:p>
      <w:r>
        <w:br/>
        <w:t>Леопард присів на спинці крісла, шмагав хвостом з боку на бік і оглядав усіх по черзі — Джейн-Ґледіс також.</w:t>
      </w:r>
    </w:p>
    <w:p>
      <w:r>
        <w:br/>
        <w:t>— На кого з нас першого ти нападеш? — спитав віслюк, з усієї сили намагаючись знову звестися на ноги.</w:t>
      </w:r>
    </w:p>
    <w:p>
      <w:r>
        <w:br/>
        <w:t>— Я не можу напасти ні на кого з вас, — гарикнув леопард. — Художник намалював мені закритого рота, тож у мене й зубів нема. І забув намалювати пазурі. Та я все одно страхітливий звір. Чи ні?</w:t>
      </w:r>
    </w:p>
    <w:p>
      <w:r>
        <w:br/>
        <w:t>— О, так, — байдуже погодився клоун. — Може, ти й страхітливий. Але в тебе нема ні зубів, ні пазурів, і нас твоя страхітливість не обходить.</w:t>
      </w:r>
    </w:p>
    <w:p>
      <w:r>
        <w:br/>
        <w:t>Це так роздратувало леопарда, що він жахливо загарчав, і мавпа з нього засміялася.</w:t>
      </w:r>
    </w:p>
    <w:p>
      <w:r>
        <w:br/>
        <w:t>І тут книжка зісковзнула у Джейн-Ґледіс з колін, дівчинка сіпнулася, щоб її вловити — і книжка широко розкрилася на одній з останніх сторінок. Джейн-Ґледіс устигла мигцем побачити, що зі сторінки дивиться на неї лютий ведмідь ґризлі — і швидко відкинула книжку від себе. Вона впала з грюком посеред кімнати, але поряд з нею вже стояв велетенський ґризлі, котрий вирвався зі сторінки перед тим, як книжка закрилася.</w:t>
      </w:r>
    </w:p>
    <w:p>
      <w:r>
        <w:br/>
        <w:t>— Тепер, — сказав леопард зі свого сідала, — бережися! З нього ти не посмієшся, як з мене сміялася. Ведмідь має і пазурі, й зуби.</w:t>
      </w:r>
    </w:p>
    <w:p>
      <w:r>
        <w:br/>
        <w:t>— Та вже ж маю, — сказав ведмідь низьким, глибоким, рикливим голосом. І вмію ними користуватися. Якщо ти читала цю книжку, то мене в ній описано як жахливого, жорстокого й безжального ґризлі, єдине призначення якого в житті — їсти маленьких дівчаток разом з туфельками, платтячками, стрічечками і всім іншим! А тоді, пише автор, я плямкаю губами й упиваюся своїм злочином.</w:t>
      </w:r>
    </w:p>
    <w:p>
      <w:r>
        <w:br/>
        <w:t>— Це жахливо! — сказав віслюк, стоячи навколішки й сумно трясучи головою. — Як думаєш, що на цього письменника найшло, що він такий злий на дівчат? А тварин ти теж їси?</w:t>
      </w:r>
    </w:p>
    <w:p>
      <w:r>
        <w:br/>
        <w:t>— Письменник не вказує, що я їм іще щось, крім дівчаток, — відповів ведмідь.</w:t>
      </w:r>
    </w:p>
    <w:p>
      <w:r>
        <w:br/>
        <w:t>— Дуже добре, — зауважив клоун, полегшено видихнувши. — Можеш їсти Джейн-Ґледіс одразу, як забажаєш. Вона сміялася, що в мене нема спини.</w:t>
      </w:r>
    </w:p>
    <w:p>
      <w:r>
        <w:br/>
        <w:t>— І сміялася, що в мене ноги не в перспективі, — ревнув віслюк.</w:t>
      </w:r>
    </w:p>
    <w:p>
      <w:r>
        <w:br/>
        <w:t>— Ви теж заслужили на з'їдення, — зарепетував леопард зі спинки шкіряного крісла, — бо сміялися й дражнилися, що я не маю ні пазурів, ні іклів! Чи не думаєте ви, пане Гризлі, з'їсти клоуна, віслюка та мавпу після того, як доїсте дівчину?</w:t>
      </w:r>
    </w:p>
    <w:p>
      <w:r>
        <w:br/>
        <w:t>— Може, й так. І леопарда на додачу, — прогарчав ведмідь. — Це залежить од того, чи дуже я голодний. Але почати я мушу з дівчинки, бо автор пише, що дівчат я полюбляю над усе.</w:t>
      </w:r>
    </w:p>
    <w:p>
      <w:r>
        <w:br/>
        <w:t>Джейн-Ґледіс дуже перелякалася, чуючи цю розмову і почала розуміти, що мав на увазі чоловічок, коли сказав, що дає їй книжку, щоб помститися. Безумовно, тато пошкодує, що не купив повного зібрання творів Пітера Сміта, коли прийде додому й побачить, що його дівчинку з'їв ґризлі — разом з туфельками, платтячком, стрічками і всім іншим!</w:t>
      </w:r>
    </w:p>
    <w:p>
      <w:r>
        <w:br/>
        <w:t>Ведмідь звівся й став, тримаючи рівновагу, на задні лапи.</w:t>
      </w:r>
    </w:p>
    <w:p>
      <w:r>
        <w:br/>
        <w:t>— Отакий я маю вигляд у книжці, — сказав він. Тепер дивіться, як я їстиму дівчинку.</w:t>
      </w:r>
    </w:p>
    <w:p>
      <w:r>
        <w:br/>
        <w:t>Він поволі посунув до Джейн-Ґледіс, а мавпа, леопард, віслюк і клоун стали навколо й дивились на ведмедя з великою цікавістю.</w:t>
      </w:r>
    </w:p>
    <w:p>
      <w:r>
        <w:br/>
        <w:t>Та перш ніж ведмідь дійшов до дівчини, їй сяйнула несподівана думка й вона вигукнула:</w:t>
      </w:r>
    </w:p>
    <w:p>
      <w:r>
        <w:br/>
        <w:t>— Стій! Не їж мене. Це було б неправильно.</w:t>
      </w:r>
    </w:p>
    <w:p>
      <w:r>
        <w:br/>
        <w:t>— Чого? — спитав здивований ведмідь.</w:t>
      </w:r>
    </w:p>
    <w:p>
      <w:r>
        <w:br/>
        <w:t>— Бо я тобою володію. Ти моя приватна власність, — відповіла вона.</w:t>
      </w:r>
    </w:p>
    <w:p>
      <w:r>
        <w:br/>
        <w:t>— Не збагну, чого ти так вирішила, — сказав ведмідь розчарованим тоном.</w:t>
      </w:r>
    </w:p>
    <w:p>
      <w:r>
        <w:br/>
        <w:t>— Як чого? Книжку дали мені. Моє ім'я є на першій сторінці. А твоє місце, за правилами, в книжці. Тому ти не смієш їсти свою власницю!</w:t>
      </w:r>
    </w:p>
    <w:p>
      <w:r>
        <w:br/>
        <w:t>Гризлі завагався.</w:t>
      </w:r>
    </w:p>
    <w:p>
      <w:r>
        <w:br/>
        <w:t>— Хтось із вас уміє читати? — спитав він.</w:t>
      </w:r>
    </w:p>
    <w:p>
      <w:r>
        <w:br/>
        <w:t>— Я вмію, — сказав клоун.</w:t>
      </w:r>
    </w:p>
    <w:p>
      <w:r>
        <w:br/>
        <w:t>— То подивись, чи вона каже правду. її ім'я справді є в книжці?</w:t>
      </w:r>
    </w:p>
    <w:p>
      <w:r>
        <w:br/>
        <w:t>Клоун підняв книжку й подивився на ім'я.</w:t>
      </w:r>
    </w:p>
    <w:p>
      <w:r>
        <w:br/>
        <w:t>— Є, — сказав. — Джейн-Ґледіс Браун. Написане цілком розбірливо великими буквами.</w:t>
      </w:r>
    </w:p>
    <w:p>
      <w:r>
        <w:br/>
        <w:t>Ведмідь зітхнув.</w:t>
      </w:r>
    </w:p>
    <w:p>
      <w:r>
        <w:br/>
        <w:t>— Тоді, звісно, я не можу її їсти, — вирішив він. — Цей письменник нікуди не годиться, так само, як і більшість письменників.</w:t>
      </w:r>
    </w:p>
    <w:p>
      <w:r>
        <w:br/>
        <w:t>— Та він не такий і поганий, порівняно з художником, — вигукнув віслюк, намагаючись стояти рівно.</w:t>
      </w:r>
    </w:p>
    <w:p>
      <w:r>
        <w:br/>
        <w:t>— Винні ви самі, — суворо сказала Джейн-Ґледіс. — Чого ви не лишилися в книжці на своїх місцях?</w:t>
      </w:r>
    </w:p>
    <w:p>
      <w:r>
        <w:br/>
        <w:t>Тварини дурнувато подивились одне на одного, а клоун почервонів під білою фарбою.</w:t>
      </w:r>
    </w:p>
    <w:p>
      <w:r>
        <w:br/>
        <w:t>— Справді... — почав, було, ведмідь, та одразу замовк.</w:t>
      </w:r>
    </w:p>
    <w:p>
      <w:r>
        <w:br/>
        <w:t>Голосно продзвенів дзвінок при вході.</w:t>
      </w:r>
    </w:p>
    <w:p>
      <w:r>
        <w:br/>
        <w:t>— Це мама! — схопилась на ноги Джейн-Ґледіс. — Нарешті повернулась додому. Тому, дурні істоти...</w:t>
      </w:r>
    </w:p>
    <w:p>
      <w:r>
        <w:br/>
        <w:t>Та вони її не дослухали, бо всі кинулись до книжки. Засвистіло, задзижчало, зашелестіли сторінки, і вже за мить книжка лежала на підлозі, геть така сама, як інші книжки, а дивне товариство Джейн-Ґледіс усе зникло.</w:t>
      </w:r>
    </w:p>
    <w:p>
      <w:r>
        <w:br/>
        <w:t>*****</w:t>
      </w:r>
    </w:p>
    <w:p>
      <w:r>
        <w:br/>
        <w:t>Ця казка навчає нас думати швидко і ясно за будь-яких обставин. Якби Джейн-Ґледіс не згадала, що вона власниця ведмедя, він би, мабуть, її з'їв ще до дзвінка.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Власниця ведмедя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