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Вкраїнські поети</w:t>
      </w:r>
    </w:p>
    <w:p>
      <w:r>
        <w:br/>
        <w:t xml:space="preserve"> 1.</w:t>
      </w:r>
    </w:p>
    <w:p>
      <w:r>
        <w:br/>
        <w:t>продихаєш від снігу&lt;br /&gt;</w:t>
        <w:br/>
        <w:t>маленьке чорне око&lt;br /&gt;</w:t>
        <w:br/>
        <w:t>уздриш&lt;br /&gt;</w:t>
        <w:br/>
        <w:t>на солоному троні&lt;br /&gt;</w:t>
        <w:br/>
        <w:t>сидить брова&lt;br /&gt;</w:t>
        <w:br/>
        <w:t>а під оком&lt;br /&gt;</w:t>
        <w:br/>
        <w:t>ходять панове в чорному&lt;br /&gt;</w:t>
        <w:br/>
        <w:t>витаються&lt;br /&gt;</w:t>
        <w:br/>
        <w:t>— слава — кому&lt;br /&gt;</w:t>
        <w:br/>
        <w:t>— кому — слава&lt;br /&gt;</w:t>
        <w:br/>
        <w:t>моляться&lt;br /&gt;</w:t>
        <w:br/>
        <w:t>на кінчик носа&lt;br /&gt;</w:t>
        <w:br/>
        <w:t>на жовту бородавку бюсту&lt;br /&gt;</w:t>
        <w:br/>
        <w:t>мовляв&lt;br /&gt;</w:t>
        <w:br/>
        <w:t>я так люблю&lt;br /&gt;</w:t>
        <w:br/>
        <w:t>мою три крапки убогу&lt;br /&gt;</w:t>
        <w:br/>
        <w:t>що&lt;br /&gt;</w:t>
        <w:br/>
        <w:t>навіть&lt;br /&gt;</w:t>
        <w:br/>
        <w:t>під бюстом&lt;br /&gt;</w:t>
        <w:br/>
        <w:t>вологу висушу&lt;br /&gt;</w:t>
        <w:br/>
        <w:t>а під бюстом в печерах&lt;br /&gt;</w:t>
        <w:br/>
        <w:t>живуть зелені прочани&lt;br /&gt;</w:t>
        <w:br/>
        <w:t>що вражою братаються&lt;br /&gt;</w:t>
        <w:br/>
        <w:t>злою усміхаються&lt;br /&gt;</w:t>
        <w:br/>
        <w:t>і кров'ю блюють&lt;br /&gt;</w:t>
        <w:br/>
        <w:t>вони знають що око&lt;br /&gt;</w:t>
        <w:br/>
        <w:t>не дуже бачить глибоко&lt;br /&gt;</w:t>
        <w:br/>
        <w:t>а дарує ворсини&lt;br /&gt;</w:t>
        <w:br/>
        <w:t>шевцям на голки&lt;br /&gt;</w:t>
        <w:br/>
        <w:t>живе значицця&lt;br /&gt;</w:t>
        <w:br/>
        <w:t>бо за лісом&lt;br /&gt;</w:t>
        <w:br/>
        <w:t>дерев не бачить&lt;br /&gt;</w:t>
        <w:br/>
        <w:t>а ліс росте&lt;br /&gt;</w:t>
        <w:br/>
        <w:t>вгору та вгору&lt;br /&gt;</w:t>
        <w:br/>
        <w:t>протреш око&lt;br /&gt;</w:t>
        <w:br/>
        <w:t>а то не ліс&lt;br /&gt;</w:t>
        <w:br/>
        <w:t>то земля виросла&lt;br /&gt;</w:t>
        <w:br/>
        <w:t>навколо</w:t>
      </w:r>
    </w:p>
    <w:p>
      <w:r>
        <w:br/>
        <w:t>2.</w:t>
      </w:r>
    </w:p>
    <w:p>
      <w:r>
        <w:br/>
        <w:t>застрягнуть в жовтому піску&lt;br /&gt;</w:t>
        <w:br/>
        <w:t>сніги зелені. здоокола&lt;br /&gt;</w:t>
        <w:br/>
        <w:t>струпата вилиняла гола&lt;br /&gt;</w:t>
        <w:br/>
        <w:t>дорога скапує в ріку.</w:t>
      </w:r>
    </w:p>
    <w:p>
      <w:r>
        <w:br/>
        <w:t>застигли крики оддалік&lt;br /&gt;</w:t>
        <w:br/>
        <w:t>обнявшись посмерти. за ними&lt;br /&gt;</w:t>
        <w:br/>
        <w:t>плебеї пальцями по шклі&lt;br /&gt;</w:t>
        <w:br/>
        <w:t>виводять рими рими рими…</w:t>
      </w:r>
    </w:p>
    <w:p>
      <w:r>
        <w:br/>
        <w:t>і ні дороги ні ріки&lt;br /&gt;</w:t>
        <w:br/>
        <w:t>лиш гострий запах косовиці&lt;br /&gt;</w:t>
        <w:br/>
        <w:t>та понад урвищем стрімким&lt;br /&gt;</w:t>
        <w:br/>
        <w:t>висять покльовані провидці.</w:t>
      </w:r>
    </w:p>
    <w:p>
      <w:r>
        <w:br/>
        <w:t>3.</w:t>
      </w:r>
    </w:p>
    <w:p>
      <w:r>
        <w:br/>
        <w:t>Поводирі Великого Сліпця&lt;br /&gt;</w:t>
        <w:br/>
        <w:t>на попелі Великої Руїни.&lt;br /&gt;</w:t>
        <w:br/>
        <w:t>Тремтять побожно зігнуті коліна,&lt;br /&gt;</w:t>
        <w:br/>
        <w:t>слізьми бандур ілюзії дзюрчать.</w:t>
      </w:r>
    </w:p>
    <w:p>
      <w:r>
        <w:br/>
        <w:t>А Старцеві нагадується Січ,&lt;br /&gt;</w:t>
        <w:br/>
        <w:t>а нам чомусь нагадуються ґрати.&lt;br /&gt;</w:t>
        <w:br/>
        <w:t>Кого ж із нас, останніх, п'яний в ніч&lt;br /&gt;</w:t>
        <w:br/>
        <w:t>Сліпець сьогодні буде розпинати?..</w:t>
      </w:r>
    </w:p>
    <w:p>
      <w:r>
        <w:br/>
        <w:t>4.</w:t>
      </w:r>
    </w:p>
    <w:p>
      <w:r>
        <w:br/>
        <w:t>доле зірви мене віткою простору&lt;br /&gt;</w:t>
        <w:br/>
        <w:t>загороди мені шлях у країну&lt;br /&gt;</w:t>
        <w:br/>
        <w:t>де в загумінку тернового острова&lt;br /&gt;</w:t>
        <w:br/>
        <w:t>тіни живуть і паруються тіни</w:t>
      </w:r>
    </w:p>
    <w:p>
      <w:r>
        <w:br/>
        <w:t>загороди мене ширмою зелені&lt;br /&gt;</w:t>
        <w:br/>
        <w:t>шквальною зливою шлях перемий&lt;br /&gt;</w:t>
        <w:br/>
        <w:t>бо на камінні там ложе постелене&lt;br /&gt;</w:t>
        <w:br/>
        <w:t>спраглим кублом зачаклованих змій</w:t>
      </w:r>
    </w:p>
    <w:p>
      <w:r>
        <w:br/>
        <w:t>доле зірви мене краплю знервовану&lt;br /&gt;</w:t>
        <w:br/>
        <w:t>з вуст пітекантропа — спити не дай&lt;br /&gt;</w:t>
        <w:br/>
        <w:t>стомлену віру сльозу нікельовану&lt;br /&gt;</w:t>
        <w:br/>
        <w:t>маразматично уявлений рай</w:t>
      </w:r>
    </w:p>
    <w:p>
      <w:r>
        <w:br/>
        <w:t>пізно ні вітру ні сонця багряного&lt;br /&gt;</w:t>
        <w:br/>
        <w:t>лиш супокійний як мумія крук&lt;br /&gt;</w:t>
        <w:br/>
        <w:t>гладить мене мов цезорика п'яного&lt;br /&gt;</w:t>
        <w:br/>
        <w:t>мов оленя що привчене до рук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Вкраїнські поети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