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Візьмеш у жменю сонного насіння...</w:t>
      </w:r>
    </w:p>
    <w:p>
      <w:r>
        <w:br/>
        <w:t xml:space="preserve"> Візьмеш жменю сонного насіння&lt;br /&gt;</w:t>
        <w:br/>
        <w:t>І не пізнаєш власної руки, —&lt;br /&gt;</w:t>
        <w:br/>
        <w:t>Най синій день, най у землі коріння,&lt;br /&gt;</w:t>
        <w:br/>
        <w:t>Жіночий сміх і сонячні книжки!</w:t>
      </w:r>
    </w:p>
    <w:p>
      <w:r>
        <w:br/>
        <w:t>Я не люблю самотнього зітхання —&lt;br /&gt;</w:t>
        <w:br/>
        <w:t>Нащо давать далеким зорям світ?&lt;br /&gt;</w:t>
        <w:br/>
        <w:t>Не долетить ні перша, ні остання&lt;br /&gt;</w:t>
        <w:br/>
        <w:t>З моїх думок у невідомий світ.</w:t>
      </w:r>
    </w:p>
    <w:p>
      <w:r>
        <w:br/>
        <w:t>Це ти така і тепла, і принадна,&lt;br /&gt;</w:t>
        <w:br/>
        <w:t>І над тобою все гудуть дроти.&lt;br /&gt;</w:t>
        <w:br/>
        <w:t>Розстеле ніч свої похмурі рядна,&lt;br /&gt;</w:t>
        <w:br/>
        <w:t>І знову не одзеленієш ти.</w:t>
      </w:r>
    </w:p>
    <w:p>
      <w:r>
        <w:br/>
        <w:t>Надії мрійні і смутне квиління&lt;br /&gt;</w:t>
        <w:br/>
        <w:t>Загублено у передранній млі,&lt;br /&gt;</w:t>
        <w:br/>
        <w:t>А гострозоре, мужнє покоління&lt;br /&gt;</w:t>
        <w:br/>
        <w:t>Уже росте на молодій землі.</w:t>
      </w:r>
    </w:p>
    <w:p>
      <w:r>
        <w:br/>
        <w:t>ПРОСТІР (вірші). Київ, "Слово",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Візьмеш у жменю сонного насіння...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