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Витязь Янош</w:t>
      </w:r>
    </w:p>
    <w:p>
      <w:r>
        <w:br/>
        <w:t xml:space="preserve"> Шандор Петефі "Витязь Янош"&lt;br /&gt;</w:t>
        <w:br/>
        <w:t>(Скорочено)</w:t>
      </w:r>
    </w:p>
    <w:p>
      <w:r>
        <w:br/>
        <w:t>Палає сонце так в степу несамовито,&lt;br /&gt;</w:t>
        <w:br/>
        <w:t>Неначе чабана надумало спалити,&lt;br /&gt;</w:t>
        <w:br/>
        <w:t>Йому ж усе одно, отому чабанові,&lt;br /&gt;</w:t>
        <w:br/>
        <w:t>Бо він уже давно згорає від любові.</w:t>
      </w:r>
    </w:p>
    <w:p>
      <w:r>
        <w:br/>
        <w:t>З кохання в чабана палає юне серце.&lt;br /&gt;</w:t>
        <w:br/>
        <w:t>Отара за селом на вигоні пасеться,&lt;br /&gt;</w:t>
        <w:br/>
        <w:t>Про вівці про свої забув чабан у cкpycі,&lt;br /&gt;</w:t>
        <w:br/>
        <w:t>Розлігся у траві на латанім кожусі.</w:t>
      </w:r>
    </w:p>
    <w:p>
      <w:r>
        <w:br/>
        <w:t>Як море надовкіл – і цвіту, і билини,&lt;br /&gt;</w:t>
        <w:br/>
        <w:t>Але на квіти він і погляду не кине,&lt;br /&gt;</w:t>
        <w:br/>
        <w:t>До тихого струмка, що поблизу хлюпоче,&lt;br /&gt;</w:t>
        <w:br/>
        <w:t>Припали чабана закоханого очі.</w:t>
      </w:r>
    </w:p>
    <w:p>
      <w:r>
        <w:br/>
        <w:t>Не до холодних хвиль,&lt;br /&gt;</w:t>
        <w:br/>
        <w:t>що пропливають зблизька, –&lt;br /&gt;</w:t>
        <w:br/>
        <w:t>Не зводить він очей з білявого дівчиська,&lt;br /&gt;</w:t>
        <w:br/>
        <w:t>Очима ловить стан і золоте волосся,&lt;br /&gt;</w:t>
        <w:br/>
        <w:t>І груди молоді — аж серце запеклося!</w:t>
      </w:r>
    </w:p>
    <w:p>
      <w:r>
        <w:br/>
        <w:t>Підтикало дівча убогу спідничину,&lt;br /&gt;</w:t>
        <w:br/>
        <w:t>Білизну у струмку полоще без спочину,&lt;br /&gt;</w:t>
        <w:br/>
        <w:t>Коліна молоді біліють над водою,&lt;br /&gt;</w:t>
        <w:br/>
        <w:t>Ох, Янчі бідний мій, не знався ти з бідою!</w:t>
      </w:r>
    </w:p>
    <w:p>
      <w:r>
        <w:br/>
        <w:t>Потрапити в біду судилось, любі друзі,&lt;br /&gt;</w:t>
        <w:br/>
        <w:t>Не іншому кому, а Янчі Кукурудзі, –&lt;br /&gt;</w:t>
        <w:br/>
        <w:t>Бо дівчина в струмку, то Ілушка кохана,&lt;br /&gt;</w:t>
        <w:br/>
        <w:t>Все щастя чабана, його сердечна рана.</w:t>
      </w:r>
    </w:p>
    <w:p>
      <w:r>
        <w:br/>
        <w:t>"Ох, Ілушко моя, душа душі моєї!&lt;br /&gt;</w:t>
        <w:br/>
        <w:t>З високої трави чабан озвавсь до неї.&lt;br /&gt;</w:t>
        <w:br/>
        <w:t>Всі радощі мої з тобою, серце, злиті,&lt;br /&gt;</w:t>
        <w:br/>
        <w:t>Перлино ти моя, єдина радість в світі!</w:t>
      </w:r>
    </w:p>
    <w:p>
      <w:r>
        <w:br/>
        <w:t>Тернових віч своїх кинь промінець на мене,&lt;br /&gt;</w:t>
        <w:br/>
        <w:t>Бо серце від жаги вже запеклось шалене,&lt;br /&gt;</w:t>
        <w:br/>
        <w:t>З холодної води виходь мерщій на сушу –&lt;br /&gt;</w:t>
        <w:br/>
        <w:t>І я в твої уста свою вцілую душу!"</w:t>
      </w:r>
    </w:p>
    <w:p>
      <w:r>
        <w:br/>
        <w:t>"Ох, Янчі любий мій, до тебе вийшла б радо,&lt;br /&gt;</w:t>
        <w:br/>
        <w:t>Але ж ти бачиш сам — білизну мушу прати,&lt;br /&gt;</w:t>
        <w:br/>
        <w:t>Біда, як забарюсь допізна біля неї,&lt;br /&gt;</w:t>
        <w:br/>
        <w:t>Нерідна ж я дочка у матері своєї"…</w:t>
      </w:r>
    </w:p>
    <w:p>
      <w:r>
        <w:br/>
        <w:t>ІІ&lt;br /&gt;</w:t>
        <w:br/>
        <w:t>А час не зупиняв свого швидкого кроку,&lt;br /&gt;</w:t>
        <w:br/>
        <w:t>Вже й вечір зашарівсь над хвилями потоку,&lt;br /&gt;</w:t>
        <w:br/>
        <w:t>І почала стара відьмиця лютувати:&lt;br /&gt;</w:t>
        <w:br/>
        <w:t>Де ділося воно, дівча оте трикляте?</w:t>
      </w:r>
    </w:p>
    <w:p>
      <w:r>
        <w:br/>
        <w:t>Розгнівалася вкрай — до сказу, до нестями,&lt;br /&gt;</w:t>
        <w:br/>
        <w:t>Думки її лихі убралися словами&lt;br /&gt;</w:t>
        <w:br/>
        <w:t>(І промовляла їх невесело чортиха):&lt;br /&gt;</w:t>
        <w:br/>
        <w:t>"Як десь із парубком, їй не минути лиха!"</w:t>
      </w:r>
    </w:p>
    <w:p>
      <w:r>
        <w:br/>
        <w:t>Ох, Ілушко, біда! Біда тобі, сирітко!&lt;br /&gt;</w:t>
        <w:br/>
        <w:t>Вже люта відьма тут,&lt;br /&gt;</w:t>
        <w:br/>
        <w:t>страшна — дивитись бридко,&lt;br /&gt;</w:t>
        <w:br/>
        <w:t>Брудну роззявила свою пекельну пащу, —&lt;br /&gt;</w:t>
        <w:br/>
        <w:t>І зник кохання сон, твій перший і&lt;br /&gt;</w:t>
        <w:br/>
        <w:t>найкращий!...</w:t>
      </w:r>
    </w:p>
    <w:p>
      <w:r>
        <w:br/>
        <w:t>[Поки Янчі був на побаченні, його вівці розбіглися. Розгніваний господар виганяє хлопця&lt;br /&gt;</w:t>
        <w:br/>
        <w:t>дому.]</w:t>
      </w:r>
    </w:p>
    <w:p>
      <w:r>
        <w:br/>
        <w:t>ІV&lt;br /&gt;</w:t>
        <w:br/>
        <w:t>[Закохані потай зустрічаються перед розлукою, у розмові виливаючи свої жалі. ]&lt;br /&gt;</w:t>
        <w:br/>
        <w:t>..."Ох, Ілушко, біда, і через те я блідну,&lt;br /&gt;</w:t>
        <w:br/>
        <w:t>Що, може, я тебе востаннє бачу, бідну".&lt;br /&gt;</w:t>
        <w:br/>
        <w:t>"Ні, Янчику, мовчи, не говори ні слова,&lt;br /&gt;</w:t>
        <w:br/>
        <w:t>Мене страшить твоя незрозуміла мова!"...</w:t>
      </w:r>
    </w:p>
    <w:p>
      <w:r>
        <w:br/>
        <w:t>VІ&lt;br /&gt;</w:t>
        <w:br/>
        <w:t>[Блукання приводять Я нчі до хатини розбійників.]&lt;br /&gt;</w:t>
        <w:br/>
        <w:t>... "Благослови вас Бог, добривечір, панове!"&lt;br /&gt;</w:t>
        <w:br/>
        <w:t>Так Янчі розпочав з розбійниками мову.&lt;br /&gt;</w:t>
        <w:br/>
        <w:t>Розбійники ту ж мить схопились за пістолі,&lt;br /&gt;</w:t>
        <w:br/>
        <w:t>Отаман їх спинив, промовивши поволі:</w:t>
      </w:r>
    </w:p>
    <w:p>
      <w:r>
        <w:br/>
        <w:t>"Гей, хто ти, хлопче, є, що нам усім на диво,&lt;br /&gt;</w:t>
        <w:br/>
        <w:t>Через оцей поріг переступив сміливо?&lt;br /&gt;</w:t>
        <w:br/>
        <w:t>Чи є в тебе батьки, а може, жінка й діти?&lt;br /&gt;</w:t>
        <w:br/>
        <w:t>Боюся, що тобі їх більше не зустріти!"</w:t>
      </w:r>
    </w:p>
    <w:p>
      <w:r>
        <w:br/>
        <w:t>І знову не злякавсь, не зблід хоробрий Янош,&lt;br /&gt;</w:t>
        <w:br/>
        <w:t>Хоч від таких розмов несамохіть зів'янеш, –&lt;br /&gt;</w:t>
        <w:br/>
        <w:t>Чабан наш не змінивсь ні трохи на обличчі&lt;br /&gt;</w:t>
        <w:br/>
        <w:t>Й сміливо відповів розбійникові в вічі:</w:t>
      </w:r>
    </w:p>
    <w:p>
      <w:r>
        <w:br/>
        <w:t>" ...Як хочете мені життя моє лишити,&lt;br /&gt;</w:t>
        <w:br/>
        <w:t>То вже дозвольте ніч в цій хаті відпочити,&lt;br /&gt;</w:t>
        <w:br/>
        <w:t>А ні — рішіть мене, пручатися не буду,&lt;br /&gt;</w:t>
        <w:br/>
        <w:t>Боятися кінця — то личить страхопуду".</w:t>
      </w:r>
    </w:p>
    <w:p>
      <w:r>
        <w:br/>
        <w:t>І він спокійно став свого кінця чекати,&lt;br /&gt;</w:t>
        <w:br/>
        <w:t>Аж подив обійняв харцизів кодло кляте.&lt;br /&gt;</w:t>
        <w:br/>
        <w:t>Отаман зголосив тут рішення раптове:&lt;br /&gt;</w:t>
        <w:br/>
        <w:t>"Послухай, братику, іще й моєї мови!</w:t>
      </w:r>
    </w:p>
    <w:p>
      <w:r>
        <w:br/>
        <w:t>Ти хлопець хоч куди — тебе я наскрізь бачу,&lt;br /&gt;</w:t>
        <w:br/>
        <w:t>Сам Бог тебе створив розбійником на вдачу!&lt;br /&gt;</w:t>
        <w:br/>
        <w:t>Життям не дорожиш, кирпату зневажаєш...&lt;br /&gt;</w:t>
        <w:br/>
        <w:t>Що ж, хлопче, приставай до нас, коли бажаєш!</w:t>
      </w:r>
    </w:p>
    <w:p>
      <w:r>
        <w:br/>
        <w:t>Грабунок — наш закон, ми кров ллємо, як воду,&lt;br /&gt;</w:t>
        <w:br/>
        <w:t>Зате які скарби ми маєм в нагороду!&lt;br /&gt;</w:t>
        <w:br/>
        <w:t>Он срібло в шаплику, 49 он кадуб повний злота...&lt;br /&gt;</w:t>
        <w:br/>
        <w:t>Чудово будеш жить, аби була охота!"...</w:t>
      </w:r>
    </w:p>
    <w:p>
      <w:r>
        <w:br/>
        <w:t>[Янчі не піддається на спокусу грошима, золотом.]&lt;br /&gt;</w:t>
        <w:br/>
        <w:t>"...О Боже, що кажу! Навіщо нам розкоші?&lt;br /&gt;</w:t>
        <w:br/>
        <w:t>Щоб я приніс тобі оці прокляті гроші?&lt;br /&gt;</w:t>
        <w:br/>
        <w:t>На цьому золоті страхітні видно плями...&lt;br /&gt;</w:t>
        <w:br/>
        <w:t>Не може щастя буть з кривавими скарбами!</w:t>
      </w:r>
    </w:p>
    <w:p>
      <w:r>
        <w:br/>
        <w:t>Не доторкнусь до них... Геть, видиво шалене!&lt;br /&gt;</w:t>
        <w:br/>
        <w:t>Ще серце в мене є і совість є у мене.&lt;br /&gt;</w:t>
        <w:br/>
        <w:t>Ох, Ілушко, терпи сирітську долю вбогу,&lt;br /&gt;</w:t>
        <w:br/>
        <w:t>Я й так тебе візьму, як матиму спромогу"...</w:t>
      </w:r>
    </w:p>
    <w:p>
      <w:r>
        <w:br/>
        <w:t>VІІ&lt;br /&gt;</w:t>
        <w:br/>
        <w:t>[Янчі зустрічається з гусарами і проситься в арм ію.]&lt;br /&gt;</w:t>
        <w:br/>
        <w:t>" ...Хоч сам я з чабанів і, кажучи між нами,&lt;br /&gt;</w:t>
        <w:br/>
        <w:t>Овечок пас своїх і знавсь лише з ослами,&lt;br /&gt;</w:t>
        <w:br/>
        <w:t>Та родом я мадяр і не якийсь нездара,&lt;br /&gt;</w:t>
        <w:br/>
        <w:t>А Бог створив коня і шаблю для мадяра!"</w:t>
      </w:r>
    </w:p>
    <w:p>
      <w:r>
        <w:br/>
        <w:t>Багато він сказав словами командиру,&lt;br /&gt;</w:t>
        <w:br/>
        <w:t>Очима ж висловив ще більше душу щиру,&lt;br /&gt;</w:t>
        <w:br/>
        <w:t>Сам Бог його створив для бойової слави,&lt;br /&gt;</w:t>
        <w:br/>
        <w:t>І командир сказав: "Ставай у наші лави!"...</w:t>
      </w:r>
    </w:p>
    <w:p>
      <w:r>
        <w:br/>
        <w:t>Гарячий жеребець звивсь на диби над шляхом,&lt;br /&gt;</w:t>
        <w:br/>
        <w:t>Коли схопивсь чабан на нього одним махом,&lt;br /&gt;</w:t>
        <w:br/>
        <w:t>Він наче вріс в сідло,&lt;br /&gt;</w:t>
        <w:br/>
        <w:t>тепер вже й землетрусу&lt;br /&gt;</w:t>
        <w:br/>
        <w:t>Не вибити з сідла гусара Кукурудзу...</w:t>
      </w:r>
    </w:p>
    <w:p>
      <w:r>
        <w:br/>
        <w:t>[ Мадярське військо вступає на війну з турками.]</w:t>
      </w:r>
    </w:p>
    <w:p>
      <w:r>
        <w:br/>
        <w:t>ХІІ&lt;br /&gt;</w:t>
        <w:br/>
        <w:t>Як сонце підвелось за звичкою на обрій,&lt;br /&gt;</w:t>
        <w:br/>
        <w:t>То на землі мов сон побачило недобрий,&lt;br /&gt;</w:t>
        <w:br/>
        <w:t>Хоч на його віку всіляко вже бувало,&lt;br /&gt;</w:t>
        <w:br/>
        <w:t>Такого ще воно не бачило й не знало.</w:t>
      </w:r>
    </w:p>
    <w:p>
      <w:r>
        <w:br/>
        <w:t>Сурмили сурмачі, гриміли барабани,&lt;br /&gt;</w:t>
        <w:br/>
        <w:t>Мадярські вояки прокинулися рано –&lt;br /&gt;</w:t>
        <w:br/>
        <w:t>Блищала сталь клинків, чекала їх робота,&lt;br /&gt;</w:t>
        <w:br/>
        <w:t>І коней нашвидку сідлала вже кіннота...</w:t>
      </w:r>
    </w:p>
    <w:p>
      <w:r>
        <w:br/>
        <w:t>І січа почалась, борня несамовита,&lt;br /&gt;</w:t>
        <w:br/>
        <w:t>Чи лютих жеребців то стугонять копита,&lt;br /&gt;</w:t>
        <w:br/>
        <w:t>Чи то стара земля від остраху трясеться,&lt;br /&gt;</w:t>
        <w:br/>
        <w:t>Тривогою борні перейнята до серця?.</w:t>
      </w:r>
    </w:p>
    <w:p>
      <w:r>
        <w:br/>
        <w:t>Пузатий той паша, роздутий з перепою,&lt;br /&gt;</w:t>
        <w:br/>
        <w:t>Орду свою хотів приготувать до бою,&lt;br /&gt;</w:t>
        <w:br/>
        <w:t>Але уже зачувсь копит навальний гуркіт –&lt;br /&gt;</w:t>
        <w:br/>
        <w:t>Гусари, наче грім, ударили на турків.</w:t>
      </w:r>
    </w:p>
    <w:p>
      <w:r>
        <w:br/>
        <w:t>Нелегко витримать було таку атаку,&lt;br /&gt;</w:t>
        <w:br/>
        <w:t>Схитнулися ряди турецькі з переляку,&lt;br /&gt;</w:t>
        <w:br/>
        <w:t>Кривавим потом вмивсь,&lt;br /&gt;</w:t>
        <w:br/>
        <w:t>спізнався турок з горем –&lt;br /&gt;</w:t>
        <w:br/>
        <w:t>Зелений степ розливсь в той день&lt;br /&gt;</w:t>
        <w:br/>
        <w:t>червоним морем.</w:t>
      </w:r>
    </w:p>
    <w:p>
      <w:r>
        <w:br/>
        <w:t>Оце був справді бій! Порубані й побиті,&lt;br /&gt;</w:t>
        <w:br/>
        <w:t>Лежали купами грабіжники неситі,&lt;br /&gt;</w:t>
        <w:br/>
        <w:t>Але вцілів паша — потвора товстопуза,&lt;br /&gt;</w:t>
        <w:br/>
        <w:t>На нього й полетів наш Янчі Кукурудза...</w:t>
      </w:r>
    </w:p>
    <w:p>
      <w:r>
        <w:br/>
        <w:t>З потворою зштовхнувсь він, начебто з горою,&lt;br /&gt;</w:t>
        <w:br/>
        <w:t>І розколов пашу турецького надвоє:&lt;br /&gt;</w:t>
        <w:br/>
        <w:t>Наліво впав один, а другий впав направо,&lt;br /&gt;</w:t>
        <w:br/>
        <w:t>І закінчилась тим його вояцька слава.</w:t>
      </w:r>
    </w:p>
    <w:p>
      <w:r>
        <w:br/>
        <w:t>Уся турецька рать, зазнавши тої втрати,&lt;br /&gt;</w:t>
        <w:br/>
        <w:t>Урозтіч подалась, чимдуж давай тікати, –&lt;br /&gt;</w:t>
        <w:br/>
        <w:t>І , мабуть, ще й тепер тікали б яничари,&lt;br /&gt;</w:t>
        <w:br/>
        <w:t>Коли б не спромоглись догнати їх гусари!..</w:t>
      </w:r>
    </w:p>
    <w:p>
      <w:r>
        <w:br/>
        <w:t>[ Янчі врятовує дочку короля.]</w:t>
      </w:r>
    </w:p>
    <w:p>
      <w:r>
        <w:br/>
        <w:t>XІІІ&lt;br /&gt;</w:t>
        <w:br/>
        <w:t>...Відважні рицарі, що вже втолили спрагу,&lt;br /&gt;</w:t>
        <w:br/>
        <w:t>Примовкли при столах і втілились в увагу.&lt;br /&gt;</w:t>
        <w:br/>
        <w:t>Король ковтнув вина, і Янчі Кукурудза&lt;br /&gt;</w:t>
        <w:br/>
        <w:t>Почув такі слова вельможного француза:</w:t>
      </w:r>
    </w:p>
    <w:p>
      <w:r>
        <w:br/>
        <w:t>"Коханої дочки шляхетний рятівниче,&lt;br /&gt;</w:t>
        <w:br/>
        <w:t>Спитать твоє ім'я наказує нам звичай!"&lt;br /&gt;</w:t>
        <w:br/>
        <w:t>" Я родом з мужиків і вівці пас у лузі,&lt;br /&gt;</w:t>
        <w:br/>
        <w:t>Звусь — Янчі, й це ім'я не сором Кукурудзі".</w:t>
      </w:r>
    </w:p>
    <w:p>
      <w:r>
        <w:br/>
        <w:t>Так Янчі відповів на королівську мову.&lt;br /&gt;</w:t>
        <w:br/>
        <w:t>Замислився король, а там промовив знову:&lt;br /&gt;</w:t>
        <w:br/>
        <w:t>"Тепер нове ім'я від мене ти дістанеш,&lt;br /&gt;</w:t>
        <w:br/>
        <w:t>І зватимешся ти віднині — витязь Янош.</w:t>
      </w:r>
    </w:p>
    <w:p>
      <w:r>
        <w:br/>
        <w:t>Тож слухай, витязю. Як личить твому стану,&lt;br /&gt;</w:t>
        <w:br/>
        <w:t>В бою ти врятував дочку мою кохану,&lt;br /&gt;</w:t>
        <w:br/>
        <w:t>Ти візьмеш з нею шлюб і матимеш дружину,&lt;br /&gt;</w:t>
        <w:br/>
        <w:t>А королівський трон я задля вас покину"...</w:t>
      </w:r>
    </w:p>
    <w:p>
      <w:r>
        <w:br/>
        <w:t>[Янчі, вражений виявленою йому честю, дякує королю, але відмовляється одружитися й починає розповідь про своє життя.]</w:t>
      </w:r>
    </w:p>
    <w:p>
      <w:r>
        <w:br/>
        <w:t>ІV&lt;br /&gt;</w:t>
        <w:br/>
        <w:t>"То з чого ж розпочать? А розпочну з початку –&lt;br /&gt;</w:t>
        <w:br/>
        <w:t>І прізвища мого відкрию вам загадку.&lt;br /&gt;</w:t>
        <w:br/>
        <w:t>Малим дитям мене знайшли у кукурудзі,&lt;br /&gt;</w:t>
        <w:br/>
        <w:t>Тож Кукурудзою я звуся по заслузі.</w:t>
      </w:r>
    </w:p>
    <w:p>
      <w:r>
        <w:br/>
        <w:t>Ґаздиня, що своїх дітей не дожидала&lt;br /&gt;</w:t>
        <w:br/>
        <w:t>(Вона мені сама не раз розповідала),&lt;br /&gt;</w:t>
        <w:br/>
        <w:t>Йшла присмерком колись додому через поле&lt;br /&gt;</w:t>
        <w:br/>
        <w:t>Й побачила дитя в кукурудзинні голе.</w:t>
      </w:r>
    </w:p>
    <w:p>
      <w:r>
        <w:br/>
        <w:t>Я так репетував, що тая добра жінка&lt;br /&gt;</w:t>
        <w:br/>
        <w:t>Заплакала: "Невже загине ця дитинка?&lt;br /&gt;</w:t>
        <w:br/>
        <w:t>Цить, хлопчику; не плач, тебе я тут не кину,&lt;br /&gt;</w:t>
        <w:br/>
        <w:t>Нема в мене своїх, то матиму дитину".</w:t>
      </w:r>
    </w:p>
    <w:p>
      <w:r>
        <w:br/>
        <w:t>Отож вона пішла до свого чоловіка,&lt;br /&gt;</w:t>
        <w:br/>
        <w:t>А той на вдачу був людина просто дика, –&lt;br /&gt;</w:t>
        <w:br/>
        <w:t>Коли мене старий побачив з нею в хаті,&lt;br /&gt;</w:t>
        <w:br/>
        <w:t>Прокльони над столом запурхали строкаті.</w:t>
      </w:r>
    </w:p>
    <w:p>
      <w:r>
        <w:br/>
        <w:t>Ґаздиня молода старого ґазду просить:&lt;br /&gt;</w:t>
        <w:br/>
        <w:t>"Ну, батьку, не гнівись, погнівався — і доситъ!&lt;br /&gt;</w:t>
        <w:br/>
        <w:t>Лишила б там його, на що було б це схоже?&lt;br /&gt;</w:t>
        <w:br/>
        <w:t>Як уповала б я на милосердя Боже?</w:t>
      </w:r>
    </w:p>
    <w:p>
      <w:r>
        <w:br/>
        <w:t>Не буде зайвим він, як виросте, в домівці,&lt;br /&gt;</w:t>
        <w:br/>
        <w:t>У нас хазяйство є, свої воли і вівці,&lt;br /&gt;</w:t>
        <w:br/>
        <w:t>Коли оце маля на ноги підведеться,&lt;br /&gt;</w:t>
        <w:br/>
        <w:t>Наймати чабана вже вам не доведеться".</w:t>
      </w:r>
    </w:p>
    <w:p>
      <w:r>
        <w:br/>
        <w:t>Чи так вона, чи сяк вламала чоловіка,&lt;br /&gt;</w:t>
        <w:br/>
        <w:t>Та радість то була для мене невелика;&lt;br /&gt;</w:t>
        <w:br/>
        <w:t>Коли я вже почав у лузі пасти вівці,&lt;br /&gt;</w:t>
        <w:br/>
        <w:t>Мене ні разу він не гладив по голівці.</w:t>
      </w:r>
    </w:p>
    <w:p>
      <w:r>
        <w:br/>
        <w:t>У будень — батоги, і добра лайка — в свято,&lt;br /&gt;</w:t>
        <w:br/>
        <w:t>Як на мале хлоп'я, то й справді забагато.&lt;br /&gt;</w:t>
        <w:br/>
        <w:t>От тільки й радості було — одне дівчисько&lt;br /&gt;</w:t>
        <w:br/>
        <w:t>Жило в отім селі від мене дуже близько.</w:t>
      </w:r>
    </w:p>
    <w:p>
      <w:r>
        <w:br/>
        <w:t>У дівчинки давно уже померла мати,&lt;br /&gt;</w:t>
        <w:br/>
        <w:t>А батько тільки встиг нову дружину взяти,&lt;br /&gt;</w:t>
        <w:br/>
        <w:t>Як сам, не знати й як, попав до смерті в сіті&lt;br /&gt;</w:t>
        <w:br/>
        <w:t>І дівчинку лишив із мачухою в світі.</w:t>
      </w:r>
    </w:p>
    <w:p>
      <w:r>
        <w:br/>
        <w:t>Та дівчинка була трояндою моєю,&lt;br /&gt;</w:t>
        <w:br/>
        <w:t>В моїм гіркім житті я тішивсь тільки нею.&lt;br /&gt;</w:t>
        <w:br/>
        <w:t>Як я любив її! Сусіди і сусідки,&lt;br /&gt;</w:t>
        <w:br/>
        <w:t>Всі називали нас лише "сільські сирітки".</w:t>
      </w:r>
    </w:p>
    <w:p>
      <w:r>
        <w:br/>
        <w:t>Іще хлоп'ям я міг для любої подружки&lt;br /&gt;</w:t>
        <w:br/>
        <w:t>Всі ласощі забуть — і сирники, й ватрушки.&lt;br /&gt;</w:t>
        <w:br/>
        <w:t>Ще ж більше я любив, як кожної неділі&lt;br /&gt;</w:t>
        <w:br/>
        <w:t>Ми з нею бавились між дітьми на дозвіллі.</w:t>
      </w:r>
    </w:p>
    <w:p>
      <w:r>
        <w:br/>
        <w:t>Підпарубком я став — нестримне і шалене&lt;br /&gt;</w:t>
        <w:br/>
        <w:t>У грудях як вогонь спахнуло серце в мене.&lt;br /&gt;</w:t>
        <w:br/>
        <w:t>оли я цілував її між трав і квітів,&lt;br /&gt;</w:t>
        <w:br/>
        <w:t>Світ завалитись міг, а я б і не помітив.</w:t>
      </w:r>
    </w:p>
    <w:p>
      <w:r>
        <w:br/>
        <w:t>Натерпілось дівча від мачухи лихої,&lt;br /&gt;</w:t>
        <w:br/>
        <w:t>Хоч би тій відьмі Бог дав смерті нелегкої!&lt;br /&gt;</w:t>
        <w:br/>
        <w:t>Я боронив її, були б ще гірші сльози:&lt;br /&gt;</w:t>
        <w:br/>
        <w:t>Спиняли мачуху лише мої погрози.</w:t>
      </w:r>
    </w:p>
    <w:p>
      <w:r>
        <w:br/>
        <w:t>В собачому житті не мав я відпочинку.&lt;br /&gt;</w:t>
        <w:br/>
        <w:t>Поклали ми в труну лихого ґазди жінку,&lt;br /&gt;</w:t>
        <w:br/>
        <w:t>Ту, що знайшла мене і долею хлоп'яти&lt;br /&gt;</w:t>
        <w:br/>
        <w:t>Весь бідкалася вік, неначе рідна мати...</w:t>
      </w:r>
    </w:p>
    <w:p>
      <w:r>
        <w:br/>
        <w:t>Господь пошкодував нам радості земної,&lt;br /&gt;</w:t>
        <w:br/>
        <w:t>Маленької хоча б, гіркої і сумної, –&lt;br /&gt;</w:t>
        <w:br/>
        <w:t>Я вівці розгубив, не мало — з півотари,&lt;br /&gt;</w:t>
        <w:br/>
        <w:t>І ґазда мій прогнав мене дрючком з кошари.</w:t>
      </w:r>
    </w:p>
    <w:p>
      <w:r>
        <w:br/>
        <w:t>Як гірко, сирота, прощавсь я з сиротою&lt;br /&gt;</w:t>
        <w:br/>
        <w:t>Й світ за очі подавсь блукати самотою,&lt;br /&gt;</w:t>
        <w:br/>
        <w:t>Тулявся по шляхах без хліба і без хати,&lt;br /&gt;</w:t>
        <w:br/>
        <w:t>Аж поки не пішов, нарешті, у солдати.</w:t>
      </w:r>
    </w:p>
    <w:p>
      <w:r>
        <w:br/>
        <w:t>Коханій не казав я в мить гірку розстання,&lt;br /&gt;</w:t>
        <w:br/>
        <w:t>Щоб в серці берегла незраджене кохання,&lt;br /&gt;</w:t>
        <w:br/>
        <w:t>Та й Ілушка моя спокійну мала душу,&lt;br /&gt;</w:t>
        <w:br/>
        <w:t>Бо вірила, що й я кохання не порушу.</w:t>
      </w:r>
    </w:p>
    <w:p>
      <w:r>
        <w:br/>
        <w:t>Отож забудь мене, красуне-королівно,&lt;br /&gt;</w:t>
        <w:br/>
        <w:t>Я Ілушку свою кохатиму всерівно,&lt;br /&gt;</w:t>
        <w:br/>
        <w:t>Й не буде у житті для мене важче втрати,&lt;br /&gt;</w:t>
        <w:br/>
        <w:t>Хай навіть смерть сама мене не схоче брати"...</w:t>
      </w:r>
    </w:p>
    <w:p>
      <w:r>
        <w:br/>
        <w:t>[Король дякує Яношу, дарує йому торбу з золотом, і той вирушає в морську подорож, прагнучи дістатися додому. ]</w:t>
      </w:r>
    </w:p>
    <w:p>
      <w:r>
        <w:br/>
        <w:t>XVІІ&lt;br /&gt;</w:t>
        <w:br/>
        <w:t>...Бурунилась глибінь, кипіло море яре,&lt;br /&gt;</w:t>
        <w:br/>
        <w:t>ідкинуло його на хвилях аж під хмари,&lt;br /&gt;</w:t>
        <w:br/>
        <w:t>Та Янош не злякавсь і не позбувся тями –&lt;br /&gt;</w:t>
        <w:br/>
        <w:t>За хмару ухопивсь могутніми руками...</w:t>
      </w:r>
    </w:p>
    <w:p>
      <w:r>
        <w:br/>
        <w:t>[Янчі рятується: хмара виносить його на суходіл.]</w:t>
      </w:r>
    </w:p>
    <w:p>
      <w:r>
        <w:br/>
        <w:t>Спочатку восхвалив він благодать Господню&lt;br /&gt;</w:t>
        <w:br/>
        <w:t>За те, що не пірнув навік в морську безодню.&lt;br /&gt;</w:t>
        <w:br/>
        <w:t>Не згадував про скарб ні разу він в ті хвилі,&lt;br /&gt;</w:t>
        <w:br/>
        <w:t>Ще добре, що душа залишилася в тілі.</w:t>
      </w:r>
    </w:p>
    <w:p>
      <w:r>
        <w:br/>
        <w:t>А потім роздививсь по кам'яній пустелі –&lt;br /&gt;</w:t>
        <w:br/>
        <w:t>Лиш гриф один в гнізді сидів на гострій скелі,&lt;br /&gt;</w:t>
        <w:br/>
        <w:t>Він саме годував голодні пташенята, –&lt;br /&gt;</w:t>
        <w:br/>
        <w:t>І Янош зрозумів, що й з чого починати!</w:t>
      </w:r>
    </w:p>
    <w:p>
      <w:r>
        <w:br/>
        <w:t>Він сторожко підповз, щоб не злякать пташину,&lt;br /&gt;</w:t>
        <w:br/>
        <w:t>І грифу, як в сідло, враз вихопивсь на спину,&lt;br /&gt;</w:t>
        <w:br/>
        <w:t>Остроги в боки втис, примусив до покори –&lt;br /&gt;</w:t>
        <w:br/>
        <w:t>І птах його поніс через долини й гори...</w:t>
      </w:r>
    </w:p>
    <w:p>
      <w:r>
        <w:br/>
        <w:t>Перелетіли так вони країв немало,&lt;br /&gt;</w:t>
        <w:br/>
        <w:t>І от одного дня — тут саме засвітало –&lt;br /&gt;</w:t>
        <w:br/>
        <w:t>Наш витязь, що тримав за шию дужу птицю,&lt;br /&gt;</w:t>
        <w:br/>
        <w:t>Побачив на землі свого села дзвіницю.</w:t>
      </w:r>
    </w:p>
    <w:p>
      <w:r>
        <w:br/>
        <w:t>Скінчились темні дні і безпроглядні ночі!&lt;br /&gt;</w:t>
        <w:br/>
        <w:t>Від радості сльоза спливла йому на очі.&lt;br /&gt;</w:t>
        <w:br/>
        <w:t>А гриф уже стомивсь, бо й далина, й вітрище, –&lt;br /&gt;</w:t>
        <w:br/>
        <w:t>І до землі спускавсь все нижче, нижче й нижче.</w:t>
      </w:r>
    </w:p>
    <w:p>
      <w:r>
        <w:br/>
        <w:t>Заледве дихав птах, опали дужі крила,&lt;br /&gt;</w:t>
        <w:br/>
        <w:t>На пагорбі він сів, бо вичерпалась сила.&lt;br /&gt;</w:t>
        <w:br/>
        <w:t>Тут Янош з нього зліз, забувши власну втому,&lt;br /&gt;</w:t>
        <w:br/>
        <w:t>Й замислившись, подавсь в своє село — додому.</w:t>
      </w:r>
    </w:p>
    <w:p>
      <w:r>
        <w:br/>
        <w:t>"Кохана, — думав він, — тобі признатись мушу,&lt;br /&gt;</w:t>
        <w:br/>
        <w:t>Що не скарби несу, а тільки вірну душу.&lt;br /&gt;</w:t>
        <w:br/>
        <w:t>Я знаю, що й цього для тебе буде досить,&lt;br /&gt;</w:t>
        <w:br/>
        <w:t>Не золота твоє, а щастя серце просить"...</w:t>
      </w:r>
    </w:p>
    <w:p>
      <w:r>
        <w:br/>
        <w:t>[У рідному селі він дізнається про смерть коханої.]</w:t>
      </w:r>
    </w:p>
    <w:p>
      <w:r>
        <w:br/>
        <w:t>XVІІІ&lt;br /&gt;</w:t>
        <w:br/>
        <w:t>Чолом на край стола схилився Янош-витязь&lt;br /&gt;</w:t>
        <w:br/>
        <w:t>І тяжко заридав, аж страх було дивитись,&lt;br /&gt;</w:t>
        <w:br/>
        <w:t>І щось він говорив, і скаржився на долю,&lt;br /&gt;</w:t>
        <w:br/>
        <w:t>І голос уривавсь йому з гіркого болю...</w:t>
      </w:r>
    </w:p>
    <w:p>
      <w:r>
        <w:br/>
        <w:t>[ Глибокі страждання примушують його шукати нових пригод. Щоб забутися, Янош вирушає до країни велетів.]</w:t>
      </w:r>
    </w:p>
    <w:p>
      <w:r>
        <w:br/>
        <w:t>ХІХ&lt;br /&gt;</w:t>
        <w:br/>
        <w:t>...Наш витязь не спинявсь в дорозі й на хвилину,&lt;br /&gt;</w:t>
        <w:br/>
        <w:t>І ось вже він прийшов у велетів країну.&lt;br /&gt;</w:t>
        <w:br/>
        <w:t>Кордон там пролягав над річкою виткою,&lt;br /&gt;</w:t>
        <w:br/>
        <w:t>Що зватися могла б десь-інде і рікою.</w:t>
      </w:r>
    </w:p>
    <w:p>
      <w:r>
        <w:br/>
        <w:t>Кордон сторожував малий підпарубочий, –&lt;br /&gt;</w:t>
        <w:br/>
        <w:t>Як витязь захотів йому заглянуть в очі,&lt;br /&gt;</w:t>
        <w:br/>
        <w:t>То й ківер 50 загубив — бо хлопець був заввишки&lt;br /&gt;</w:t>
        <w:br/>
        <w:t>З дзвіницю в їх селі, не нижчий анітрішки!</w:t>
      </w:r>
    </w:p>
    <w:p>
      <w:r>
        <w:br/>
        <w:t>Схилився підліток над дивом невідомим,&lt;br /&gt;</w:t>
        <w:br/>
        <w:t>Загуркотів над ним, неначе з хмари громом:&lt;br /&gt;</w:t>
        <w:br/>
        <w:t>" Чи не людисько там, в траві, сховалось, кляте?&lt;br /&gt;</w:t>
        <w:br/>
        <w:t>Щоб розчавить його, сверблять у мене п'яти!"</w:t>
      </w:r>
    </w:p>
    <w:p>
      <w:r>
        <w:br/>
        <w:t>Наміривсь велетень на Яноша ногою,&lt;br /&gt;</w:t>
        <w:br/>
        <w:t>Та шаблю витязь враз підняв над головою,&lt;br /&gt;</w:t>
        <w:br/>
        <w:t>І сторож заревів, як не почути й зроду –&lt;br /&gt;</w:t>
        <w:br/>
        <w:t>На шаблю наштрикнувсь — і брязнув просто вводу..</w:t>
      </w:r>
    </w:p>
    <w:p>
      <w:r>
        <w:br/>
        <w:t>ХХ&lt;br /&gt;</w:t>
        <w:br/>
        <w:t>Все глибше забрідав у хащі витязь Янош, –&lt;br /&gt;</w:t>
        <w:br/>
        <w:t>Які дива навкіл, куди ти не поглянеш!&lt;br /&gt;</w:t>
        <w:br/>
        <w:t>Не міг він уявить і в сні того, що нині&lt;br /&gt;</w:t>
        <w:br/>
        <w:t>Побачив наяву у велетській країні.</w:t>
      </w:r>
    </w:p>
    <w:p>
      <w:r>
        <w:br/>
        <w:t>Він до вершин дерев, налитих диким соком,&lt;br /&gt;</w:t>
        <w:br/>
        <w:t>Хоч би й хотів того, не міг докинуть оком.&lt;br /&gt;</w:t>
        <w:br/>
        <w:t>Лист висів на гіллі — із кожного пошити&lt;br /&gt;</w:t>
        <w:br/>
        <w:t>Вдалося б кобеняк чи навіть зо дві свити.</w:t>
      </w:r>
    </w:p>
    <w:p>
      <w:r>
        <w:br/>
        <w:t>Гула від комарів гігантських вся округа, —&lt;br /&gt;</w:t>
        <w:br/>
        <w:t>У нас би як волів їх запрягали в плуга.&lt;br /&gt;</w:t>
        <w:br/>
        <w:t>Від тих лихих роїв, від їх страшних укусів&lt;br /&gt;</w:t>
        <w:br/>
        <w:t>Наш витязь шаблею оборонятись мусив.</w:t>
      </w:r>
    </w:p>
    <w:p>
      <w:r>
        <w:br/>
        <w:t>XXI&lt;br /&gt;</w:t>
        <w:br/>
        <w:t>...Тут сонця не було і не світили зорі,&lt;br /&gt;</w:t>
        <w:br/>
        <w:t>Наосліп він ішов, блукаючи в просторі,&lt;br /&gt;</w:t>
        <w:br/>
        <w:t>І чув у темноті, що все навкруг укрила,&lt;br /&gt;</w:t>
        <w:br/>
        <w:t>Щось шурхає над ним, як велетенські крила.</w:t>
      </w:r>
    </w:p>
    <w:p>
      <w:r>
        <w:br/>
        <w:t>Але то угорі не крила шелестіли –&lt;br /&gt;</w:t>
        <w:br/>
        <w:t>То відьми звідусіль на шабаш свій летіли,&lt;br /&gt;</w:t>
        <w:br/>
        <w:t>Волосся у політ скуйовдивши, як завше,&lt;br /&gt;</w:t>
        <w:br/>
        <w:t>І мітлища свої, мов коней, осідлавши...</w:t>
      </w:r>
    </w:p>
    <w:p>
      <w:r>
        <w:br/>
        <w:t>[У боротьбі з відьмами Яношу допомагають велети.]</w:t>
      </w:r>
    </w:p>
    <w:p>
      <w:r>
        <w:br/>
        <w:t>Вже й сонце почало виходити з-за хмари,&lt;br /&gt;</w:t>
        <w:br/>
        <w:t>І лиш одна з відьом ще дожидала кари,&lt;br /&gt;</w:t>
        <w:br/>
        <w:t>І Янош упізнав в ній мачуху злочинну,&lt;br /&gt;</w:t>
        <w:br/>
        <w:t>Що Ілушку його звела у домовину.</w:t>
      </w:r>
    </w:p>
    <w:p>
      <w:r>
        <w:br/>
        <w:t>"Ну, — Янош закричав, — а цій я сам віддячу!"&lt;br /&gt;</w:t>
        <w:br/>
        <w:t>І відьму ухопив, але, вертка на вдачу,&lt;br /&gt;</w:t>
        <w:br/>
        <w:t>Вона, хоч і далась йому спочатку в руки,&lt;br /&gt;</w:t>
        <w:br/>
        <w:t>Та вислизнула враз із спритністю гадюки.</w:t>
      </w:r>
    </w:p>
    <w:p>
      <w:r>
        <w:br/>
        <w:t>"Лови її, хапай оте відьмисько люте!"&lt;br /&gt;</w:t>
        <w:br/>
        <w:t>Лиш велетові встиг з одчаєм він гукнути,&lt;br /&gt;</w:t>
        <w:br/>
        <w:t>Як той уже схопив, в лабетах стис потвору&lt;br /&gt;</w:t>
        <w:br/>
        <w:t>І помахом одним закинув аж за гору.</w:t>
      </w:r>
    </w:p>
    <w:p>
      <w:r>
        <w:br/>
        <w:t>Знайшли її в селі, де Янош жив ізмалку,&lt;br /&gt;</w:t>
        <w:br/>
        <w:t>Розбилася вона, упавши, на кавалки,&lt;br /&gt;</w:t>
        <w:br/>
        <w:t>І хоч була тепер вже тиха й безборонна,&lt;br /&gt;</w:t>
        <w:br/>
        <w:t>Не каркнула по ній, по мертвій, і ворона...</w:t>
      </w:r>
    </w:p>
    <w:p>
      <w:r>
        <w:br/>
        <w:t>[Велет допомагає Яношу дістатися острова фей. Янош бореться з чудовиськами.]</w:t>
      </w:r>
    </w:p>
    <w:p>
      <w:r>
        <w:br/>
        <w:t>XXVІ&lt;br /&gt;</w:t>
        <w:br/>
        <w:t>В країні фей зими немає і в помині,&lt;br /&gt;</w:t>
        <w:br/>
        <w:t>Там вічної весни цвітуть простори сині,–&lt;br /&gt;</w:t>
        <w:br/>
        <w:t>Давно і назавжди скінчилась ніч остання,&lt;br /&gt;</w:t>
        <w:br/>
        <w:t>Й панує вічна мить рожевого світання.</w:t>
      </w:r>
    </w:p>
    <w:p>
      <w:r>
        <w:br/>
        <w:t>Не дбаючи про смерть, не знаючи про неї,&lt;br /&gt;</w:t>
        <w:br/>
        <w:t>Живуть там юнаки й дівчата — юні феї, –&lt;br /&gt;</w:t>
        <w:br/>
        <w:t>Не треба ні пиття, ні хліба в цьому світі.&lt;br /&gt;</w:t>
        <w:br/>
        <w:t>Кохаються вони й своїм коханням ситі.</w:t>
      </w:r>
    </w:p>
    <w:p>
      <w:r>
        <w:br/>
        <w:t>Не горе і не жах, не муки і погрози,&lt;br /&gt;</w:t>
        <w:br/>
        <w:t>А радість в їх очах скипає в світлі сльози,&lt;br /&gt;</w:t>
        <w:br/>
        <w:t>І падають вони у глиб землі, й відразу&lt;br /&gt;</w:t>
        <w:br/>
        <w:t>В глухих земних шарах з них постають алмази...</w:t>
      </w:r>
    </w:p>
    <w:p>
      <w:r>
        <w:br/>
        <w:t>Хмільні не від вина — від радості сп'янілі,&lt;br /&gt;</w:t>
        <w:br/>
        <w:t>На ложах із квіток лежать створіння милі,&lt;br /&gt;</w:t>
        <w:br/>
        <w:t>І легіт запашний, народжений світанням,&lt;br /&gt;</w:t>
        <w:br/>
        <w:t>Вколисує їх в сон своїм легким диханням.</w:t>
      </w:r>
    </w:p>
    <w:p>
      <w:r>
        <w:br/>
        <w:t>І те, що сниться їм у сні на ложах з цвіту, –&lt;br /&gt;</w:t>
        <w:br/>
        <w:t>Це тільки тінь іще прекраснішого світу.&lt;br /&gt;</w:t>
        <w:br/>
        <w:t>Охоплює людей подібне раювання,&lt;br /&gt;</w:t>
        <w:br/>
        <w:t>Коли ми на землі пізнаємо кохання.</w:t>
      </w:r>
    </w:p>
    <w:p>
      <w:r>
        <w:br/>
        <w:t>XXVII&lt;br /&gt;</w:t>
        <w:br/>
        <w:t>...Всі феї підвелись, щоб Яноша зустріти,&lt;br /&gt;</w:t>
        <w:br/>
        <w:t>До нього підійшли довірливі, як діти,&lt;br /&gt;</w:t>
        <w:br/>
        <w:t>Обстали витязя веселою юрбою&lt;br /&gt;</w:t>
        <w:br/>
        <w:t>І повели його вглиб острова з собою.</w:t>
      </w:r>
    </w:p>
    <w:p>
      <w:r>
        <w:br/>
        <w:t>І Янош, наче в сні, дививсь на все довкола,&lt;br /&gt;</w:t>
        <w:br/>
        <w:t>І раптом пробудивсь — його журба вколола.&lt;br /&gt;</w:t>
        <w:br/>
        <w:t>Він з розпачем відчув стару у серці рану,&lt;br /&gt;</w:t>
        <w:br/>
        <w:t>Бо Ілушку згадав — загублену кохану.</w:t>
      </w:r>
    </w:p>
    <w:p>
      <w:r>
        <w:br/>
        <w:t>"Любов і злагода панують в цій країні,&lt;br /&gt;</w:t>
        <w:br/>
        <w:t>І тільки я один блукаю в самотині, –&lt;br /&gt;</w:t>
        <w:br/>
        <w:t>Є щастя тут у всіх, кого лиш не спіткаю,&lt;br /&gt;</w:t>
        <w:br/>
        <w:t>Чому ж так сталося, що я його не маю?"</w:t>
      </w:r>
    </w:p>
    <w:p>
      <w:r>
        <w:br/>
        <w:t>Там озеро було, глибоке і прозоре,&lt;br /&gt;</w:t>
        <w:br/>
        <w:t>Туди і привело його велике горе,&lt;br /&gt;</w:t>
        <w:br/>
        <w:t>На квіточку свою він глянув, на шипшину,&lt;br /&gt;</w:t>
        <w:br/>
        <w:t>І отакі слова сказав у ту ж хвилину:</w:t>
      </w:r>
    </w:p>
    <w:p>
      <w:r>
        <w:br/>
        <w:t>"Єдиний скарбе мій! Прах милої моєї!&lt;br /&gt;</w:t>
        <w:br/>
        <w:t>Показуй шлях мені — і я піду до неї".&lt;br /&gt;</w:t>
        <w:br/>
        <w:t>Зів'ялі пелюстки на воду кинув милі&lt;br /&gt;</w:t>
        <w:br/>
        <w:t>І кинутися сам уже хотів у хвилі.</w:t>
      </w:r>
    </w:p>
    <w:p>
      <w:r>
        <w:br/>
        <w:t>Та чудо відбулось, яке буває зрідка, –&lt;br /&gt;</w:t>
        <w:br/>
        <w:t>На Ілушку в воді перетворилась квітка!&lt;br /&gt;</w:t>
        <w:br/>
        <w:t>Він в озеро — не ждав на човен та на весла –&lt;br /&gt;</w:t>
        <w:br/>
        <w:t>І виніс Ілушку, адже вона воскресла.</w:t>
      </w:r>
    </w:p>
    <w:p>
      <w:r>
        <w:br/>
        <w:t>В тім озері була жива вода глибинна,&lt;br /&gt;</w:t>
        <w:br/>
        <w:t>Вертала всім життя одна її краплина.&lt;br /&gt;</w:t>
        <w:br/>
        <w:t>У Ілушки зросла шипшина на могилі,&lt;br /&gt;</w:t>
        <w:br/>
        <w:t>То й воскресили прах води живої хвилі.</w:t>
      </w:r>
    </w:p>
    <w:p>
      <w:r>
        <w:br/>
        <w:t>Про все я розповів вам піснею моєю,&lt;br /&gt;</w:t>
        <w:br/>
        <w:t>Не здатний лиш про те, що Янош чув душею,&lt;br /&gt;</w:t>
        <w:br/>
        <w:t>Як виніс Ілушку живу на берег з хвилі&lt;br /&gt;</w:t>
        <w:br/>
        <w:t>І на устах відчув її цілунки милі...</w:t>
      </w:r>
    </w:p>
    <w:p>
      <w:r>
        <w:br/>
        <w:t>Так Янош мій зазнав нарешті щастя й долі, –&lt;br /&gt;</w:t>
        <w:br/>
        <w:t>В обіймах Ілушки сидить він на престолі;&lt;br /&gt;</w:t>
        <w:br/>
        <w:t>Як царювать почав — так він царює й нині,&lt;br /&gt;</w:t>
        <w:br/>
        <w:t>Улюблений всіма у милих фей в країні.</w:t>
      </w:r>
    </w:p>
    <w:p>
      <w:r>
        <w:br/>
        <w:t>Переклад з угорської Л.Первомайського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Витязь Янош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