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Еміль Верхарн&lt;br /&gt;</w:t>
        <w:br/>
        <w:t>Вітер</w:t>
      </w:r>
    </w:p>
    <w:p>
      <w:r>
        <w:br/>
        <w:t>Перекладач: Ю.Клен&lt;br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 голих і безкраїх нивах&lt;br /&gt;</w:t>
        <w:br/>
        <w:t>Вітрами трубить Листопад;&lt;br /&gt;</w:t>
        <w:br/>
        <w:t>На довгих нивах,&lt;br /&gt;</w:t>
        <w:br/>
        <w:t>В дощах, у зливах,&lt;br /&gt;</w:t>
        <w:br/>
        <w:t>Він б'ється крилами об стріхи хат,&lt;br /&gt;</w:t>
        <w:br/>
        <w:t>У сурми дме серед левад;&lt;br /&gt;</w:t>
        <w:br/>
        <w:t>В дощах, у зливах,&lt;br /&gt;</w:t>
        <w:br/>
        <w:t>Лютує дикий Листопад.</w:t>
      </w:r>
    </w:p>
    <w:p>
      <w:r>
        <w:br/>
        <w:t>У хуторських колодязях&lt;br /&gt;</w:t>
        <w:br/>
        <w:t>Залізні цебра на гачках&lt;br /&gt;</w:t>
        <w:br/>
        <w:t>Риплять;&lt;br /&gt;</w:t>
        <w:br/>
        <w:t>Над цямрами в колодязях&lt;br /&gt;</w:t>
        <w:br/>
        <w:t>Залізні цебра на гачках&lt;br /&gt;</w:t>
        <w:br/>
        <w:t>Риплять і сіють жах.</w:t>
      </w:r>
    </w:p>
    <w:p>
      <w:r>
        <w:br/>
        <w:t>Бурхливий вітер вздовж ріки&lt;br /&gt;</w:t>
        <w:br/>
        <w:t>Жене березові листки,&lt;br /&gt;</w:t>
        <w:br/>
        <w:t>Лютує дикий Листопад;&lt;br /&gt;</w:t>
        <w:br/>
        <w:t>Скажений вітер у гаях&lt;br /&gt;</w:t>
        <w:br/>
        <w:t>Зриває гнізда на гіллях;&lt;br /&gt;</w:t>
        <w:br/>
        <w:t>Мете холодною мітлою,&lt;br /&gt;</w:t>
        <w:br/>
        <w:t>Нагонить страх.&lt;br /&gt;</w:t>
        <w:br/>
        <w:t>І мов суворою зимою&lt;br /&gt;</w:t>
        <w:br/>
        <w:t>Лютує вітер,&lt;br /&gt;</w:t>
        <w:br/>
        <w:t>Лютує дикий Листопад.&lt;br /&gt;</w:t>
        <w:br/>
        <w:t>В коморі і надворі,&lt;br /&gt;</w:t>
        <w:br/>
        <w:t>У вікнах він мигтить,&lt;br /&gt;</w:t>
        <w:br/>
        <w:t>Лопоче рване клоччя,&lt;br /&gt;</w:t>
        <w:br/>
        <w:t>Де виє, і сурмить.&lt;br /&gt;</w:t>
        <w:br/>
        <w:t>Лютує дикий Листопад!&lt;br /&gt;</w:t>
        <w:br/>
        <w:t>А на горбі, серед долин,&lt;br /&gt;</w:t>
        <w:br/>
        <w:t>Угору — блискавками,&lt;br /&gt;</w:t>
        <w:br/>
        <w:t>Униз — могутніми руками&lt;br /&gt;</w:t>
        <w:br/>
        <w:t>Махає чорний млин;&lt;br /&gt;</w:t>
        <w:br/>
        <w:t>Це він повітря косить,&lt;br /&gt;</w:t>
        <w:br/>
        <w:t>Косить,&lt;br /&gt;</w:t>
        <w:br/>
        <w:t>Повітря косить Листопад.</w:t>
      </w:r>
    </w:p>
    <w:p>
      <w:r>
        <w:br/>
        <w:t>Навколо згорблених церков,&lt;br /&gt;</w:t>
        <w:br/>
        <w:t>Прищулившись до їх дзвіниць,&lt;br /&gt;</w:t>
        <w:br/>
        <w:t>Оселі гнуться, точать кров;&lt;br /&gt;</w:t>
        <w:br/>
        <w:t>І дахи вбогих кам'яниць&lt;br /&gt;</w:t>
        <w:br/>
        <w:t>Схилились ниць.&lt;br /&gt;</w:t>
        <w:br/>
        <w:t>Глузує дикий Листопад!&lt;br /&gt;</w:t>
        <w:br/>
        <w:t>Хрести похмурих цвинтарів,&lt;br /&gt;</w:t>
        <w:br/>
        <w:t>Мов руки мовчазних мерців,&lt;br /&gt;</w:t>
        <w:br/>
        <w:t>Які звелися тут навічно,&lt;br /&gt;</w:t>
        <w:br/>
        <w:t>Від вітру впали блискавично.&lt;br /&gt;</w:t>
        <w:br/>
        <w:t>Лютує дикий Листопад&lt;br /&gt;</w:t>
        <w:br/>
        <w:t>Вітрами.&lt;br /&gt;</w:t>
        <w:br/>
        <w:t>Чи зустрічались ви з вітрами&lt;br /&gt;</w:t>
        <w:br/>
        <w:t>На роздоріжжі ста шляхів?&lt;br /&gt;</w:t>
        <w:br/>
        <w:t>Чи зустрічались ви з вітрами,&lt;br /&gt;</w:t>
        <w:br/>
        <w:t>Коли росте в їх душах гнів?&lt;br /&gt;</w:t>
        <w:br/>
        <w:t>Чи чули ви, як опівночі&lt;br /&gt;</w:t>
        <w:br/>
        <w:t>Він з неба місяць скинуть хоче,&lt;br /&gt;</w:t>
        <w:br/>
        <w:t>А темні села, повні жаху,&lt;br /&gt;</w:t>
        <w:br/>
        <w:t>Ревуть, голосять з переляку,&lt;br /&gt;</w:t>
        <w:br/>
        <w:t>Немов у бурю череда,&lt;br /&gt;</w:t>
        <w:br/>
        <w:t>Коли прийшла біда?</w:t>
      </w:r>
    </w:p>
    <w:p>
      <w:r>
        <w:br/>
        <w:t>На довгих нивах,&lt;br /&gt;</w:t>
        <w:br/>
        <w:t>В дощах, у зливах,&lt;br /&gt;</w:t>
        <w:br/>
        <w:t>Вітрами трубить Листопад.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