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Вислизаєш, з обіймів сновидних смерти...</w:t>
      </w:r>
    </w:p>
    <w:p>
      <w:r>
        <w:br/>
        <w:t xml:space="preserve"> Вислизаєш, з обіймів сновидних смерти.&lt;br /&gt;</w:t>
        <w:br/>
        <w:t>Власне прізвище містом несеш на конверті.&lt;br /&gt;</w:t>
        <w:br/>
        <w:t>З підземель виповзають знайомі щурі,&lt;br /&gt;</w:t>
        <w:br/>
        <w:t>тягнуть віяло нецікавих історій&lt;br /&gt;</w:t>
        <w:br/>
        <w:t>і канючать на кір. Їхні байки старі.&lt;br /&gt;</w:t>
        <w:br/>
        <w:t>Їм би плавати в балії спирту просторій.</w:t>
      </w:r>
    </w:p>
    <w:p>
      <w:r>
        <w:br/>
        <w:t>Спека одяг здирає. Повсюдний стриптиз&lt;br /&gt;</w:t>
        <w:br/>
        <w:t>не дивує. Отой під грибочком затис&lt;br /&gt;</w:t>
        <w:br/>
        <w:t>між повіками вічний плин геніталій.&lt;br /&gt;</w:t>
        <w:br/>
        <w:t>Ти також роздягаєш якусь із єлен&lt;br /&gt;</w:t>
        <w:br/>
        <w:t>і сповзаєш ліниво по зоні запалій,&lt;br /&gt;</w:t>
        <w:br/>
        <w:t>фантазуєш, який там вмістився би член</w:t>
      </w:r>
    </w:p>
    <w:p>
      <w:r>
        <w:br/>
        <w:t>або що в ній принишкло? — яка-не-яка,&lt;br /&gt;</w:t>
        <w:br/>
        <w:t>а спокуси матерія ніжна, м'яка,&lt;br /&gt;</w:t>
        <w:br/>
        <w:t>та, зігнила, розлазиться часом, зараза.&lt;br /&gt;</w:t>
        <w:br/>
        <w:t>Ні, наповнивши світлим пивом живіт,&lt;br /&gt;</w:t>
        <w:br/>
        <w:t>ліпше благословити Тараса&lt;br /&gt;</w:t>
        <w:br/>
        <w:t>носом бронзовим деґустувати цей цвіт.</w:t>
      </w:r>
    </w:p>
    <w:p>
      <w:r>
        <w:br/>
        <w:t>Все іде, все минає. Вповзає кудись.&lt;br /&gt;</w:t>
        <w:br/>
        <w:t>В кублах кублиться. Входячи, роздивись,&lt;br /&gt;</w:t>
        <w:br/>
        <w:t>серце стислось — давай звідти драла!&lt;br /&gt;</w:t>
        <w:br/>
        <w:t>Бо ніхто з них не вийде з кола Ваала…&lt;br /&gt;</w:t>
        <w:br/>
        <w:t>— Їхні душі марнота забрала…&lt;br /&gt;</w:t>
        <w:br/>
        <w:t>15-31 серпня 1998 р. Львів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Вислизаєш, з обіймів сновидних смерти...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