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</w:t>
      </w:r>
    </w:p>
    <w:p>
      <w:r>
        <w:br/>
        <w:t xml:space="preserve"> М-СКИЙ&lt;br /&gt;</w:t>
        <w:br/>
        <w:t>Чувством жестокости вдохновлен,&lt;br /&gt;</w:t>
        <w:br/>
        <w:t>Искрою геенского бесчеловечия объят,&lt;br /&gt;</w:t>
        <w:br/>
        <w:t>На тунеядном поприще своем&lt;br /&gt;</w:t>
        <w:br/>
        <w:t>Он зверством язвит моих собрат.&lt;br /&gt;</w:t>
        <w:br/>
        <w:t>Взоры мутных его очес,&lt;br /&gt;</w:t>
        <w:br/>
        <w:t>Нелюдских рук его терзанья&lt;br /&gt;</w:t>
        <w:br/>
        <w:t>Игриво страшны, как разъяренный пес,&lt;br /&gt;</w:t>
        <w:br/>
        <w:t>Как обломок адского зданья.&lt;br /&gt;</w:t>
        <w:br/>
        <w:t>Ужасный образ человека,—&lt;br /&gt;</w:t>
        <w:br/>
        <w:t>Мертвенность глядит с его лица,&lt;br /&gt;</w:t>
        <w:br/>
        <w:t>Исхудалый от злотворности полвека,&lt;br /&gt;</w:t>
        <w:br/>
        <w:t>Трупом дышит мертвеца.&lt;br /&gt;</w:t>
        <w:br/>
        <w:t>Язвительна при помышлении тревога,&lt;br /&gt;</w:t>
        <w:br/>
        <w:t>На свет кто его явил,&lt;br /&gt;</w:t>
        <w:br/>
        <w:t>Созданье ли это бога,&lt;br /&gt;</w:t>
        <w:br/>
        <w:t>Кознь ли адских сил.&lt;br /&gt;</w:t>
        <w:br/>
        <w:t>Относится к кому сей тип —&lt;br /&gt;</w:t>
        <w:br/>
        <w:t>Молвил на боку сего&lt;br /&gt;</w:t>
        <w:br/>
        <w:t>Уязвленный им Архип.</w:t>
      </w:r>
    </w:p>
    <w:p>
      <w:r>
        <w:br/>
        <w:t>Когда подавал я телеграмму,&lt;br /&gt;</w:t>
        <w:br/>
        <w:t>Он ужаснейшую сыграл со мной драму .&lt;br /&gt;</w:t>
        <w:br/>
        <w:t>Немилосердное небо судило родиться мне в заглохшей сельской глуши, от не видавших света стебельков,— напитаться их хладными, черными соками и отчуждиться от всего живого, ведущего к цели жизни — к плодотворности. Врученная мне проказница-судьба не дает ни малейшего проблеска света. Все кроет, заволакает глаза тучами непроницаемой мглы; и определила быть мне подножием величности безумной, внимать и преклоняться перед бессмысленными капризами заносчивых себялюбцев. Такой и г-н М-ский... Пусть стремятся под небеса слепые баловни судьбы.&lt;br /&gt;</w:t>
        <w:br/>
        <w:t>1900 г. Октября 1 дня</w:t>
      </w:r>
    </w:p>
    <w:p>
      <w:r>
        <w:br/>
        <w:t>* * *&lt;br /&gt;</w:t>
        <w:br/>
        <w:t>Однажды ко мне в крошечную хату,&lt;br /&gt;</w:t>
        <w:br/>
        <w:t>Летом в поздний час ночной,&lt;br /&gt;</w:t>
        <w:br/>
        <w:t>Выплыв робко из-за сада,&lt;br /&gt;</w:t>
        <w:br/>
        <w:t>Глянул кротко месяц золотой.&lt;br /&gt;</w:t>
        <w:br/>
        <w:t>Я тогда с друзьями не играл,&lt;br /&gt;</w:t>
        <w:br/>
        <w:t>С вином не осушивал бокала,&lt;br /&gt;</w:t>
        <w:br/>
        <w:t>В любви сладостной не замирал —&lt;br /&gt;</w:t>
        <w:br/>
        <w:t>Я одинок... Мне жизнь в том отказала.&lt;br /&gt;</w:t>
        <w:br/>
        <w:t>Я, изнуренный, озлобленный и хмурый,&lt;br /&gt;</w:t>
        <w:br/>
        <w:t>Извивался под непосильною борьбой&lt;br /&gt;</w:t>
        <w:br/>
        <w:t>С душевной грозной бурей,&lt;br /&gt;</w:t>
        <w:br/>
        <w:t>Разыгранной злой, безжалостной судьбой.&lt;br /&gt;</w:t>
        <w:br/>
        <w:t>И вот ко мне месяц ласково глянул&lt;br /&gt;</w:t>
        <w:br/>
        <w:t>С неземным, таинственно-беззвучным зовом,&lt;br /&gt;</w:t>
        <w:br/>
        <w:t>Чтоб я шел, усталый, отдохнул&lt;br /&gt;</w:t>
        <w:br/>
        <w:t>Под его нежным, светлозарным кровом.&lt;br /&gt;</w:t>
        <w:br/>
        <w:t>Я внял покорно его зову; несмело&lt;br /&gt;</w:t>
        <w:br/>
        <w:t>Угрюмой хаты порог переступил,&lt;br /&gt;</w:t>
        <w:br/>
        <w:t>И мою истерзанную душу и измученнее тело&lt;br /&gt;</w:t>
        <w:br/>
        <w:t>Мир иной, мир чудесный охватил:&lt;br /&gt;</w:t>
        <w:br/>
        <w:t>Залито было все таинственным сияньем —&lt;br /&gt;</w:t>
        <w:br/>
        <w:t>И безграничная глубь голубого небосвода,&lt;br /&gt;</w:t>
        <w:br/>
        <w:t>И сад, отягченный сладостным дреманьем,&lt;br /&gt;</w:t>
        <w:br/>
        <w:t>И душисто-густая заросль огорода.&lt;br /&gt;</w:t>
        <w:br/>
        <w:t>Было тихо. Ночи сон не нарушался,&lt;br /&gt;</w:t>
        <w:br/>
        <w:t>Мир людской — мятежный мирно почивал;&lt;br /&gt;</w:t>
        <w:br/>
        <w:t>Молча ветер благовоньем упивался,&lt;br /&gt;</w:t>
        <w:br/>
        <w:t>И соловей в кустах сладостно дремал.&lt;br /&gt;</w:t>
        <w:br/>
        <w:t>Я — в недра запущенного сада:&lt;br /&gt;</w:t>
        <w:br/>
        <w:t>Там рай отражался в полумгле,&lt;br /&gt;</w:t>
        <w:br/>
        <w:t>Там клубились волны аромата,&lt;br /&gt;</w:t>
        <w:br/>
        <w:t>Там стлались узоры теней по земле.&lt;br /&gt;</w:t>
        <w:br/>
        <w:t>Там утихла и во мне борьба с невзгодой,&lt;br /&gt;</w:t>
        <w:br/>
        <w:t>Грудь восторгом радостным заволновалась,&lt;br /&gt;</w:t>
        <w:br/>
        <w:t>Душа слилась как будто бы с природой,&lt;br /&gt;</w:t>
        <w:br/>
        <w:t>И с ней играла, говорила, целовалась.&lt;br /&gt;</w:t>
        <w:br/>
        <w:t>И желал я, чтоб та ночь навеки осталась:&lt;br /&gt;</w:t>
        <w:br/>
        <w:t>В ней не властны пытки тягостной судьбы,&lt;br /&gt;</w:t>
        <w:br/>
        <w:t>Чтоб в ней душа с грудью наслаждалась&lt;br /&gt;</w:t>
        <w:br/>
        <w:t>Без гроз, мучений и борьбы.&lt;br /&gt;</w:t>
        <w:br/>
        <w:t>Но нет! Для меня та ночь была мгновеньем,&lt;br /&gt;</w:t>
        <w:br/>
        <w:t>Подразнила и умчалась в покой небытия.&lt;br /&gt;</w:t>
        <w:br/>
        <w:t>Нахлынули опять пытки с озлобленьем —&lt;br /&gt;</w:t>
        <w:br/>
        <w:t>Ах!.. Почему не умчался было с ней и я!</w:t>
      </w:r>
    </w:p>
    <w:p>
      <w:r>
        <w:br/>
        <w:t>ДЛЯ ЧЕГО МНЕ ЖИЗНЬ ДАНА</w:t>
      </w:r>
    </w:p>
    <w:p>
      <w:r>
        <w:br/>
        <w:t>Нахальство дерзкое природы,&lt;br /&gt;</w:t>
        <w:br/>
        <w:t>Для чего мне жизнь дана —&lt;br /&gt;</w:t>
        <w:br/>
        <w:t>Иль так для пыток и невзгоды,&lt;br /&gt;</w:t>
        <w:br/>
        <w:t>Иль для мщенья на мне зла?!&lt;br /&gt;</w:t>
        <w:br/>
        <w:t>Иль дана не для цели тайной —&lt;br /&gt;</w:t>
        <w:br/>
        <w:t>И напрасны все мои страданья —&lt;br /&gt;</w:t>
        <w:br/>
        <w:t>Дана по игре случайной&lt;br /&gt;</w:t>
        <w:br/>
        <w:t>Законов общих мирозданья!&lt;br /&gt;</w:t>
        <w:br/>
        <w:t>Дана ль для того или другого,&lt;br /&gt;</w:t>
        <w:br/>
        <w:t>Но она — родник с язвительною течью:&lt;br /&gt;</w:t>
        <w:br/>
        <w:t>Заместь воды глотка живого,&lt;br /&gt;</w:t>
        <w:br/>
        <w:t>Утоляет жажду мою желчью.&lt;br /&gt;</w:t>
        <w:br/>
        <w:t>Извольте-ка все обнимать душою,&lt;br /&gt;</w:t>
        <w:br/>
        <w:t>Все любить, всем восхищаться,&lt;br /&gt;</w:t>
        <w:br/>
        <w:t>А жить одной безумною мечтою&lt;br /&gt;</w:t>
        <w:br/>
        <w:t>И в грязи блекнуть и терзаться!&lt;br /&gt;</w:t>
        <w:br/>
        <w:t>Или, когда вокруг разгулье раздается,&lt;br /&gt;</w:t>
        <w:br/>
        <w:t>Вокруг любовь, пиршества и свет,&lt;br /&gt;</w:t>
        <w:br/>
        <w:t>Извольте в холоде с голодом бороться&lt;br /&gt;</w:t>
        <w:br/>
        <w:t>И бесцельно вянуть в цвете лет!&lt;br /&gt;</w:t>
        <w:br/>
        <w:t>Жизнь! Лелей уж сытых, изнеженных тобою,&lt;br /&gt;</w:t>
        <w:br/>
        <w:t>Откармливай им еще тучнее брюхо, морды,&lt;br /&gt;</w:t>
        <w:br/>
        <w:t>А с меня не смейся, не насильствуй надо мною,&lt;br /&gt;</w:t>
        <w:br/>
        <w:t>Не мучь... пойди, ведьма злая, к черту!</w:t>
      </w:r>
    </w:p>
    <w:p>
      <w:r>
        <w:br/>
        <w:t>К МОГИЛЕ&lt;br /&gt;</w:t>
        <w:br/>
        <w:t>Скажи, безмолвная могила,&lt;br /&gt;</w:t>
        <w:br/>
        <w:t>Что в тебе утаено:&lt;br /&gt;</w:t>
        <w:br/>
        <w:t>Или иная жизнь и сила,&lt;br /&gt;</w:t>
        <w:br/>
        <w:t>Или тление одно?&lt;br /&gt;</w:t>
        <w:br/>
        <w:t>Проясни окутанное тьмою,&lt;br /&gt;</w:t>
        <w:br/>
        <w:t>Чтоб душою не томиться,&lt;br /&gt;</w:t>
        <w:br/>
        <w:t>-Какой к тебе направиться тропою,&lt;br /&gt;</w:t>
        <w:br/>
        <w:t>Чему верить и молиться!&lt;br /&gt;</w:t>
        <w:br/>
        <w:t>Иль ты безответна, мертва и пуста,&lt;br /&gt;</w:t>
        <w:br/>
        <w:t>В тебе тленье — жизненный венец?&lt;br /&gt;</w:t>
        <w:br/>
        <w:t>Неужель догадка справедлива и чиста,&lt;br /&gt;</w:t>
        <w:br/>
        <w:t>Что ты всему, всему конец!</w:t>
      </w:r>
    </w:p>
    <w:p>
      <w:r>
        <w:br/>
        <w:t>Хотя я в могиле жажду поселиться,—&lt;br /&gt;</w:t>
        <w:br/>
        <w:t>Нет места в жизненном веселье,—&lt;br /&gt;</w:t>
        <w:br/>
        <w:t>Но не могу никак с мыслью примириться,&lt;br /&gt;</w:t>
        <w:br/>
        <w:t>Что и наяву свершу то новоселье!&lt;br /&gt;</w:t>
        <w:br/>
        <w:t>Что надо мной навеки мрачный свод замкнется,&lt;br /&gt;</w:t>
        <w:br/>
        <w:t>Остановится сердце, червь по телу поползет,&lt;br /&gt;</w:t>
        <w:br/>
        <w:t>И еще, может, что таинственно-ужасное коснется...&lt;br /&gt;</w:t>
        <w:br/>
        <w:t>Ох!.. Какой ужас томительный встает!</w:t>
      </w:r>
    </w:p>
    <w:p>
      <w:r>
        <w:br/>
        <w:t>ФАНТАЗИЯ&lt;br /&gt;</w:t>
        <w:br/>
        <w:t>Была пора восхитительная мая.&lt;br /&gt;</w:t>
        <w:br/>
        <w:t>Пыталось нежно солнышко в лазури голубой&lt;br /&gt;</w:t>
        <w:br/>
        <w:t>И, венцом лучей златых сверкая,&lt;br /&gt;</w:t>
        <w:br/>
        <w:t>Горячо целовалось с наряженной землей.&lt;br /&gt;</w:t>
        <w:br/>
        <w:t>Ликовала вся пышная природа,&lt;br /&gt;</w:t>
        <w:br/>
        <w:t>Сад в упоеньи аромата молча цвел,&lt;br /&gt;</w:t>
        <w:br/>
        <w:t>Щебетали птицы под тенью узорчатого свода,&lt;br /&gt;</w:t>
        <w:br/>
        <w:t>И, переливаясь, соловей торжественно гремел.&lt;br /&gt;</w:t>
        <w:br/>
        <w:t>Но юноше немило было ликованье,&lt;br /&gt;</w:t>
        <w:br/>
        <w:t>Не восторгало груди его больной —&lt;br /&gt;</w:t>
        <w:br/>
        <w:t>Стоял он, отягченный тягостным страданьем,&lt;br /&gt;</w:t>
        <w:br/>
        <w:t>Стоял в саду недвижимый, немой.&lt;br /&gt;</w:t>
        <w:br/>
        <w:t>Его грудь отчаяньем стучала,&lt;br /&gt;</w:t>
        <w:br/>
        <w:t>Сверкал безумной злостью взгляд,&lt;br /&gt;</w:t>
        <w:br/>
        <w:t>И на лице страдальческом лежала&lt;br /&gt;</w:t>
        <w:br/>
        <w:t>Дум мучительных печать.&lt;br /&gt;</w:t>
        <w:br/>
        <w:t>Чего же он в летах цветущих увядал,&lt;br /&gt;</w:t>
        <w:br/>
        <w:t>Изнемогал, как от язв мучительных борьбы?&lt;br /&gt;</w:t>
        <w:br/>
        <w:t>Увы! Весь сок юной жизни пожирал&lt;br /&gt;</w:t>
        <w:br/>
        <w:t>Червяк прожорливый судьбы.&lt;br /&gt;</w:t>
        <w:br/>
        <w:t>И вот-то средь мучений, средь тревог&lt;br /&gt;</w:t>
        <w:br/>
        <w:t>Жизни счет последний юноша сводил,&lt;br /&gt;</w:t>
        <w:br/>
        <w:t>Но не успокаивал его бессмысленный итог,&lt;br /&gt;</w:t>
        <w:br/>
        <w:t>А лишь, раздражая, в нем отчаянье будил.&lt;br /&gt;</w:t>
        <w:br/>
        <w:t>Была ему жизнь — враг ненавистный и лукавый,&lt;br /&gt;</w:t>
        <w:br/>
        <w:t>Разъяренный хищный зверь;&lt;br /&gt;</w:t>
        <w:br/>
        <w:t>Решил он свершить с ней суд кровавый,&lt;br /&gt;</w:t>
        <w:br/>
        <w:t>И в руке его дрожащей сверкнул револьвер.&lt;br /&gt;</w:t>
        <w:br/>
        <w:t>Долго он пытался удержаться,&lt;br /&gt;</w:t>
        <w:br/>
        <w:t>Чего-то все боялся и чего-то ждал —&lt;br /&gt;</w:t>
        <w:br/>
        <w:t>Страшно было с жизнью расставаться,&lt;br /&gt;</w:t>
        <w:br/>
        <w:t>Но, побежденный отчаяньем, сказал:&lt;br /&gt;</w:t>
        <w:br/>
        <w:t>"Веселится даже и бездушная природа,&lt;br /&gt;</w:t>
        <w:br/>
        <w:t>Все вкушает сладость бытия,&lt;br /&gt;</w:t>
        <w:br/>
        <w:t>Зачем же я предан в жертву гнета&lt;br /&gt;</w:t>
        <w:br/>
        <w:t>И лишен вкушений сладких один я!&lt;br /&gt;</w:t>
        <w:br/>
        <w:t>Много уж я верил, много ждал,&lt;br /&gt;</w:t>
        <w:br/>
        <w:t>Хватал не раз, о жизнь, одежды твоей край,&lt;br /&gt;</w:t>
        <w:br/>
        <w:t>Терзаясь жаждал счастья и мечтал,&lt;br /&gt;</w:t>
        <w:br/>
        <w:t>Но бесплодно все... я лишний здесь... прощай!.."&lt;br /&gt;</w:t>
        <w:br/>
        <w:t>И навел курок на лоб бледный, и... сбершилось!&lt;br /&gt;</w:t>
        <w:br/>
        <w:t>Уснул бедняжка вечным сном небытия;&lt;br /&gt;</w:t>
        <w:br/>
        <w:t>Под выстрел звонкий тело мертвое свалилось,&lt;br /&gt;</w:t>
        <w:br/>
        <w:t>И ковер травы обагрила алая струя...&lt;br /&gt;</w:t>
        <w:br/>
        <w:t>Воскурялось сада благовонное кадило,&lt;br /&gt;</w:t>
        <w:br/>
        <w:t>Замолкли птицы, соловей на ветке встрепенулся.&lt;br /&gt;</w:t>
        <w:br/>
        <w:t>Солнце его поцелуями жаркими будило,&lt;br /&gt;</w:t>
        <w:br/>
        <w:t>Но он уж, бездыханный, не проснулся.&lt;br /&gt;</w:t>
        <w:br/>
        <w:t>И заключили труп его окровавленный&lt;br /&gt;</w:t>
        <w:br/>
        <w:t>Во мрак могилы вековой...&lt;br /&gt;</w:t>
        <w:br/>
        <w:t>Так вот где ты, утомленный,&lt;br /&gt;</w:t>
        <w:br/>
        <w:t>Нашел себе покой!</w:t>
      </w:r>
    </w:p>
    <w:p>
      <w:r>
        <w:br/>
        <w:t>Ты обласкана судьбою,&lt;br /&gt;</w:t>
        <w:br/>
        <w:t>Счастлива и богата,&lt;br /&gt;</w:t>
        <w:br/>
        <w:t>Сияешь красотою&lt;br /&gt;</w:t>
        <w:br/>
        <w:t>И пышностью наряда,&lt;br /&gt;</w:t>
        <w:br/>
        <w:t>Но ты мертва пред природой,&lt;br /&gt;</w:t>
        <w:br/>
        <w:t>К горю людей равнодушна,&lt;br /&gt;</w:t>
        <w:br/>
        <w:t>Тяготишься мертвой заботой —&lt;br /&gt;</w:t>
        <w:br/>
        <w:t>Неужель ты бездушна!&lt;br /&gt;</w:t>
        <w:br/>
        <w:t>Такова роза летом —&lt;br /&gt;</w:t>
        <w:br/>
        <w:t>И ней пленяется всяк,</w:t>
      </w:r>
    </w:p>
    <w:p>
      <w:r>
        <w:br/>
        <w:t>Не зная, что меж ее цветом&lt;br /&gt;</w:t>
        <w:br/>
        <w:t>Гнездится червяк.</w:t>
      </w:r>
    </w:p>
    <w:p>
      <w:r>
        <w:br/>
        <w:t>Ты в ход пускаешь обман,&lt;br /&gt;</w:t>
        <w:br/>
        <w:t>Бессмысленно гордишься собой,&lt;br /&gt;</w:t>
        <w:br/>
        <w:t>Всему предпочитаешь карман —&lt;br /&gt;</w:t>
        <w:br/>
        <w:t>Не ищи же сближенья со мной.</w:t>
      </w:r>
    </w:p>
    <w:p>
      <w:r>
        <w:br/>
        <w:t>ЛЕТОМ&lt;br /&gt;</w:t>
        <w:br/>
        <w:t>1&lt;br /&gt;</w:t>
        <w:br/>
        <w:t>Погасли на небе звезды:&lt;br /&gt;</w:t>
        <w:br/>
        <w:t>Воспламенился на востоке пожар;&lt;br /&gt;</w:t>
        <w:br/>
        <w:t>Выплывает торжественно-гордо&lt;br /&gt;</w:t>
        <w:br/>
        <w:t>Величественный солнечный шар.&lt;br /&gt;</w:t>
        <w:br/>
        <w:t>С влажно-тучной долины&lt;br /&gt;</w:t>
        <w:br/>
        <w:t>Пар клубится волной;&lt;br /&gt;</w:t>
        <w:br/>
        <w:t>Лугов пышных равнины,&lt;br /&gt;</w:t>
        <w:br/>
        <w:t>Искрясь, сверкают росой.&lt;br /&gt;</w:t>
        <w:br/>
        <w:t>Проснулись сонмы пернатых&lt;br /&gt;</w:t>
        <w:br/>
        <w:t>На благовонных ложах садов;&lt;br /&gt;</w:t>
        <w:br/>
        <w:t>Льются трелей раскаты&lt;br /&gt;</w:t>
        <w:br/>
        <w:t>И упоительные ароматы цветов.&lt;br /&gt;</w:t>
        <w:br/>
        <w:t>Весело мушки, ныряя, парят&lt;br /&gt;</w:t>
        <w:br/>
        <w:t>В ароматных воздушных волнах,&lt;br /&gt;</w:t>
        <w:br/>
        <w:t>Звонко пчелки жужжат&lt;br /&gt;</w:t>
        <w:br/>
        <w:t>На заплаканных душистых цветах.</w:t>
      </w:r>
    </w:p>
    <w:p>
      <w:r>
        <w:br/>
        <w:t>2&lt;br /&gt;</w:t>
        <w:br/>
        <w:t>С лазурного трона гордо глядит&lt;br /&gt;</w:t>
        <w:br/>
        <w:t>Властелин царственный дня;&lt;br /&gt;</w:t>
        <w:br/>
        <w:t>Ослепительным блеском горит&lt;br /&gt;</w:t>
        <w:br/>
        <w:t>И льет всюду потоки огня.&lt;br /&gt;</w:t>
        <w:br/>
        <w:t>В голубом беспредельном просторе&lt;br /&gt;</w:t>
        <w:br/>
        <w:t>Царит тишина и покой,&lt;br /&gt;</w:t>
        <w:br/>
        <w:t>И, будто волны кристальные в море,&lt;br /&gt;</w:t>
        <w:br/>
        <w:t>Сверкая, переливается зной.&lt;br /&gt;</w:t>
        <w:br/>
        <w:t>Блещут луга позолотой лучей,&lt;br /&gt;</w:t>
        <w:br/>
        <w:t>Трещат, торжествуя, жучки,&lt;br /&gt;</w:t>
        <w:br/>
        <w:t>Дремлют вербы, глядя в ручей,&lt;br /&gt;</w:t>
        <w:br/>
        <w:t>И дремлют на цветах мотыльки.&lt;br /&gt;</w:t>
        <w:br/>
        <w:t>Сад, упоенный пахучестью сладкой&lt;br /&gt;</w:t>
        <w:br/>
        <w:t>И зноем объятый, молчит,&lt;br /&gt;</w:t>
        <w:br/>
        <w:t>Лишь птичка цюикнет украдкой,&lt;br /&gt;</w:t>
        <w:br/>
        <w:t>Да иволга сквозь сон зазвучит.</w:t>
      </w:r>
    </w:p>
    <w:p>
      <w:r>
        <w:br/>
        <w:t>3&lt;br /&gt;</w:t>
        <w:br/>
        <w:t>Устал властитель света могучий,&lt;br /&gt;</w:t>
        <w:br/>
        <w:t>Бледнеет лучей жгучих корона,&lt;br /&gt;</w:t>
        <w:br/>
        <w:t>И он под гимн пернатых гремучий&lt;br /&gt;</w:t>
        <w:br/>
        <w:t>Опускается торжественно с трона.&lt;br /&gt;</w:t>
        <w:br/>
        <w:t>Запад пожаром пылает,&lt;br /&gt;</w:t>
        <w:br/>
        <w:t>Роняя всюду отблеск огня,&lt;br /&gt;</w:t>
        <w:br/>
        <w:t>В море багряном шар утопает,&lt;br /&gt;</w:t>
        <w:br/>
        <w:t>И тихо опускается занавес дня.&lt;br /&gt;</w:t>
        <w:br/>
        <w:t>Стемнело... Жуки, мелькая, гудят,&lt;br /&gt;</w:t>
        <w:br/>
        <w:t>Дышит аромат и прохлада;&lt;br /&gt;</w:t>
        <w:br/>
        <w:t>Пылая, звезды с неба глядят,&lt;br /&gt;</w:t>
        <w:br/>
        <w:t>И тихо выплывает луна из-за сада.&lt;br /&gt;</w:t>
        <w:br/>
        <w:t>Стелятся теней узоры&lt;br /&gt;</w:t>
        <w:br/>
        <w:t>В садах, объятых тишиной,&lt;br /&gt;</w:t>
        <w:br/>
        <w:t>И леса, долины и горы&lt;br /&gt;</w:t>
        <w:br/>
        <w:t>Таинственно серебрятся луной.</w:t>
      </w:r>
    </w:p>
    <w:p>
      <w:r>
        <w:br/>
        <w:t>В МОЕМ ЖИЛИЩЕ&lt;br /&gt;</w:t>
        <w:br/>
        <w:t>Безжизненно в хате, уныло, сурово —&lt;br /&gt;</w:t>
        <w:br/>
        <w:t>Над головой угрюмо висит глиняный свод,&lt;br /&gt;</w:t>
        <w:br/>
        <w:t>Под ногами слоится сор и солома,&lt;br /&gt;</w:t>
        <w:br/>
        <w:t>И на дряхлых окошках искрится лед.&lt;br /&gt;</w:t>
        <w:br/>
        <w:t>Резкий холод в полумраке клубится волною,&lt;br /&gt;</w:t>
        <w:br/>
        <w:t>Дыханье из уст превращается в пар,&lt;br /&gt;</w:t>
        <w:br/>
        <w:t>Из раненой печки стелется дым пеленою&lt;br /&gt;</w:t>
        <w:br/>
        <w:t>И сквозит удушливо-смрадный угар.&lt;br /&gt;</w:t>
        <w:br/>
        <w:t>А я!.. Терзаюсь, как животное под тяжким ударом,&lt;br /&gt;</w:t>
        <w:br/>
        <w:t>Как пес замерзший, согнувшись, сижу,&lt;br /&gt;</w:t>
        <w:br/>
        <w:t>Пронизанный холодом, упоенный угаром&lt;br /&gt;</w:t>
        <w:br/>
        <w:t>И весь посинелый в оцепененьи дрожу.&lt;br /&gt;</w:t>
        <w:br/>
        <w:t>В груди утомленной, волнуется ад,&lt;br /&gt;</w:t>
        <w:br/>
        <w:t>Мечты беспрерывно катятся валом,&lt;br /&gt;</w:t>
        <w:br/>
        <w:t>Но и им, бесплодным, я рад,&lt;br /&gt;</w:t>
        <w:br/>
        <w:t>Когда хоть льстятся обманом.&lt;br /&gt;</w:t>
        <w:br/>
        <w:t>Что ж это!., сладость, смысл бытия?&lt;br /&gt;</w:t>
        <w:br/>
        <w:t>Стоит ли жить — томиться чрез силу,&lt;br /&gt;</w:t>
        <w:br/>
        <w:t>Смотреть, когда жалит змея!&lt;br /&gt;</w:t>
        <w:br/>
        <w:t>Нет!., в могилу, в могилу!</w:t>
      </w:r>
    </w:p>
    <w:p>
      <w:r>
        <w:br/>
        <w:t>К ПРИРОДЕ&lt;br /&gt;</w:t>
        <w:br/>
        <w:t>Привет тебе, природа святая,&lt;br /&gt;</w:t>
        <w:br/>
        <w:t>Привет тебе, жизнь, чуждая тли —&lt;br /&gt;</w:t>
        <w:br/>
        <w:t>Цвет неувядаемый рая —&lt;br /&gt;</w:t>
        <w:br/>
        <w:t>Привет тебе, непонятная прелесть земли!&lt;br /&gt;</w:t>
        <w:br/>
        <w:t>Ты, как прекрасная, молодая девица,&lt;br /&gt;</w:t>
        <w:br/>
        <w:t>Играя, властвуешь мной.&lt;br /&gt;</w:t>
        <w:br/>
        <w:t>Как могучая, непобедимая никем чаровница,&lt;br /&gt;</w:t>
        <w:br/>
        <w:t>Влечешь к себе невидимо-непонятной рукой.&lt;br /&gt;</w:t>
        <w:br/>
        <w:t>Влечешь на луг, лоснящийся душистой травою,&lt;br /&gt;</w:t>
        <w:br/>
        <w:t>В лес генистый, на речную тихую гладь,&lt;br /&gt;</w:t>
        <w:br/>
        <w:t>И там говоришь, играешь с душою,&lt;br /&gt;</w:t>
        <w:br/>
        <w:t>Заставляешь восторгаться и безумно мечтать.&lt;br /&gt;</w:t>
        <w:br/>
        <w:t>Ты одна даришь мне блаженство тиши,&lt;br /&gt;</w:t>
        <w:br/>
        <w:t>Одна облегчаешь бремя невзгоды.&lt;br /&gt;</w:t>
        <w:br/>
        <w:t>Привет же тебе, владычица злополучной души —&lt;br /&gt;</w:t>
        <w:br/>
        <w:t>Божественно-святая природа!</w:t>
      </w:r>
    </w:p>
    <w:p>
      <w:r>
        <w:br/>
        <w:t>НИЩИЙ&lt;br /&gt;</w:t>
        <w:br/>
        <w:t>Ночь... Небо облаками закрыто.&lt;br /&gt;</w:t>
        <w:br/>
        <w:t>Все живое давно уже спит;&lt;br /&gt;</w:t>
        <w:br/>
        <w:t>Лишь ветер бушует сердито,&lt;br /&gt;</w:t>
        <w:br/>
        <w:t>Да мороз жгучий скрипит.&lt;br /&gt;</w:t>
        <w:br/>
        <w:t>Кто ж это утомленный плетется&lt;br /&gt;</w:t>
        <w:br/>
        <w:t>По сугробам дороги пустой&lt;br /&gt;</w:t>
        <w:br/>
        <w:t>И, весь озябши, трясется,&lt;br /&gt;</w:t>
        <w:br/>
        <w:t>Сгорбясь под дырявой сумой?&lt;br /&gt;</w:t>
        <w:br/>
        <w:t>Это боец жизненной тяжкой борьбы —&lt;br /&gt;</w:t>
        <w:br/>
        <w:t>Старик весь избитый, больной,&lt;br /&gt;</w:t>
        <w:br/>
        <w:t>Отданный на произвол капризной судьбы&lt;br /&gt;</w:t>
        <w:br/>
        <w:t>Бездушной, сытой толпой.&lt;br /&gt;</w:t>
        <w:br/>
        <w:t>И вот он в несносно плохом сиряке,&lt;br /&gt;</w:t>
        <w:br/>
        <w:t>В сапогах, раскрытых по шву,&lt;br /&gt;</w:t>
        <w:br/>
        <w:t>С палкой в дрожащей руке&lt;br /&gt;</w:t>
        <w:br/>
        <w:t>Плетется, где б склонить седую главу.&lt;br /&gt;</w:t>
        <w:br/>
        <w:t>Откликнется ли кто на его жалкий запрос,&lt;br /&gt;</w:t>
        <w:br/>
        <w:t>Будет ли кто несчастному рад,&lt;br /&gt;</w:t>
        <w:br/>
        <w:t>Приютит его, иль приютит мороз?!&lt;br /&gt;</w:t>
        <w:br/>
        <w:t>Бедный страдающий брат!&lt;br /&gt;</w:t>
        <w:br/>
        <w:t>Что же он так тяжко страдает&lt;br /&gt;</w:t>
        <w:br/>
        <w:t>На склоне старческих дней,&lt;br /&gt;</w:t>
        <w:br/>
        <w:t>Иль. в мире земли не хватает,&lt;br /&gt;</w:t>
        <w:br/>
        <w:t>Иль этот мир без людей?&lt;br /&gt;</w:t>
        <w:br/>
        <w:t>Нет!.. Это мир убийства и лжи,&lt;br /&gt;</w:t>
        <w:br/>
        <w:t>Мир довольства бездушных слепцов,&lt;br /&gt;</w:t>
        <w:br/>
        <w:t>Мир безумной, подлой наживы,&lt;br /&gt;</w:t>
        <w:br/>
        <w:t>Мир мучений бессильных, честных бойцов!</w:t>
      </w:r>
    </w:p>
    <w:p>
      <w:r>
        <w:br/>
        <w:t>НЕВЕРНОМУ ДРУГУ&lt;br /&gt;</w:t>
        <w:br/>
        <w:t>Так вот какой ты мне друг:&lt;br /&gt;</w:t>
        <w:br/>
        <w:t>Раньше дарил меня льщеньем,&lt;br /&gt;</w:t>
        <w:br/>
        <w:t>А теперь, когда меня терзает недуг,&lt;br /&gt;</w:t>
        <w:br/>
        <w:t>Даришь гордостью и явным презреньем.&lt;br /&gt;</w:t>
        <w:br/>
        <w:t>Итак, льщенья все твои лживы,&lt;br /&gt;</w:t>
        <w:br/>
        <w:t>Ты сердцем и душою мертвец,&lt;br /&gt;</w:t>
        <w:br/>
        <w:t>Ты друг не души, а наживы —&lt;br /&gt;</w:t>
        <w:br/>
        <w:t>Прощай же, жалкий глупец!</w:t>
      </w:r>
    </w:p>
    <w:p>
      <w:r>
        <w:br/>
        <w:t>Как мучительно терзаться&lt;br /&gt;</w:t>
        <w:br/>
        <w:t>В жгучей жажде света&lt;br /&gt;</w:t>
        <w:br/>
        <w:t>И как тяжко оставаться&lt;br /&gt;</w:t>
        <w:br/>
        <w:t>В тюрьме мрачной без просвета.&lt;br /&gt;</w:t>
        <w:br/>
        <w:t>Сколько в груди впечатлений,&lt;br /&gt;</w:t>
        <w:br/>
        <w:t>Любви, восторгов, и трудов,&lt;br /&gt;</w:t>
        <w:br/>
        <w:t>Сколько стонов и мучений —&lt;br /&gt;</w:t>
        <w:br/>
        <w:t>Сколько угнетенных слов!&lt;br /&gt;</w:t>
        <w:br/>
        <w:t>Они, сливаясь, волнуются без связи&lt;br /&gt;</w:t>
        <w:br/>
        <w:t>И замирают, утомленные, в тревоге —&lt;br /&gt;</w:t>
        <w:br/>
        <w:t>Много тьмы и грязи,&lt;br /&gt;</w:t>
        <w:br/>
        <w:t>Много терна на дороге.&lt;br /&gt;</w:t>
        <w:br/>
        <w:t>И так перетлеет бесплодно жар,&lt;br /&gt;</w:t>
        <w:br/>
        <w:t>Что в груди сверкает и клубится,&lt;br /&gt;</w:t>
        <w:br/>
        <w:t>И... пойдет в землю божий дар...&lt;br /&gt;</w:t>
        <w:br/>
        <w:t>Ах!., лучше б было не родиться.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