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з тюремного зошита (збірка)</w:t>
      </w:r>
    </w:p>
    <w:p>
      <w:r>
        <w:br/>
        <w:t xml:space="preserve"> Вірші з тюремного зошита&lt;br /&gt;</w:t>
        <w:br/>
        <w:t>(березень-квітень 1934)&lt;br /&gt;</w:t>
        <w:br/>
        <w:t>Пісня&lt;br /&gt;</w:t>
        <w:br/>
        <w:t>Прощай, мій краю дорогий!&lt;br /&gt;</w:t>
        <w:br/>
        <w:t>Прощай, моя невільна воля!&lt;br /&gt;</w:t>
        <w:br/>
        <w:t>У край далекий, край чужий&lt;br /&gt;</w:t>
        <w:br/>
        <w:t>Жене мене лихая доля.</w:t>
      </w:r>
    </w:p>
    <w:p>
      <w:r>
        <w:br/>
        <w:t>Я жменю рідної землі&lt;br /&gt;</w:t>
        <w:br/>
        <w:t>Несу як спогад, як святиню.&lt;br /&gt;</w:t>
        <w:br/>
        <w:t>Коли помру на чужині,&lt;br /&gt;</w:t>
        <w:br/>
        <w:t>Візьму з собою в домовину.</w:t>
      </w:r>
    </w:p>
    <w:p>
      <w:r>
        <w:br/>
        <w:t>Нехай заквітнить густо в маю&lt;br /&gt;</w:t>
        <w:br/>
        <w:t>Могилу вбогу серед поля,&lt;br /&gt;</w:t>
        <w:br/>
        <w:t>Нехай зросте в далекім краю&lt;br /&gt;</w:t>
        <w:br/>
        <w:t>Висока, рідная тополя.</w:t>
      </w:r>
    </w:p>
    <w:p>
      <w:r>
        <w:br/>
        <w:t>До сусіда по камері&lt;br /&gt;</w:t>
        <w:br/>
        <w:t>Чую: завжди ти крокуєш.&lt;br /&gt;</w:t>
        <w:br/>
        <w:t>Знаю. Нудьга тебе гризе,&lt;br /&gt;</w:t>
        <w:br/>
        <w:t>То давай-но поговорим.&lt;br /&gt;</w:t>
        <w:br/>
        <w:t>Ти знаєш азбуку Морзе?</w:t>
      </w:r>
    </w:p>
    <w:p>
      <w:r>
        <w:br/>
        <w:t>Гаразд! Стук-стук-стук!&lt;br /&gt;</w:t>
        <w:br/>
        <w:t>Кажи, як підказує сумління:&lt;br /&gt;</w:t>
        <w:br/>
        <w:t>За що потрапив ти до рук&lt;br /&gt;</w:t>
        <w:br/>
        <w:t>Держ – Політ – Управління?</w:t>
      </w:r>
    </w:p>
    <w:p>
      <w:r>
        <w:br/>
        <w:t>Признайсь, не бійсь – я тут один.&lt;br /&gt;</w:t>
        <w:br/>
        <w:t>Кажи: шкідник індустріальний&lt;br /&gt;</w:t>
        <w:br/>
        <w:t>Чи, може, ти громадянин,&lt;br /&gt;</w:t>
        <w:br/>
        <w:t>Того… не зовсім-то лояльний?</w:t>
      </w:r>
    </w:p>
    <w:p>
      <w:r>
        <w:br/>
        <w:t>Говориш ні, то хто? Фашист?&lt;br /&gt;</w:t>
        <w:br/>
        <w:t>Радянських кодексів порушник?&lt;br /&gt;</w:t>
        <w:br/>
        <w:t>Чи правий лівий ухиліст?&lt;br /&gt;</w:t>
        <w:br/>
        <w:t>Чи, може, мудрий ти дворушник?</w:t>
      </w:r>
    </w:p>
    <w:p>
      <w:r>
        <w:br/>
        <w:t>Ну, шовініст-націонал,&lt;br /&gt;</w:t>
        <w:br/>
        <w:t>Що вів політику подвійну:&lt;br /&gt;</w:t>
        <w:br/>
        <w:t>Співав інтер-наці-онал,&lt;br /&gt;</w:t>
        <w:br/>
        <w:t>А дбав за "неньку" самостійну?</w:t>
      </w:r>
    </w:p>
    <w:p>
      <w:r>
        <w:br/>
        <w:t>Вгадав? Яку призначать кару?&lt;br /&gt;</w:t>
        <w:br/>
        <w:t>Шовінізм нищиться дощенту,&lt;br /&gt;</w:t>
        <w:br/>
        <w:t>В тюрмі посидиш років пару.&lt;br /&gt;</w:t>
        <w:br/>
        <w:t>А ні – зашлють аж до Ташкенту.</w:t>
      </w:r>
    </w:p>
    <w:p>
      <w:r>
        <w:br/>
        <w:t>"Ніч. Затихли зойки, муки…"&lt;br /&gt;</w:t>
        <w:br/>
        <w:t>Ніч. Затихли зойки, муки.&lt;br /&gt;</w:t>
        <w:br/>
        <w:t>Сон голубить ніжно очи.&lt;br /&gt;</w:t>
        <w:br/>
        <w:t>Раптом ллються скорбні звуки…&lt;br /&gt;</w:t>
        <w:br/>
        <w:t>Хто ж то грає серед ночі?</w:t>
      </w:r>
    </w:p>
    <w:p>
      <w:r>
        <w:br/>
        <w:t>Скрипка стогне, тихо плаче,&lt;br /&gt;</w:t>
        <w:br/>
        <w:t>Хто ж то сум свій виливає?&lt;br /&gt;</w:t>
        <w:br/>
        <w:t>Смик пливе, шалено скаче,&lt;br /&gt;</w:t>
        <w:br/>
        <w:t>Знову тихо завмирає…</w:t>
      </w:r>
    </w:p>
    <w:p>
      <w:r>
        <w:br/>
        <w:t>Хто не спить? Кому на серце&lt;br /&gt;</w:t>
        <w:br/>
        <w:t>Каменем упало горе?&lt;br /&gt;</w:t>
        <w:br/>
        <w:t>Хто страждає, плаче, ниє,&lt;br /&gt;</w:t>
        <w:br/>
        <w:t>Як у бурю стогне море?</w:t>
      </w:r>
    </w:p>
    <w:p>
      <w:r>
        <w:br/>
        <w:t>Юність давню, образ милий,&lt;br /&gt;</w:t>
        <w:br/>
        <w:t>Хто у згадках викликає?&lt;br /&gt;</w:t>
        <w:br/>
        <w:t>Чи мистець в безсонні творчім&lt;br /&gt;</w:t>
        <w:br/>
        <w:t>Пісню суму так складає?</w:t>
      </w:r>
    </w:p>
    <w:p>
      <w:r>
        <w:br/>
        <w:t>Мовчки давлять сірі мури…&lt;br /&gt;</w:t>
        <w:br/>
        <w:t>Звуки скрипки все лунають,&lt;br /&gt;</w:t>
        <w:br/>
        <w:t>Серед ночі в мертвій тиші&lt;br /&gt;</w:t>
        <w:br/>
        <w:t>Сум скорботний викликають…</w:t>
      </w:r>
    </w:p>
    <w:p>
      <w:r>
        <w:br/>
        <w:t>"Сріблить місяць мури, ґрати…"&lt;br /&gt;</w:t>
        <w:br/>
        <w:t>Сріблить місяць мури, ґрати,&lt;br /&gt;</w:t>
        <w:br/>
        <w:t>Вже пора б лягати спати,&lt;br /&gt;</w:t>
        <w:br/>
        <w:t>Та, мабуть, сон,&lt;br /&gt;</w:t>
        <w:br/>
        <w:t>Що дрімав коло вікон,&lt;br /&gt;</w:t>
        <w:br/>
        <w:t>Пішов кудись гуляти.&lt;br /&gt;</w:t>
        <w:br/>
        <w:t>Хай гуляє – буду ждати&lt;br /&gt;</w:t>
        <w:br/>
        <w:t>Та дивитись через ґрати.&lt;br /&gt;</w:t>
        <w:br/>
        <w:t>Усе мовчить,&lt;br /&gt;</w:t>
        <w:br/>
        <w:t>Тільки зірка маячить.&lt;br /&gt;</w:t>
        <w:br/>
        <w:t>Вона не може спати.&lt;br /&gt;</w:t>
        <w:br/>
        <w:t>Сестро мила, ясна зоре.&lt;br /&gt;</w:t>
        <w:br/>
        <w:t>Кинь порожні ті простори,&lt;br /&gt;</w:t>
        <w:br/>
        <w:t>Прилинь до ґрат.&lt;br /&gt;</w:t>
        <w:br/>
        <w:t>Будем тихо розмовляти,&lt;br /&gt;</w:t>
        <w:br/>
        <w:t>Аж поки сон не зборе.</w:t>
      </w:r>
    </w:p>
    <w:p>
      <w:r>
        <w:br/>
        <w:t>"Конають дні…"&lt;br /&gt;</w:t>
        <w:br/>
        <w:t>Конають дні…&lt;br /&gt;</w:t>
        <w:br/>
        <w:t>Довгі, сірі, одноманітні.&lt;br /&gt;</w:t>
        <w:br/>
        <w:t>Нудні…&lt;br /&gt;</w:t>
        <w:br/>
        <w:t>Сьогодні, як учора, завтра,&lt;br /&gt;</w:t>
        <w:br/>
        <w:t>Як сьогодні…&lt;br /&gt;</w:t>
        <w:br/>
        <w:t>І так без кінця…&lt;br /&gt;</w:t>
        <w:br/>
        <w:t>За моїми мурами широко&lt;br /&gt;</w:t>
        <w:br/>
        <w:t>розляглося широке місто,&lt;br /&gt;</w:t>
        <w:br/>
        <w:t>камінь, бетон і залізо&lt;br /&gt;</w:t>
        <w:br/>
        <w:t>то там, то тут. У небо встромилися&lt;br /&gt;</w:t>
        <w:br/>
        <w:t>високі чорні димарі з розпатланими&lt;br /&gt;</w:t>
        <w:br/>
        <w:t>сизими чубами.&lt;br /&gt;</w:t>
        <w:br/>
        <w:t>А там… далеко, далеко – за дахами й димарями&lt;br /&gt;</w:t>
        <w:br/>
        <w:t>видно поле широке, без краю,&lt;br /&gt;</w:t>
        <w:br/>
        <w:t>а над ним, як сіра ковдра, повисло небо.&lt;br /&gt;</w:t>
        <w:br/>
        <w:t>Ревуть гудки, вигукують паровози,&lt;br /&gt;</w:t>
        <w:br/>
        <w:t>гудуть авто, повітря розтинають літаки, але людей мені не видно.&lt;br /&gt;</w:t>
        <w:br/>
        <w:t>Знаю: як комахи, вони густо запруджують вулиці, вокзали, вагони,&lt;br /&gt;</w:t>
        <w:br/>
        <w:t>ударно працюють на фабриках і заводах, але мені їх не видно. Не видно…&lt;br /&gt;</w:t>
        <w:br/>
        <w:t>Сірий бетон та кам’яні громади&lt;br /&gt;</w:t>
        <w:br/>
        <w:t>сховали їх у своїх глибоких пащах.&lt;br /&gt;</w:t>
        <w:br/>
        <w:t>Дахи закрили вулиці, проулки, майдани.&lt;br /&gt;</w:t>
        <w:br/>
        <w:t>Велике місто безлюдне, мертве, як пустеля.&lt;br /&gt;</w:t>
        <w:br/>
        <w:t>Ні, як велике гробовище, з великими кам’яними надгробками.</w:t>
      </w:r>
    </w:p>
    <w:p>
      <w:r>
        <w:br/>
        <w:t>"То не грім стугонить…"&lt;br /&gt;</w:t>
        <w:br/>
        <w:t>То не грім стугонить&lt;br /&gt;</w:t>
        <w:br/>
        <w:t>І не вихор шумить&lt;br /&gt;</w:t>
        <w:br/>
        <w:t>У безкрайому полі.&lt;br /&gt;</w:t>
        <w:br/>
        <w:t>То я мчусь на коні,&lt;br /&gt;</w:t>
        <w:br/>
        <w:t>В блискавичнім вогні&lt;br /&gt;</w:t>
        <w:br/>
        <w:t>Із неволі до волі.&lt;br /&gt;</w:t>
        <w:br/>
        <w:t>Дикий кінь вороний,&lt;br /&gt;</w:t>
        <w:br/>
        <w:t>Як той змій степовий,&lt;br /&gt;</w:t>
        <w:br/>
        <w:t>Розпустив свою гриву.&lt;br /&gt;</w:t>
        <w:br/>
        <w:t>І хутчій за орла&lt;br /&gt;</w:t>
        <w:br/>
        <w:t>Він летить, як стріла,&lt;br /&gt;</w:t>
        <w:br/>
        <w:t>Без угаву й уриву.&lt;br /&gt;</w:t>
        <w:br/>
        <w:t>Летимо у той край,&lt;br /&gt;</w:t>
        <w:br/>
        <w:t>Що здається за рай,&lt;br /&gt;</w:t>
        <w:br/>
        <w:t>У країну свободи:&lt;br /&gt;</w:t>
        <w:br/>
        <w:t>Де немає мечів,&lt;br /&gt;</w:t>
        <w:br/>
        <w:t>Де нема палачів,&lt;br /&gt;</w:t>
        <w:br/>
        <w:t>Де щасливі народи.&lt;br /&gt;</w:t>
        <w:br/>
        <w:t>Через ріки і ліс&lt;br /&gt;</w:t>
        <w:br/>
        <w:t>Мене кінь переніс.</w:t>
      </w:r>
    </w:p>
    <w:p>
      <w:r>
        <w:br/>
        <w:t>Перескочили й море.&lt;br /&gt;</w:t>
        <w:br/>
        <w:t>Та куди б не зайшли,&lt;br /&gt;</w:t>
        <w:br/>
        <w:t>Ми усюди знайшли&lt;br /&gt;</w:t>
        <w:br/>
        <w:t>Лише рабство та горе.&lt;br /&gt;</w:t>
        <w:br/>
        <w:t>І мій кінь зупинивсь,&lt;br /&gt;</w:t>
        <w:br/>
        <w:t>Навкруги подививсь,&lt;br /&gt;</w:t>
        <w:br/>
        <w:t>Землю б’є копитами:&lt;br /&gt;</w:t>
        <w:br/>
        <w:t>– Що робить, що казать!&lt;br /&gt;</w:t>
        <w:br/>
        <w:t>Чи ще далі скакать,&lt;br /&gt;</w:t>
        <w:br/>
        <w:t>Чи лишатись рабами!&lt;br /&gt;</w:t>
        <w:br/>
        <w:t>– Якщо бути рабом,&lt;br /&gt;</w:t>
        <w:br/>
        <w:t>Краще смерть нам обом&lt;br /&gt;</w:t>
        <w:br/>
        <w:t>Чи в пустелі, чи в полі.&lt;br /&gt;</w:t>
        <w:br/>
        <w:t>Що нас жде – не минать,&lt;br /&gt;</w:t>
        <w:br/>
        <w:t>Все одно – помирать.&lt;br /&gt;</w:t>
        <w:br/>
        <w:t>Так помрем же на волі!&lt;br /&gt;</w:t>
        <w:br/>
        <w:t>І помчався мій кінь,&lt;br /&gt;</w:t>
        <w:br/>
        <w:t>Наче блискавки тінь,&lt;br /&gt;</w:t>
        <w:br/>
        <w:t>Через гори і скелі —&lt;br /&gt;</w:t>
        <w:br/>
        <w:t>Або волю знайти,&lt;br /&gt;</w:t>
        <w:br/>
        <w:t>Або прахом лягти&lt;br /&gt;</w:t>
        <w:br/>
        <w:t>У безлюдній пустелі.</w:t>
      </w:r>
    </w:p>
    <w:p>
      <w:r>
        <w:br/>
        <w:t>Пісня в’язня&lt;br /&gt;</w:t>
        <w:br/>
        <w:t>Ой, здобув я собі хату,&lt;br /&gt;</w:t>
        <w:br/>
        <w:t>Хату на помості.&lt;br /&gt;</w:t>
        <w:br/>
        <w:t>Прийди, прийди, милий тату,&lt;br /&gt;</w:t>
        <w:br/>
        <w:t>Та до мене в гості.</w:t>
      </w:r>
    </w:p>
    <w:p>
      <w:r>
        <w:br/>
        <w:t>Прийди, брате, прийди сестро,&lt;br /&gt;</w:t>
        <w:br/>
        <w:t>І ти, рідна мати,&lt;br /&gt;</w:t>
        <w:br/>
        <w:t>Буду радо дожидати&lt;br /&gt;</w:t>
        <w:br/>
        <w:t>Та ще й шанувати.</w:t>
      </w:r>
    </w:p>
    <w:p>
      <w:r>
        <w:br/>
        <w:t>Ой поставлю перед вами&lt;br /&gt;</w:t>
        <w:br/>
        <w:t>Сирої водиці.&lt;br /&gt;</w:t>
        <w:br/>
        <w:t>А на ґрати положу я&lt;br /&gt;</w:t>
        <w:br/>
        <w:t>Шматок паляниці.</w:t>
      </w:r>
    </w:p>
    <w:p>
      <w:r>
        <w:br/>
        <w:t>Пийте, їжте та гуляйте,&lt;br /&gt;</w:t>
        <w:br/>
        <w:t>Тільки не огудьте.&lt;br /&gt;</w:t>
        <w:br/>
        <w:t>Дрібком солі заїдайте&lt;br /&gt;</w:t>
        <w:br/>
        <w:t>Та й здорові будьте!</w:t>
      </w:r>
    </w:p>
    <w:p>
      <w:r>
        <w:br/>
        <w:t>Як ітимете додому,&lt;br /&gt;</w:t>
        <w:br/>
        <w:t>Буду проводжати;&lt;br /&gt;</w:t>
        <w:br/>
        <w:t>Через ґрати у віконце&lt;br /&gt;</w:t>
        <w:br/>
        <w:t>Буду виглядати.</w:t>
      </w:r>
    </w:p>
    <w:p>
      <w:r>
        <w:br/>
        <w:t>Поклоніться ви низенько&lt;br /&gt;</w:t>
        <w:br/>
        <w:t>Сусідці близенькій,&lt;br /&gt;</w:t>
        <w:br/>
        <w:t>Перекажіть моїй милій&lt;br /&gt;</w:t>
        <w:br/>
        <w:t>Дівці молоденькій:</w:t>
      </w:r>
    </w:p>
    <w:p>
      <w:r>
        <w:br/>
        <w:t>Як настане темна нічка,&lt;br /&gt;</w:t>
        <w:br/>
        <w:t>Хай не виглядає.&lt;br /&gt;</w:t>
        <w:br/>
        <w:t>Під явором у садочку&lt;br /&gt;</w:t>
        <w:br/>
        <w:t>Хай не дожидає —</w:t>
      </w:r>
    </w:p>
    <w:p>
      <w:r>
        <w:br/>
        <w:t>Як ті хмари громовії&lt;br /&gt;</w:t>
        <w:br/>
        <w:t>Розійшлися різно,&lt;br /&gt;</w:t>
        <w:br/>
        <w:t>Вже не зійдемося знову&lt;br /&gt;</w:t>
        <w:br/>
        <w:t>Ні рано, ні пізно.</w:t>
      </w:r>
    </w:p>
    <w:p>
      <w:r>
        <w:br/>
        <w:t>Пішло життя, життя наше&lt;br /&gt;</w:t>
        <w:br/>
        <w:t>Різними шляхами,&lt;br /&gt;</w:t>
        <w:br/>
        <w:t>Тільки згадка про кохання&lt;br /&gt;</w:t>
        <w:br/>
        <w:t>Залишиться з нами.</w:t>
      </w:r>
    </w:p>
    <w:p>
      <w:r>
        <w:br/>
        <w:t>Хай зустріне моя мила&lt;br /&gt;</w:t>
        <w:br/>
        <w:t>Щасливую долю,&lt;br /&gt;</w:t>
        <w:br/>
        <w:t>А я піду на страждання&lt;br /&gt;</w:t>
        <w:br/>
        <w:t>У тяжку неволю.</w:t>
      </w:r>
    </w:p>
    <w:p>
      <w:r>
        <w:br/>
        <w:t>Гуртова&lt;br /&gt;</w:t>
        <w:br/>
        <w:t>Всіх забрала нас недоля&lt;br /&gt;</w:t>
        <w:br/>
        <w:t>До цієї хати,&lt;br /&gt;</w:t>
        <w:br/>
        <w:t>Порівняла нас неволя&lt;br /&gt;</w:t>
        <w:br/>
        <w:t>Та залізні ґрати.&lt;br /&gt;</w:t>
        <w:br/>
        <w:t>Будем торби лаштувати&lt;br /&gt;</w:t>
        <w:br/>
        <w:t>В далеку дорогу.&lt;br /&gt;</w:t>
        <w:br/>
        <w:t>Будем бруком маршувати&lt;br /&gt;</w:t>
        <w:br/>
        <w:t>Та нога у ногу.&lt;br /&gt;</w:t>
        <w:br/>
        <w:t>Набирають паровози&lt;br /&gt;</w:t>
        <w:br/>
        <w:t>Гарячої пари.&lt;br /&gt;</w:t>
        <w:br/>
        <w:t>Розійдемось, розвіємось,&lt;br /&gt;</w:t>
        <w:br/>
        <w:t>Як ті чорні хмари.&lt;br /&gt;</w:t>
        <w:br/>
        <w:t>Хто на південь, хто на північ,&lt;br /&gt;</w:t>
        <w:br/>
        <w:t>А хто аж до сходу.&lt;br /&gt;</w:t>
        <w:br/>
        <w:t>Будем їхати ночами&lt;br /&gt;</w:t>
        <w:br/>
        <w:t>З ранку й до заходу,&lt;br /&gt;</w:t>
        <w:br/>
        <w:t>А там далі пароплави,&lt;br /&gt;</w:t>
        <w:br/>
        <w:t>Дехто на підводах,&lt;br /&gt;</w:t>
        <w:br/>
        <w:t>А хто плавом на човниках&lt;br /&gt;</w:t>
        <w:br/>
        <w:t>У Сибірських водах.&lt;br /&gt;</w:t>
        <w:br/>
        <w:t>Той на вільне, той в концтабір&lt;br /&gt;</w:t>
        <w:br/>
        <w:t>У лісах і горах.&lt;br /&gt;</w:t>
        <w:br/>
        <w:t>Місця буде всім доволі,&lt;br /&gt;</w:t>
        <w:br/>
        <w:t>У диких просторах.&lt;br /&gt;</w:t>
        <w:br/>
        <w:t>Будем жити й працювати,&lt;br /&gt;</w:t>
        <w:br/>
        <w:t>Виглядати долю,&lt;br /&gt;</w:t>
        <w:br/>
        <w:t>Щоб нас знову повернули&lt;br /&gt;</w:t>
        <w:br/>
        <w:t>На вільную волю.</w:t>
      </w:r>
    </w:p>
    <w:p>
      <w:r>
        <w:br/>
        <w:t>Кленовий листок&lt;br /&gt;</w:t>
        <w:br/>
        <w:t>Вирвав вихор лист кленовий&lt;br /&gt;</w:t>
        <w:br/>
        <w:t>Та й приніс за ґрати.&lt;br /&gt;</w:t>
        <w:br/>
        <w:t>– Дуже радий: я вітаю&lt;br /&gt;</w:t>
        <w:br/>
        <w:t>І приймаю, брате!&lt;br /&gt;</w:t>
        <w:br/>
        <w:t>Ти приніс мені із волі&lt;br /&gt;</w:t>
        <w:br/>
        <w:t>Вісті про родину.&lt;br /&gt;</w:t>
        <w:br/>
        <w:t>Розкажи отут в неволі&lt;br /&gt;</w:t>
        <w:br/>
        <w:t>Про дочку й дружину.&lt;br /&gt;</w:t>
        <w:br/>
        <w:t>Та… щодня, як зійде зоря,&lt;br /&gt;</w:t>
        <w:br/>
        <w:t>Під клен сумувати,&lt;br /&gt;</w:t>
        <w:br/>
        <w:t>Приходили нишком з горя&lt;br /&gt;</w:t>
        <w:br/>
        <w:t>І дочка і мати…&lt;br /&gt;</w:t>
        <w:br/>
        <w:t>Дочка руса, високая,&lt;br /&gt;</w:t>
        <w:br/>
        <w:t>По коліна коси.&lt;br /&gt;</w:t>
        <w:br/>
        <w:t>Мати з карими очима,&lt;br /&gt;</w:t>
        <w:br/>
        <w:t>Що роняли роси.&lt;br /&gt;</w:t>
        <w:br/>
        <w:t>Пожуряться, посумують,&lt;br /&gt;</w:t>
        <w:br/>
        <w:t>Тихо заспівають.&lt;br /&gt;</w:t>
        <w:br/>
        <w:t>Чи повернеться їх батько,&lt;br /&gt;</w:t>
        <w:br/>
        <w:t>В зірок запитають.&lt;br /&gt;</w:t>
        <w:br/>
        <w:t>Ну, і що ж їм ясні зорі,&lt;br /&gt;</w:t>
        <w:br/>
        <w:t>Що відповідали!&lt;br /&gt;</w:t>
        <w:br/>
        <w:t>Ясні зорі, засмутившись,&lt;br /&gt;</w:t>
        <w:br/>
        <w:t>Таємно мовчали…&lt;br /&gt;</w:t>
        <w:br/>
        <w:t>Так лети ж ти, лист кленовий,&lt;br /&gt;</w:t>
        <w:br/>
        <w:t>З вітрами на волю,&lt;br /&gt;</w:t>
        <w:br/>
        <w:t>Розкажи моїй родині&lt;br /&gt;</w:t>
        <w:br/>
        <w:t>Та про мою долю.&lt;br /&gt;</w:t>
        <w:br/>
        <w:t>Скажеш: кряче чорний ворон,&lt;br /&gt;</w:t>
        <w:br/>
        <w:t>Щось недобре чує…&lt;br /&gt;</w:t>
        <w:br/>
        <w:t>В полі дикім все літає,&lt;br /&gt;</w:t>
        <w:br/>
        <w:t>Неволю віщує…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з тюремного зошита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