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(в перекладі Миколи Лукаша)</w:t>
      </w:r>
    </w:p>
    <w:p>
      <w:r>
        <w:br/>
        <w:t xml:space="preserve"> Федеріко Гарсія Лорка&lt;br /&gt;</w:t>
        <w:br/>
        <w:t>Поезії</w:t>
      </w:r>
    </w:p>
    <w:p>
      <w:r>
        <w:br/>
        <w:t>Перекладач: Микола Лукаш</w:t>
      </w:r>
    </w:p>
    <w:p>
      <w:r>
        <w:br/>
        <w:t>ПОЕМА ГЛИБОКОГО СПІВУ&lt;br /&gt;</w:t>
        <w:br/>
        <w:t>ПРИСПІВКА ДО ТРЬОХ РІЧОК</w:t>
      </w:r>
    </w:p>
    <w:p>
      <w:r>
        <w:br/>
        <w:t>Гвадалквівір тече-в'ється&lt;br /&gt;</w:t>
        <w:br/>
        <w:t>між олив та помаранчів,&lt;br /&gt;</w:t>
        <w:br/>
        <w:t>а дві річки, що в Гранаді,&lt;br /&gt;</w:t>
        <w:br/>
        <w:t>із снігу в поля гречані.</w:t>
      </w:r>
    </w:p>
    <w:p>
      <w:r>
        <w:br/>
        <w:t>Ой де ділось,&lt;br /&gt;</w:t>
        <w:br/>
        <w:t>де поділося кохання?</w:t>
      </w:r>
    </w:p>
    <w:p>
      <w:r>
        <w:br/>
        <w:t>Гвадалквівір крутить вуса,&lt;br /&gt;</w:t>
        <w:br/>
        <w:t>гожий красень-чорнобров,&lt;br /&gt;</w:t>
        <w:br/>
        <w:t>а дві річки, що в Гранаді,-&lt;br /&gt;</w:t>
        <w:br/>
        <w:t>одна сльози, друга кров.</w:t>
      </w:r>
    </w:p>
    <w:p>
      <w:r>
        <w:br/>
        <w:t>Ой де ділась,&lt;br /&gt;</w:t>
        <w:br/>
        <w:t>де поділася любов?</w:t>
      </w:r>
    </w:p>
    <w:p>
      <w:r>
        <w:br/>
        <w:t>У Севільї є привілля&lt;br /&gt;</w:t>
        <w:br/>
        <w:t>парусам на погуляння,&lt;br /&gt;</w:t>
        <w:br/>
        <w:t>у Гранаді тісноводій&lt;br /&gt;</w:t>
        <w:br/>
        <w:t>веслярують лиш зітхання.</w:t>
      </w:r>
    </w:p>
    <w:p>
      <w:r>
        <w:br/>
        <w:t>Ой де ділось,&lt;br /&gt;</w:t>
        <w:br/>
        <w:t>де поділося кохання?</w:t>
      </w:r>
    </w:p>
    <w:p>
      <w:r>
        <w:br/>
        <w:t>Гвадалквівір — то дзвіниця,&lt;br /&gt;</w:t>
        <w:br/>
        <w:t>вітер в дзвони бам да бом...&lt;br /&gt;</w:t>
        <w:br/>
        <w:t>Дарро й Хеніль — малі вишки,&lt;br /&gt;</w:t>
        <w:br/>
        <w:t>сумно й нудно їм обом.</w:t>
      </w:r>
    </w:p>
    <w:p>
      <w:r>
        <w:br/>
        <w:t>Ой де ділась,&lt;br /&gt;</w:t>
        <w:br/>
        <w:t>де поділася любов?</w:t>
      </w:r>
    </w:p>
    <w:p>
      <w:r>
        <w:br/>
        <w:t>Блудні вогні дальніх криків&lt;br /&gt;</w:t>
        <w:br/>
        <w:t>жене вода у смеркання.</w:t>
      </w:r>
    </w:p>
    <w:p>
      <w:r>
        <w:br/>
        <w:t>Ой де ділось,&lt;br /&gt;</w:t>
        <w:br/>
        <w:t>де поділося кохання?</w:t>
      </w:r>
    </w:p>
    <w:p>
      <w:r>
        <w:br/>
        <w:t>Неси в море, Андалузіє,&lt;br /&gt;</w:t>
        <w:br/>
        <w:t>цвіту й овочу улов!</w:t>
      </w:r>
    </w:p>
    <w:p>
      <w:r>
        <w:br/>
        <w:t>Ой де ділась,&lt;br /&gt;</w:t>
        <w:br/>
        <w:t>де поділася любов?</w:t>
      </w:r>
    </w:p>
    <w:p>
      <w:r>
        <w:br/>
        <w:t>ПОЕМА ЦИГАНСЬКОЇ СИГІРІЇ</w:t>
      </w:r>
    </w:p>
    <w:p>
      <w:r>
        <w:br/>
        <w:t>КРАЄВИД</w:t>
      </w:r>
    </w:p>
    <w:p>
      <w:r>
        <w:br/>
        <w:t>Поле оливами&lt;br /&gt;</w:t>
        <w:br/>
        <w:t>густо сивіє —&lt;br /&gt;</w:t>
        <w:br/>
        <w:t>глянь, то розгорнеться,&lt;br /&gt;</w:t>
        <w:br/>
        <w:t>то згорнеться віяло.&lt;br /&gt;</w:t>
        <w:br/>
        <w:t>А над оливами&lt;br /&gt;</w:t>
        <w:br/>
        <w:t>небо полив'яне,&lt;br /&gt;</w:t>
        <w:br/>
        <w:t>в небі — холодна&lt;br /&gt;</w:t>
        <w:br/>
        <w:t>зоряна злива.&lt;br /&gt;</w:t>
        <w:br/>
        <w:t>Понад рікою темрява&lt;br /&gt;</w:t>
        <w:br/>
        <w:t>й очерети тремтливі.&lt;br /&gt;</w:t>
        <w:br/>
        <w:t>Повітря сіре брижиться,&lt;br /&gt;</w:t>
        <w:br/>
        <w:t>а віти&lt;br /&gt;</w:t>
        <w:br/>
        <w:t>налиті граєм жалібним&lt;br /&gt;</w:t>
        <w:br/>
        <w:t>по вінця.&lt;br /&gt;</w:t>
        <w:br/>
        <w:t>Тривожна зграя&lt;br /&gt;</w:t>
        <w:br/>
        <w:t>пташок-невільниць&lt;br /&gt;</w:t>
        <w:br/>
        <w:t>хвостами довгоперими&lt;br /&gt;</w:t>
        <w:br/>
        <w:t>б'є ніч навідліг.</w:t>
      </w:r>
    </w:p>
    <w:p>
      <w:r>
        <w:br/>
        <w:t>ГІТАРА</w:t>
      </w:r>
    </w:p>
    <w:p>
      <w:r>
        <w:br/>
        <w:t>Як заридала&lt;br /&gt;</w:t>
        <w:br/>
        <w:t>моя гітара,-&lt;br /&gt;</w:t>
        <w:br/>
        <w:t>розбилась досвітку&lt;br /&gt;</w:t>
        <w:br/>
        <w:t>криштальна чара.&lt;br /&gt;</w:t>
        <w:br/>
        <w:t>Ой заридала&lt;br /&gt;</w:t>
        <w:br/>
        <w:t>моя гітара...&lt;br /&gt;</w:t>
        <w:br/>
        <w:t>Хочу утішить —&lt;br /&gt;</w:t>
        <w:br/>
        <w:t>надармо,&lt;br /&gt;</w:t>
        <w:br/>
        <w:t>хочу утишить —&lt;br /&gt;</w:t>
        <w:br/>
        <w:t>намарно.&lt;br /&gt;</w:t>
        <w:br/>
        <w:t>Плаче, як вода,&lt;br /&gt;</w:t>
        <w:br/>
        <w:t>що рине з яру,</w:t>
      </w:r>
    </w:p>
    <w:p>
      <w:r>
        <w:br/>
        <w:t>плаче, як вітер,&lt;br /&gt;</w:t>
        <w:br/>
        <w:t>що жене хмару.&lt;br /&gt;</w:t>
        <w:br/>
        <w:t>Хочу впинити —&lt;br /&gt;</w:t>
        <w:br/>
        <w:t>надармо,&lt;br /&gt;</w:t>
        <w:br/>
        <w:t>вона ридає&lt;br /&gt;</w:t>
        <w:br/>
        <w:t>за даллю.&lt;br /&gt;</w:t>
        <w:br/>
        <w:t>Плаче пісок гарячий,&lt;br /&gt;</w:t>
        <w:br/>
        <w:t>кличе біле латаття,&lt;br /&gt;</w:t>
        <w:br/>
        <w:t>плаче стріла за ціллю,&lt;br /&gt;</w:t>
        <w:br/>
        <w:t>вечір кличе світання,&lt;br /&gt;</w:t>
        <w:br/>
        <w:t>плаче в голім гіллі&lt;br /&gt;</w:t>
        <w:br/>
        <w:t>пташка остання.&lt;br /&gt;</w:t>
        <w:br/>
        <w:t>А-ой, гітаро!&lt;br /&gt;</w:t>
        <w:br/>
        <w:t>У серці п'ять ножів&lt;br /&gt;</w:t>
        <w:br/>
        <w:t>одним ударом!</w:t>
      </w:r>
    </w:p>
    <w:p>
      <w:r>
        <w:br/>
        <w:t>КРИК</w:t>
      </w:r>
    </w:p>
    <w:p>
      <w:r>
        <w:br/>
        <w:t>Од гори&lt;br /&gt;</w:t>
        <w:br/>
        <w:t>і до гори&lt;br /&gt;</w:t>
        <w:br/>
        <w:t>еліптичний лине крик.</w:t>
      </w:r>
    </w:p>
    <w:p>
      <w:r>
        <w:br/>
        <w:t>З оливного гаю&lt;br /&gt;</w:t>
        <w:br/>
        <w:t>чорна райдуга-дуга&lt;br /&gt;</w:t>
        <w:br/>
        <w:t>у блакитній ночі.</w:t>
      </w:r>
    </w:p>
    <w:p>
      <w:r>
        <w:br/>
        <w:t>Ай!</w:t>
      </w:r>
    </w:p>
    <w:p>
      <w:r>
        <w:br/>
        <w:t>По басолі ходить смик,&lt;br /&gt;</w:t>
        <w:br/>
        <w:t>розтривожив болем крик&lt;br /&gt;</w:t>
        <w:br/>
        <w:t>довгі струни вітру.</w:t>
      </w:r>
    </w:p>
    <w:p>
      <w:r>
        <w:br/>
        <w:t>Ай!</w:t>
      </w:r>
    </w:p>
    <w:p>
      <w:r>
        <w:br/>
        <w:t>(А в печерах уже люди&lt;br /&gt;</w:t>
        <w:br/>
        <w:t>засвітили світло).</w:t>
      </w:r>
    </w:p>
    <w:p>
      <w:r>
        <w:br/>
        <w:t>Ай!</w:t>
      </w:r>
    </w:p>
    <w:p>
      <w:r>
        <w:br/>
        <w:t>ТИША</w:t>
      </w:r>
    </w:p>
    <w:p>
      <w:r>
        <w:br/>
        <w:t>Слухай, сину, тишу,&lt;br /&gt;</w:t>
        <w:br/>
        <w:t>в хвилях захололу,-&lt;br /&gt;</w:t>
        <w:br/>
        <w:t>по ній ковзаються луни,&lt;br /&gt;</w:t>
        <w:br/>
        <w:t>по ній котяться долини,&lt;br /&gt;</w:t>
        <w:br/>
        <w:t>вона ж клонить чоло&lt;br /&gt;</w:t>
        <w:br/>
        <w:t>до самого долу.</w:t>
      </w:r>
    </w:p>
    <w:p>
      <w:r>
        <w:br/>
        <w:t>ВИСТУПЕЦЬ СИГІРІЇ</w:t>
      </w:r>
    </w:p>
    <w:p>
      <w:r>
        <w:br/>
        <w:t>Поміж чорних метеликів&lt;br /&gt;</w:t>
        <w:br/>
        <w:t>іде дівчина смаглява,&lt;br /&gt;</w:t>
        <w:br/>
        <w:t>коло неї змійка в'ється&lt;br /&gt;</w:t>
        <w:br/>
        <w:t>білого туману.</w:t>
      </w:r>
    </w:p>
    <w:p>
      <w:r>
        <w:br/>
        <w:t>Земля у сяйві —&lt;br /&gt;</w:t>
        <w:br/>
        <w:t>о земний раю!</w:t>
      </w:r>
    </w:p>
    <w:p>
      <w:r>
        <w:br/>
        <w:t>Іде вона, закована&lt;br /&gt;</w:t>
        <w:br/>
        <w:t>в ритму вічного дрижання,&lt;br /&gt;</w:t>
        <w:br/>
        <w:t>в неї в серці срібло туги,&lt;br /&gt;</w:t>
        <w:br/>
        <w:t>а в правиці — сталь кинджала.</w:t>
      </w:r>
    </w:p>
    <w:p>
      <w:r>
        <w:br/>
        <w:t>Земля у сяйві —&lt;br /&gt;</w:t>
        <w:br/>
        <w:t>о земний раю!</w:t>
      </w:r>
    </w:p>
    <w:p>
      <w:r>
        <w:br/>
        <w:t>Куди ідеш, сигіріє,&lt;br /&gt;</w:t>
        <w:br/>
        <w:t>напропале в ритмі рв'янім?&lt;br /&gt;</w:t>
        <w:br/>
        <w:t>Може, зірве ясен місяць&lt;br /&gt;</w:t>
        <w:br/>
        <w:t>біль твій з вапна й олеандрів?</w:t>
      </w:r>
    </w:p>
    <w:p>
      <w:r>
        <w:br/>
        <w:t>Земля у сяйві —&lt;br /&gt;</w:t>
        <w:br/>
        <w:t>о земний раю!</w:t>
      </w:r>
    </w:p>
    <w:p>
      <w:r>
        <w:br/>
        <w:t>А ПОТІМ</w:t>
      </w:r>
    </w:p>
    <w:p>
      <w:r>
        <w:br/>
        <w:t>Дивляться діти&lt;br /&gt;</w:t>
        <w:br/>
        <w:t>в далеку цятку.</w:t>
      </w:r>
    </w:p>
    <w:p>
      <w:r>
        <w:br/>
        <w:t>Світичі гаснуть.&lt;br /&gt;</w:t>
        <w:br/>
        <w:t>Сліпі дівчата&lt;br /&gt;</w:t>
        <w:br/>
        <w:t>допитуються місяця,&lt;br /&gt;</w:t>
        <w:br/>
        <w:t>і в небо підіймаються&lt;br /&gt;</w:t>
        <w:br/>
        <w:t>плачy спіралі.</w:t>
      </w:r>
    </w:p>
    <w:p>
      <w:r>
        <w:br/>
        <w:t>Дивляться гори&lt;br /&gt;</w:t>
        <w:br/>
        <w:t>в далеку цятку.</w:t>
      </w:r>
    </w:p>
    <w:p>
      <w:r>
        <w:br/>
        <w:t>I ВКІНЦІ</w:t>
      </w:r>
    </w:p>
    <w:p>
      <w:r>
        <w:br/>
        <w:t>Гинуть&lt;br /&gt;</w:t>
        <w:br/>
        <w:t>часу лабіринти,&lt;br /&gt;</w:t>
        <w:br/>
        <w:t>стіни рушаться і стелі.</w:t>
      </w:r>
    </w:p>
    <w:p>
      <w:r>
        <w:br/>
        <w:t>(Залишається&lt;br /&gt;</w:t>
        <w:br/>
        <w:t>пустеля).</w:t>
      </w:r>
    </w:p>
    <w:p>
      <w:r>
        <w:br/>
        <w:t>Гине&lt;br /&gt;</w:t>
        <w:br/>
        <w:t>серце —&lt;br /&gt;</w:t>
        <w:br/>
        <w:t>бажань система.</w:t>
      </w:r>
    </w:p>
    <w:p>
      <w:r>
        <w:br/>
        <w:t>(Залишається&lt;br /&gt;</w:t>
        <w:br/>
        <w:t>пустеля).</w:t>
      </w:r>
    </w:p>
    <w:p>
      <w:r>
        <w:br/>
        <w:t>Гинуть&lt;br /&gt;</w:t>
        <w:br/>
        <w:t>мрії про цілунки&lt;br /&gt;</w:t>
        <w:br/>
        <w:t>й сонячні містерії.</w:t>
      </w:r>
    </w:p>
    <w:p>
      <w:r>
        <w:br/>
        <w:t>Залишається&lt;br /&gt;</w:t>
        <w:br/>
        <w:t>пустеля.&lt;br /&gt;</w:t>
        <w:br/>
        <w:t>Стелеться&lt;br /&gt;</w:t>
        <w:br/>
        <w:t>пустеля.</w:t>
      </w:r>
    </w:p>
    <w:p>
      <w:r>
        <w:br/>
        <w:t>ПОЕМА САМОТИ</w:t>
      </w:r>
    </w:p>
    <w:p>
      <w:r>
        <w:br/>
        <w:t>СУХА ЗЕМЛЯ</w:t>
      </w:r>
    </w:p>
    <w:p>
      <w:r>
        <w:br/>
        <w:t>Суха земля,&lt;br /&gt;</w:t>
        <w:br/>
        <w:t>глуха земля,&lt;br /&gt;</w:t>
        <w:br/>
        <w:t>ночей&lt;br /&gt;</w:t>
        <w:br/>
        <w:t>безмежна мла.</w:t>
      </w:r>
    </w:p>
    <w:p>
      <w:r>
        <w:br/>
        <w:t>(Вітер в оливині віє,&lt;br /&gt;</w:t>
        <w:br/>
        <w:t>вітер у горах гуля).</w:t>
      </w:r>
    </w:p>
    <w:p>
      <w:r>
        <w:br/>
        <w:t>Стара&lt;br /&gt;</w:t>
        <w:br/>
        <w:t>земля&lt;br /&gt;</w:t>
        <w:br/>
        <w:t>каганцем&lt;br /&gt;</w:t>
        <w:br/>
        <w:t>сумна.</w:t>
      </w:r>
    </w:p>
    <w:p>
      <w:r>
        <w:br/>
        <w:t>Земля&lt;br /&gt;</w:t>
        <w:br/>
        <w:t>водойм без дна.</w:t>
      </w:r>
    </w:p>
    <w:p>
      <w:r>
        <w:br/>
        <w:t>Земля&lt;br /&gt;</w:t>
        <w:br/>
        <w:t>безокої смерті&lt;br /&gt;</w:t>
        <w:br/>
        <w:t>і стріл здаля.</w:t>
      </w:r>
    </w:p>
    <w:p>
      <w:r>
        <w:br/>
        <w:t>(Вітер шляхи замітає,&lt;br /&gt;</w:t>
        <w:br/>
        <w:t>вітер хитає гілля).</w:t>
      </w:r>
    </w:p>
    <w:p>
      <w:r>
        <w:br/>
        <w:t>СЕЛО</w:t>
      </w:r>
    </w:p>
    <w:p>
      <w:r>
        <w:br/>
        <w:t>На лисогір'ї&lt;br /&gt;</w:t>
        <w:br/>
        <w:t>фігура.&lt;br /&gt;</w:t>
        <w:br/>
        <w:t>Тиха вода,&lt;br /&gt;</w:t>
        <w:br/>
        <w:t>столітні оливи-понури.&lt;br /&gt;</w:t>
        <w:br/>
        <w:t>В закутках, завулках&lt;br /&gt;</w:t>
        <w:br/>
        <w:t>закутані люди,&lt;br /&gt;</w:t>
        <w:br/>
        <w:t>а на вишках&lt;br /&gt;</w:t>
        <w:br/>
        <w:t>крутяться флюгери.&lt;br /&gt;</w:t>
        <w:br/>
        <w:t>Крутяться, крутяться, крутяться&lt;br /&gt;</w:t>
        <w:br/>
        <w:t>флюгери.</w:t>
      </w:r>
    </w:p>
    <w:p>
      <w:r>
        <w:br/>
        <w:t>Ох ви, села заблукані&lt;br /&gt;</w:t>
        <w:br/>
        <w:t>в нетрях Андалузії-туги!</w:t>
      </w:r>
    </w:p>
    <w:p>
      <w:r>
        <w:br/>
        <w:t>НІЖ</w:t>
      </w:r>
    </w:p>
    <w:p>
      <w:r>
        <w:br/>
        <w:t>Ніж&lt;br /&gt;</w:t>
        <w:br/>
        <w:t>врізається у серце,&lt;br /&gt;</w:t>
        <w:br/>
        <w:t>мов леміш&lt;br /&gt;</w:t>
        <w:br/>
        <w:t>у переліг.</w:t>
      </w:r>
    </w:p>
    <w:p>
      <w:r>
        <w:br/>
        <w:t>Ні.&lt;br /&gt;</w:t>
        <w:br/>
        <w:t>Не ріж мене.&lt;br /&gt;</w:t>
        <w:br/>
        <w:t>Ні, ні!</w:t>
      </w:r>
    </w:p>
    <w:p>
      <w:r>
        <w:br/>
        <w:t>Ніж,&lt;br /&gt;</w:t>
        <w:br/>
        <w:t>неначе промінь сонця,&lt;br /&gt;</w:t>
        <w:br/>
        <w:t>все запалить&lt;br /&gt;</w:t>
        <w:br/>
        <w:t>в нутрині.</w:t>
      </w:r>
    </w:p>
    <w:p>
      <w:r>
        <w:br/>
        <w:t>Ні.&lt;br /&gt;</w:t>
        <w:br/>
        <w:t>Не ріж мене.&lt;br /&gt;</w:t>
        <w:br/>
        <w:t>Ні, ні!</w:t>
      </w:r>
    </w:p>
    <w:p>
      <w:r>
        <w:br/>
        <w:t>ПЕРЕХРЕСТЯ</w:t>
      </w:r>
    </w:p>
    <w:p>
      <w:r>
        <w:br/>
        <w:t>Східний вітер,&lt;br /&gt;</w:t>
        <w:br/>
        <w:t>ліхтар,&lt;br /&gt;</w:t>
        <w:br/>
        <w:t>і у серці&lt;br /&gt;</w:t>
        <w:br/>
        <w:t>кинджал.&lt;br /&gt;</w:t>
        <w:br/>
        <w:t>Майдан&lt;br /&gt;</w:t>
        <w:br/>
        <w:t>весь дрижав,&lt;br /&gt;</w:t>
        <w:br/>
        <w:t>наче струнний&lt;br /&gt;</w:t>
        <w:br/>
        <w:t>жаль,&lt;br /&gt;</w:t>
        <w:br/>
        <w:t>дрижав,&lt;br /&gt;</w:t>
        <w:br/>
        <w:t>наче гедзь на сто жал.&lt;br /&gt;</w:t>
        <w:br/>
        <w:t>Де не гляну&lt;br /&gt;</w:t>
        <w:br/>
        <w:t>(о жах!) —&lt;br /&gt;</w:t>
        <w:br/>
        <w:t>скрізь у серці&lt;br /&gt;</w:t>
        <w:br/>
        <w:t>кинджал.</w:t>
      </w:r>
    </w:p>
    <w:p>
      <w:r>
        <w:br/>
        <w:t>АЙ!</w:t>
      </w:r>
    </w:p>
    <w:p>
      <w:r>
        <w:br/>
        <w:t>Зойк лишає у повітрі&lt;br /&gt;</w:t>
        <w:br/>
        <w:t>тінь сумного кипариса.</w:t>
      </w:r>
    </w:p>
    <w:p>
      <w:r>
        <w:br/>
        <w:t>(Лишіть мене в чистім полю,&lt;br /&gt;</w:t>
        <w:br/>
        <w:t>хай поплачу вволю).</w:t>
      </w:r>
    </w:p>
    <w:p>
      <w:r>
        <w:br/>
        <w:t>Все на світі заломилось,&lt;br /&gt;</w:t>
        <w:br/>
        <w:t>залишилась тільки тиша.</w:t>
      </w:r>
    </w:p>
    <w:p>
      <w:r>
        <w:br/>
        <w:t>(Лишіть мене в чистім полю,&lt;br /&gt;</w:t>
        <w:br/>
        <w:t>хай поплачу вволю).</w:t>
      </w:r>
    </w:p>
    <w:p>
      <w:r>
        <w:br/>
        <w:t>Потьмянілий небосхил&lt;br /&gt;</w:t>
        <w:br/>
        <w:t>язики багаття лижуть.</w:t>
      </w:r>
    </w:p>
    <w:p>
      <w:r>
        <w:br/>
        <w:t>(Ой прошу ж вас —&lt;br /&gt;</w:t>
        <w:br/>
        <w:t>лишіть мене в чистім полю,&lt;br /&gt;</w:t>
        <w:br/>
        <w:t>хай поплачу вволю...)</w:t>
      </w:r>
    </w:p>
    <w:p>
      <w:r>
        <w:br/>
        <w:t>ПРИГОДА</w:t>
      </w:r>
    </w:p>
    <w:p>
      <w:r>
        <w:br/>
        <w:t>Лежить мертвий на майдані,&lt;br /&gt;</w:t>
        <w:br/>
        <w:t>стримить кинджал йому у грудях.&lt;br /&gt;</w:t>
        <w:br/>
        <w:t>I ніхто його не знає.&lt;br /&gt;</w:t>
        <w:br/>
        <w:t>Як тремтить над ним ліхтар!&lt;br /&gt;</w:t>
        <w:br/>
        <w:t>Мамо...&lt;br /&gt;</w:t>
        <w:br/>
        <w:t>Як тремтить над ним ліхтарик&lt;br /&gt;</w:t>
        <w:br/>
        <w:t>на майдані!&lt;br /&gt;</w:t>
        <w:br/>
        <w:t>Ні на кого вже не гляне...&lt;br /&gt;</w:t>
        <w:br/>
        <w:t>У розкриті його очі&lt;br /&gt;</w:t>
        <w:br/>
        <w:t>б'ється крилами світання.</w:t>
      </w:r>
    </w:p>
    <w:p>
      <w:r>
        <w:br/>
        <w:t>Да й лежить же мертвий на майдані,&lt;br /&gt;</w:t>
        <w:br/>
        <w:t>да й стримить кинджал, ой, йому в грудях,&lt;br /&gt;</w:t>
        <w:br/>
        <w:t>да й ніхто ж його, ой, не знає...</w:t>
      </w:r>
    </w:p>
    <w:p>
      <w:r>
        <w:br/>
        <w:t>САМОТИНА</w:t>
      </w:r>
    </w:p>
    <w:p>
      <w:r>
        <w:br/>
        <w:t>В чорнім плащі, в чорній шалі,&lt;br /&gt;</w:t>
        <w:br/>
        <w:t>думає, що світ маленький,&lt;br /&gt;</w:t>
        <w:br/>
        <w:t>а серцеві нема краю.</w:t>
      </w:r>
    </w:p>
    <w:p>
      <w:r>
        <w:br/>
        <w:t>В чорнім плащі, в чорній шалі.</w:t>
      </w:r>
    </w:p>
    <w:p>
      <w:r>
        <w:br/>
        <w:t>Думає, що в вітру шквалі&lt;br /&gt;</w:t>
        <w:br/>
        <w:t>десь потонуть і почезнуть&lt;br /&gt;</w:t>
        <w:br/>
        <w:t>всі зітхання й зойки жалю.</w:t>
      </w:r>
    </w:p>
    <w:p>
      <w:r>
        <w:br/>
        <w:t>В чорнім плащі, в чорній шалі.</w:t>
      </w:r>
    </w:p>
    <w:p>
      <w:r>
        <w:br/>
        <w:t>Не закрили балкон на ніч,&lt;br /&gt;</w:t>
        <w:br/>
        <w:t>і проміння розлилося&lt;br /&gt;</w:t>
        <w:br/>
        <w:t>на край неба й далі, далі...</w:t>
      </w:r>
    </w:p>
    <w:p>
      <w:r>
        <w:br/>
        <w:t>Ой гай, гай, гай,&lt;br /&gt;</w:t>
        <w:br/>
        <w:t>да й у чорнім плащі, в чорній шалі!</w:t>
      </w:r>
    </w:p>
    <w:p>
      <w:r>
        <w:br/>
        <w:t>ПЕЧЕРА</w:t>
      </w:r>
    </w:p>
    <w:p>
      <w:r>
        <w:br/>
        <w:t>Тужне ридання&lt;br /&gt;</w:t>
        <w:br/>
        <w:t>чути з печери.</w:t>
      </w:r>
    </w:p>
    <w:p>
      <w:r>
        <w:br/>
        <w:t>(Сизе&lt;br /&gt;</w:t>
        <w:br/>
        <w:t>по чeрвені).</w:t>
      </w:r>
    </w:p>
    <w:p>
      <w:r>
        <w:br/>
        <w:t>Згадує циган&lt;br /&gt;</w:t>
        <w:br/>
        <w:t>мандри далекі.</w:t>
      </w:r>
    </w:p>
    <w:p>
      <w:r>
        <w:br/>
        <w:t>(Вежі високі,&lt;br /&gt;</w:t>
        <w:br/>
        <w:t>Люди шалені).</w:t>
      </w:r>
    </w:p>
    <w:p>
      <w:r>
        <w:br/>
        <w:t>Голос одчайний,&lt;br /&gt;</w:t>
        <w:br/>
        <w:t>очі як терен.</w:t>
      </w:r>
    </w:p>
    <w:p>
      <w:r>
        <w:br/>
        <w:t>(Чорне&lt;br /&gt;</w:t>
        <w:br/>
        <w:t>по червені).</w:t>
      </w:r>
    </w:p>
    <w:p>
      <w:r>
        <w:br/>
        <w:t>В золоті білена&lt;br /&gt;</w:t>
        <w:br/>
        <w:t>грає печера.</w:t>
      </w:r>
    </w:p>
    <w:p>
      <w:r>
        <w:br/>
        <w:t>(Біле&lt;br /&gt;</w:t>
        <w:br/>
        <w:t>по червені).</w:t>
      </w:r>
    </w:p>
    <w:p>
      <w:r>
        <w:br/>
        <w:t>ЗУСТРІЧ</w:t>
      </w:r>
    </w:p>
    <w:p>
      <w:r>
        <w:br/>
        <w:t>Ні ти, ні я, на щастя,&lt;br /&gt;</w:t>
        <w:br/>
        <w:t>не хочем&lt;br /&gt;</w:t>
        <w:br/>
        <w:t>зустрічаться.&lt;br /&gt;</w:t>
        <w:br/>
        <w:t>Ти — чого, сама знаєш.&lt;br /&gt;</w:t>
        <w:br/>
        <w:t>А я — не питайся.&lt;br /&gt;</w:t>
        <w:br/>
        <w:t>Іди собі своїм шляхом,&lt;br /&gt;</w:t>
        <w:br/>
        <w:t>а в мене на п'ястях&lt;br /&gt;</w:t>
        <w:br/>
        <w:t>од гвіздків знать ями-рани,&lt;br /&gt;</w:t>
        <w:br/>
        <w:t>мов після розп'яття.&lt;br /&gt;</w:t>
        <w:br/>
        <w:t>Ізмарнів я геть до снасті&lt;br /&gt;</w:t>
        <w:br/>
        <w:t>од тої напасті.&lt;br /&gt;</w:t>
        <w:br/>
        <w:t>Іди собі помаленьку,&lt;br /&gt;</w:t>
        <w:br/>
        <w:t>йди, не оглядайся,&lt;br /&gt;</w:t>
        <w:br/>
        <w:t>та Пречистій, як і я,&lt;br /&gt;</w:t>
        <w:br/>
        <w:t>молись до причастя,&lt;br /&gt;</w:t>
        <w:br/>
        <w:t>бо ні ти, ні я, на щастя,&lt;br /&gt;</w:t>
        <w:br/>
        <w:t>не хочем&lt;br /&gt;</w:t>
        <w:br/>
        <w:t>зустрічаться.</w:t>
      </w:r>
    </w:p>
    <w:p>
      <w:r>
        <w:br/>
        <w:t>РАНІШНЯ ЗОРЯ</w:t>
      </w:r>
    </w:p>
    <w:p>
      <w:r>
        <w:br/>
        <w:t>Дзвонять дзвони у Кордові&lt;br /&gt;</w:t>
        <w:br/>
        <w:t>од самого рана,&lt;br /&gt;</w:t>
        <w:br/>
        <w:t>дзвонять дзвони у Гранаді —&lt;br /&gt;</w:t>
        <w:br/>
        <w:t>ой дана-дана!&lt;br /&gt;</w:t>
        <w:br/>
        <w:t>Слухають ті дзвони&lt;br /&gt;</w:t>
        <w:br/>
        <w:t>молоді дівчата,&lt;br /&gt;</w:t>
        <w:br/>
        <w:t>що то плачуть, як озветься&lt;br /&gt;</w:t>
        <w:br/>
        <w:t>самота відчайна.&lt;br /&gt;</w:t>
        <w:br/>
        <w:t>Слухають ті дзвони&lt;br /&gt;</w:t>
        <w:br/>
        <w:t>молоді іспанки,&lt;br /&gt;</w:t>
        <w:br/>
        <w:t>андалузки-підгорянки,&lt;br /&gt;</w:t>
        <w:br/>
        <w:t>іще й подолянки.&lt;br /&gt;</w:t>
        <w:br/>
        <w:t>Ніжки в них манюні,&lt;br /&gt;</w:t>
        <w:br/>
        <w:t>спідниці з лудану,&lt;br /&gt;</w:t>
        <w:br/>
        <w:t>вони сонцем осявають&lt;br /&gt;</w:t>
        <w:br/>
        <w:t>вулиці й майдани.&lt;br /&gt;</w:t>
        <w:br/>
        <w:t>Гей, дзвонять дзвони й у Кордові&lt;br /&gt;</w:t>
        <w:br/>
        <w:t>й од самого рана,&lt;br /&gt;</w:t>
        <w:br/>
        <w:t>гей, дзвонять дзвони й у Гранаді —:&lt;br /&gt;</w:t>
        <w:br/>
        <w:t>дана ж моя, дана!</w:t>
      </w:r>
    </w:p>
    <w:p>
      <w:r>
        <w:br/>
        <w:t>ПОЕМА ПІСЕНЬ-СТРІЛ</w:t>
      </w:r>
    </w:p>
    <w:p>
      <w:r>
        <w:br/>
        <w:t>ЛУЧНИКИ</w:t>
      </w:r>
    </w:p>
    <w:p>
      <w:r>
        <w:br/>
        <w:t>Підходять до Севільї&lt;br /&gt;</w:t>
        <w:br/>
        <w:t>лучники імлаві.</w:t>
      </w:r>
    </w:p>
    <w:p>
      <w:r>
        <w:br/>
        <w:t>Гвадалквівір широкий...</w:t>
      </w:r>
    </w:p>
    <w:p>
      <w:r>
        <w:br/>
        <w:t>Брилі крислаті, сірі,&lt;br /&gt;</w:t>
        <w:br/>
        <w:t>плащі довгі, дляві.</w:t>
      </w:r>
    </w:p>
    <w:p>
      <w:r>
        <w:br/>
        <w:t>Шуми, Гвадалквівіре!</w:t>
      </w:r>
    </w:p>
    <w:p>
      <w:r>
        <w:br/>
        <w:t>Ідуть із краю дальнього,&lt;br /&gt;</w:t>
        <w:br/>
        <w:t>де горе душу давить.</w:t>
      </w:r>
    </w:p>
    <w:p>
      <w:r>
        <w:br/>
        <w:t>Гвадалквівір широкий...</w:t>
      </w:r>
    </w:p>
    <w:p>
      <w:r>
        <w:br/>
        <w:t>Ідуть у лабіринт —&lt;br /&gt;</w:t>
        <w:br/>
        <w:t>любов, кришталь і камінь.</w:t>
      </w:r>
    </w:p>
    <w:p>
      <w:r>
        <w:br/>
        <w:t>Шуми, Гвадалквівіре!</w:t>
      </w:r>
    </w:p>
    <w:p>
      <w:r>
        <w:br/>
        <w:t>НІЧ</w:t>
      </w:r>
    </w:p>
    <w:p>
      <w:r>
        <w:br/>
        <w:t>Люстра, свічадо,&lt;br /&gt;</w:t>
        <w:br/>
        <w:t>світич, свіча.</w:t>
      </w:r>
    </w:p>
    <w:p>
      <w:r>
        <w:br/>
        <w:t>Ото сузір'я&lt;br /&gt;</w:t>
        <w:br/>
        <w:t>стрільця-співця.</w:t>
      </w:r>
    </w:p>
    <w:p>
      <w:r>
        <w:br/>
        <w:t>Золоті віконця&lt;br /&gt;</w:t>
        <w:br/>
        <w:t>мріють-тремтять,&lt;br /&gt;</w:t>
        <w:br/>
        <w:t>хрести на перехрестях&lt;br /&gt;</w:t>
        <w:br/>
        <w:t>хочуть світать.</w:t>
      </w:r>
    </w:p>
    <w:p>
      <w:r>
        <w:br/>
        <w:t>Люстра, свічадо,&lt;br /&gt;</w:t>
        <w:br/>
        <w:t>світич, свіча.</w:t>
      </w:r>
    </w:p>
    <w:p>
      <w:r>
        <w:br/>
        <w:t>СЕВІЛЬЯ</w:t>
      </w:r>
    </w:p>
    <w:p>
      <w:r>
        <w:br/>
        <w:t>Севілья — стрійна вежа&lt;br /&gt;</w:t>
        <w:br/>
        <w:t>з стрільцями у стрільницях.</w:t>
      </w:r>
    </w:p>
    <w:p>
      <w:r>
        <w:br/>
        <w:t>У Севільї серце рань,&lt;br /&gt;</w:t>
        <w:br/>
        <w:t>у Кордові помирай.</w:t>
      </w:r>
    </w:p>
    <w:p>
      <w:r>
        <w:br/>
        <w:t>Вона підстерігає&lt;br /&gt;</w:t>
        <w:br/>
        <w:t>тягучі ритми&lt;br /&gt;</w:t>
        <w:br/>
        <w:t>і їх заплутує&lt;br /&gt;</w:t>
        <w:br/>
        <w:t>у лабіринти,&lt;br /&gt;</w:t>
        <w:br/>
        <w:t>немов запалені&lt;br /&gt;</w:t>
        <w:br/>
        <w:t>винові віти.</w:t>
      </w:r>
    </w:p>
    <w:p>
      <w:r>
        <w:br/>
        <w:t>У Севільї серце рань!</w:t>
      </w:r>
    </w:p>
    <w:p>
      <w:r>
        <w:br/>
        <w:t>Під небом лукуватим&lt;br /&gt;</w:t>
        <w:br/>
        <w:t>в долину чисту й рівну&lt;br /&gt;</w:t>
        <w:br/>
        <w:t>вистрілює постійну&lt;br /&gt;</w:t>
        <w:br/>
        <w:t>стрілу своєї річки.</w:t>
      </w:r>
    </w:p>
    <w:p>
      <w:r>
        <w:br/>
        <w:t>У Кордові помирай!</w:t>
      </w:r>
    </w:p>
    <w:p>
      <w:r>
        <w:br/>
        <w:t>Мішає в свою чашу,&lt;br /&gt;</w:t>
        <w:br/>
        <w:t>від обрію сп'яніла,&lt;br /&gt;</w:t>
        <w:br/>
        <w:t>і горість Дон Жуана,&lt;br /&gt;</w:t>
        <w:br/>
        <w:t>і солодь Діоніса.</w:t>
      </w:r>
    </w:p>
    <w:p>
      <w:r>
        <w:br/>
        <w:t>У Севільї серце рань,&lt;br /&gt;</w:t>
        <w:br/>
        <w:t>навіки серце рань!</w:t>
      </w:r>
    </w:p>
    <w:p>
      <w:r>
        <w:br/>
        <w:t>ПРОЦЕСІЯ</w:t>
      </w:r>
    </w:p>
    <w:p>
      <w:r>
        <w:br/>
        <w:t>Провулками проходять&lt;br /&gt;</w:t>
        <w:br/>
        <w:t>предивні однороги —&lt;br /&gt;</w:t>
        <w:br/>
        <w:t>з яких казок лужистих,&lt;br /&gt;</w:t>
        <w:br/>
        <w:t>гаїстих міфологій?&lt;br /&gt;</w:t>
        <w:br/>
        <w:t>Дивіться —&lt;br /&gt;</w:t>
        <w:br/>
        <w:t>надходять звіздослови,&lt;br /&gt;</w:t>
        <w:br/>
        <w:t>Мерліни-чародії,&lt;br /&gt;</w:t>
        <w:br/>
        <w:t>Спаситель на Голгофі,&lt;br /&gt;</w:t>
        <w:br/>
        <w:t>Роланд несамовитий,&lt;br /&gt;</w:t>
        <w:br/>
        <w:t>глузливий Мефістофель.</w:t>
      </w:r>
    </w:p>
    <w:p>
      <w:r>
        <w:br/>
        <w:t>ВЕЛИКОДНІЙ ХІД</w:t>
      </w:r>
    </w:p>
    <w:p>
      <w:r>
        <w:br/>
        <w:t>Діво рясношата,&lt;br /&gt;</w:t>
        <w:br/>
        <w:t>діво Самоти,&lt;br /&gt;</w:t>
        <w:br/>
        <w:t>буйним тюльпаном&lt;br /&gt;</w:t>
        <w:br/>
        <w:t>красуй, цвіти!&lt;br /&gt;</w:t>
        <w:br/>
        <w:t>В човні проміннім,&lt;br /&gt;</w:t>
        <w:br/>
        <w:t>без вітрил&lt;br /&gt;</w:t>
        <w:br/>
        <w:t>повінню міста&lt;br /&gt;</w:t>
        <w:br/>
        <w:t>між співів-стріл&lt;br /&gt;</w:t>
        <w:br/>
        <w:t>линеш під шемріт&lt;br /&gt;</w:t>
        <w:br/>
        <w:t>криштальних зір.&lt;br /&gt;</w:t>
        <w:br/>
        <w:t>Діво яснориза,&lt;br /&gt;</w:t>
        <w:br/>
        <w:t>линь, линь&lt;br /&gt;</w:t>
        <w:br/>
        <w:t>рікою вулиці&lt;br /&gt;</w:t>
        <w:br/>
        <w:t>у моря вир!</w:t>
      </w:r>
    </w:p>
    <w:p>
      <w:r>
        <w:br/>
        <w:t>ПІСНЯ-СТРІЛА</w:t>
      </w:r>
    </w:p>
    <w:p>
      <w:r>
        <w:br/>
        <w:t>Христос іде,&lt;br /&gt;</w:t>
        <w:br/>
        <w:t>весь засмаглий, засмалений,&lt;br /&gt;</w:t>
        <w:br/>
        <w:t>од лілей Іудеї&lt;br /&gt;</w:t>
        <w:br/>
        <w:t>до гвоздиків Іспанії.</w:t>
      </w:r>
    </w:p>
    <w:p>
      <w:r>
        <w:br/>
        <w:t>Дивітъся, він іде!</w:t>
      </w:r>
    </w:p>
    <w:p>
      <w:r>
        <w:br/>
        <w:t>До Іспанії.&lt;br /&gt;</w:t>
        <w:br/>
        <w:t>Небо чисте і тьмяне,&lt;br /&gt;</w:t>
        <w:br/>
        <w:t>поля мов спалені,&lt;br /&gt;</w:t>
        <w:br/>
        <w:t>вода ізмеженіла&lt;br /&gt;</w:t>
        <w:br/>
        <w:t>тече без спалахів.&lt;br /&gt;</w:t>
        <w:br/>
        <w:t>Христос засмалений,&lt;br /&gt;</w:t>
        <w:br/>
        <w:t>косми приском припали,&lt;br /&gt;</w:t>
        <w:br/>
        <w:t>вилиці випнуті,&lt;br /&gt;</w:t>
        <w:br/>
        <w:t>зіньки білі, опалові.</w:t>
      </w:r>
    </w:p>
    <w:p>
      <w:r>
        <w:br/>
        <w:t>Дивітъся, він гряде!</w:t>
      </w:r>
    </w:p>
    <w:p>
      <w:r>
        <w:br/>
        <w:t>БАЛКОН</w:t>
      </w:r>
    </w:p>
    <w:p>
      <w:r>
        <w:br/>
        <w:t>Співає Лола&lt;br /&gt;</w:t>
        <w:br/>
        <w:t>пісні-стріли.&lt;br /&gt;</w:t>
        <w:br/>
        <w:t>Тореадори&lt;br /&gt;</w:t>
        <w:br/>
        <w:t>її обсіли.&lt;br /&gt;</w:t>
        <w:br/>
        <w:t>Сусід-цирульник&lt;br /&gt;</w:t>
        <w:br/>
        <w:t>до того ритму&lt;br /&gt;</w:t>
        <w:br/>
        <w:t>ще й головою&lt;br /&gt;</w:t>
        <w:br/>
        <w:t>стиха підхитує.&lt;br /&gt;</w:t>
        <w:br/>
        <w:t>Між руту-м'яту&lt;br /&gt;</w:t>
        <w:br/>
        <w:t>в ягіддя спіле&lt;br /&gt;</w:t>
        <w:br/>
        <w:t>пускає Лола&lt;br /&gt;</w:t>
        <w:br/>
        <w:t>стріли-співи.&lt;br /&gt;</w:t>
        <w:br/>
        <w:t>То ж тая Лола,&lt;br /&gt;</w:t>
        <w:br/>
        <w:t>що любить дивиться&lt;br /&gt;</w:t>
        <w:br/>
        <w:t>на свою вроду&lt;br /&gt;</w:t>
        <w:br/>
        <w:t>в гожу криницю.</w:t>
      </w:r>
    </w:p>
    <w:p>
      <w:r>
        <w:br/>
        <w:t>СВІТАНОК</w:t>
      </w:r>
    </w:p>
    <w:p>
      <w:r>
        <w:br/>
        <w:t>Як той Амур крилатий,&lt;br /&gt;</w:t>
        <w:br/>
        <w:t>усі співці й стрільці —&lt;br /&gt;</w:t>
        <w:br/>
        <w:t>сліпці.</w:t>
      </w:r>
    </w:p>
    <w:p>
      <w:r>
        <w:br/>
        <w:t>В яро-зеленій ночі&lt;br /&gt;</w:t>
        <w:br/>
        <w:t>од співів-стріл&lt;br /&gt;</w:t>
        <w:br/>
        <w:t>гарячим цвітом півників&lt;br /&gt;</w:t>
        <w:br/>
        <w:t>снується слід.</w:t>
      </w:r>
    </w:p>
    <w:p>
      <w:r>
        <w:br/>
        <w:t>Лілові хмари поре&lt;br /&gt;</w:t>
        <w:br/>
        <w:t>місяця кіль,&lt;br /&gt;</w:t>
        <w:br/>
        <w:t>у сагайдаки роси&lt;br /&gt;</w:t>
        <w:br/>
        <w:t>краплють відтіль.</w:t>
      </w:r>
    </w:p>
    <w:p>
      <w:r>
        <w:br/>
        <w:t>Ах, як той Амур крилатий,&lt;br /&gt;</w:t>
        <w:br/>
        <w:t>усі співці й стрільці —&lt;br /&gt;</w:t>
        <w:br/>
        <w:t>сліпці!</w:t>
      </w:r>
    </w:p>
    <w:p>
      <w:r>
        <w:br/>
        <w:t>МАЛЮНКИ ПЕТЕНЕРИ</w:t>
      </w:r>
    </w:p>
    <w:p>
      <w:r>
        <w:br/>
        <w:t>ДЗВОНИ</w:t>
      </w:r>
    </w:p>
    <w:p>
      <w:r>
        <w:br/>
        <w:t>Приспівка</w:t>
      </w:r>
    </w:p>
    <w:p>
      <w:r>
        <w:br/>
        <w:t>Дзвонять дзвони&lt;br /&gt;</w:t>
        <w:br/>
        <w:t>на подзвіння&lt;br /&gt;</w:t>
        <w:br/>
        <w:t>з жовтої дзвіниці.</w:t>
      </w:r>
    </w:p>
    <w:p>
      <w:r>
        <w:br/>
        <w:t>Жовтий вітер&lt;br /&gt;</w:t>
        <w:br/>
        <w:t>несе подзвін,&lt;br /&gt;</w:t>
        <w:br/>
        <w:t>жовте вітровіння.</w:t>
      </w:r>
    </w:p>
    <w:p>
      <w:r>
        <w:br/>
        <w:t>Змовкли дзвони&lt;br /&gt;</w:t>
        <w:br/>
        <w:t>на подзвіння&lt;br /&gt;</w:t>
        <w:br/>
        <w:t>з жовтої дзвіниці.</w:t>
      </w:r>
    </w:p>
    <w:p>
      <w:r>
        <w:br/>
        <w:t>Жовтий вітер&lt;br /&gt;</w:t>
        <w:br/>
        <w:t>жене порох,&lt;br /&gt;</w:t>
        <w:br/>
        <w:t>ніби срібні вівці.</w:t>
      </w:r>
    </w:p>
    <w:p>
      <w:r>
        <w:br/>
        <w:t>ДОРОГА</w:t>
      </w:r>
    </w:p>
    <w:p>
      <w:r>
        <w:br/>
        <w:t>Сто вершників у чорних шатах —&lt;br /&gt;</w:t>
        <w:br/>
        <w:t>куди, відкіль? —&lt;br /&gt;</w:t>
        <w:br/>
        <w:t>під небом їдуть низьковітим&lt;br /&gt;</w:t>
        <w:br/>
        <w:t>вечірніх піль.&lt;br /&gt;</w:t>
        <w:br/>
        <w:t>Ні в Кордову, ані в Севілью&lt;br /&gt;</w:t>
        <w:br/>
        <w:t>їм не вступить,&lt;br /&gt;</w:t>
        <w:br/>
        <w:t>ані в Гранаду, що намарно&lt;br /&gt;</w:t>
        <w:br/>
        <w:t>про море снить.&lt;br /&gt;</w:t>
        <w:br/>
        <w:t>А занесуть їх сонні коні&lt;br /&gt;</w:t>
        <w:br/>
        <w:t>у лабіринт&lt;br /&gt;</w:t>
        <w:br/>
        <w:t>хрестів, де співу жалібнoго&lt;br /&gt;</w:t>
        <w:br/>
        <w:t>тремтливий ритм.&lt;br /&gt;</w:t>
        <w:br/>
        <w:t>Несуть по сім жалів-кинджалів —&lt;br /&gt;</w:t>
        <w:br/>
        <w:t>куди, відкіль? —&lt;br /&gt;</w:t>
        <w:br/>
        <w:t>сто вершників, сто андалузців,&lt;br /&gt;</w:t>
        <w:br/>
        <w:t>сто мар хитких.</w:t>
      </w:r>
    </w:p>
    <w:p>
      <w:r>
        <w:br/>
        <w:t>ШІСТЬ СТРУН</w:t>
      </w:r>
    </w:p>
    <w:p>
      <w:r>
        <w:br/>
        <w:t>Озивається гітара —&lt;br /&gt;</w:t>
        <w:br/>
        <w:t>мрії сльози ронять.&lt;br /&gt;</w:t>
        <w:br/>
        <w:t>Душ загублених ридання&lt;br /&gt;</w:t>
        <w:br/>
        <w:t>і стогони&lt;br /&gt;</w:t>
        <w:br/>
        <w:t>добуваються ій з круглого&lt;br /&gt;</w:t>
        <w:br/>
        <w:t>горла.&lt;br /&gt;</w:t>
        <w:br/>
        <w:t>Мов тая павучиха,&lt;br /&gt;</w:t>
        <w:br/>
        <w:t>зірчасту тче мережу,&lt;br /&gt;</w:t>
        <w:br/>
        <w:t>аби ловить зітхання,&lt;br /&gt;</w:t>
        <w:br/>
        <w:t>що плавлють в її чорній&lt;br /&gt;</w:t>
        <w:br/>
        <w:t>цямрованій криниці.</w:t>
      </w:r>
    </w:p>
    <w:p>
      <w:r>
        <w:br/>
        <w:t>ТАНОК</w:t>
      </w:r>
    </w:p>
    <w:p>
      <w:r>
        <w:br/>
        <w:t>У саду Петенери</w:t>
      </w:r>
    </w:p>
    <w:p>
      <w:r>
        <w:br/>
        <w:t>У саду вечірнім&lt;br /&gt;</w:t>
        <w:br/>
        <w:t>шість циганок&lt;br /&gt;</w:t>
        <w:br/>
        <w:t>ведуть коло, серденько,&lt;br /&gt;</w:t>
        <w:br/>
        <w:t>ведуть танок.</w:t>
      </w:r>
    </w:p>
    <w:p>
      <w:r>
        <w:br/>
        <w:t>У саду вечірнім&lt;br /&gt;</w:t>
        <w:br/>
        <w:t>в білих шатах,&lt;br /&gt;</w:t>
        <w:br/>
        <w:t>коси в паперових&lt;br /&gt;</w:t>
        <w:br/>
        <w:t>ружах, маках.</w:t>
      </w:r>
    </w:p>
    <w:p>
      <w:r>
        <w:br/>
        <w:t>У саду вечірнім&lt;br /&gt;</w:t>
        <w:br/>
        <w:t>темну мряку&lt;br /&gt;</w:t>
        <w:br/>
        <w:t>зуби-перли креслять&lt;br /&gt;</w:t>
        <w:br/>
        <w:t>ой яскраво.</w:t>
      </w:r>
    </w:p>
    <w:p>
      <w:r>
        <w:br/>
        <w:t>Й у саду вечірнім&lt;br /&gt;</w:t>
        <w:br/>
        <w:t>тіні-мари&lt;br /&gt;</w:t>
        <w:br/>
        <w:t>сизо підіймаються&lt;br /&gt;</w:t>
        <w:br/>
        <w:t>аж під хмари.</w:t>
      </w:r>
    </w:p>
    <w:p>
      <w:r>
        <w:br/>
        <w:t>СМЕРТЬ ПЕТЕНЕРИ</w:t>
      </w:r>
    </w:p>
    <w:p>
      <w:r>
        <w:br/>
        <w:t>Помирає в білім домі&lt;br /&gt;</w:t>
        <w:br/>
        <w:t>всьогосвітня баламутка.</w:t>
      </w:r>
    </w:p>
    <w:p>
      <w:r>
        <w:br/>
        <w:t>А сто коней стали дибки,&lt;br /&gt;</w:t>
        <w:br/>
        <w:t>на них вершники убиті.</w:t>
      </w:r>
    </w:p>
    <w:p>
      <w:r>
        <w:br/>
        <w:t>В мерехтінні зір лампадних,&lt;br /&gt;</w:t>
        <w:br/>
        <w:t>зір блимучих, каламутних,&lt;br /&gt;</w:t>
        <w:br/>
        <w:t>мріють мідні її стегна&lt;br /&gt;</w:t>
        <w:br/>
        <w:t>крізь муар струмистий, мурий.</w:t>
      </w:r>
    </w:p>
    <w:p>
      <w:r>
        <w:br/>
        <w:t>А сто коней стали дибки,&lt;br /&gt;</w:t>
        <w:br/>
        <w:t>на них вершники убиті.</w:t>
      </w:r>
    </w:p>
    <w:p>
      <w:r>
        <w:br/>
        <w:t>Тіні гострі, наточені&lt;br /&gt;</w:t>
        <w:br/>
        <w:t>відкидає обрій хмурий,&lt;br /&gt;</w:t>
        <w:br/>
        <w:t>з туги рвуться на гітарі&lt;br /&gt;</w:t>
        <w:br/>
        <w:t>тугі струни.</w:t>
      </w:r>
    </w:p>
    <w:p>
      <w:r>
        <w:br/>
        <w:t>А сто коней стали дибки,&lt;br /&gt;</w:t>
        <w:br/>
        <w:t>на них вершники убиті.</w:t>
      </w:r>
    </w:p>
    <w:p>
      <w:r>
        <w:br/>
        <w:t>ФАЛЬЦЕТОМ</w:t>
      </w:r>
    </w:p>
    <w:p>
      <w:r>
        <w:br/>
        <w:t>Ой Петенеро-циганко,&lt;br /&gt;</w:t>
        <w:br/>
        <w:t>Йо-йой, Петенеро!&lt;br /&gt;</w:t>
        <w:br/>
        <w:t>Не ішли за твоїм гробом&lt;br /&gt;</w:t>
        <w:br/>
        <w:t>панночки манерні,&lt;br /&gt;</w:t>
        <w:br/>
        <w:t>що в будень і в свято носять&lt;br /&gt;</w:t>
        <w:br/>
        <w:t>мантильки біленькі,&lt;br /&gt;</w:t>
        <w:br/>
        <w:t>що Христові дають коси,&lt;br /&gt;</w:t>
        <w:br/>
        <w:t>благі та смиренні.&lt;br /&gt;</w:t>
        <w:br/>
        <w:t>А ішли за твоїм гробом&lt;br /&gt;</w:t>
        <w:br/>
        <w:t>все люди непевні,&lt;br /&gt;</w:t>
        <w:br/>
        <w:t>що на в'язах мають серце,&lt;br /&gt;</w:t>
        <w:br/>
        <w:t>на видноті нерви.&lt;br /&gt;</w:t>
        <w:br/>
        <w:t>Ішли вони до цвинтаря&lt;br /&gt;</w:t>
        <w:br/>
        <w:t>та й плакали ревно...&lt;br /&gt;</w:t>
        <w:br/>
        <w:t>Ой Петенеро-циганко,&lt;br /&gt;</w:t>
        <w:br/>
        <w:t>Йо-йой, Петенеро!</w:t>
      </w:r>
    </w:p>
    <w:p>
      <w:r>
        <w:br/>
        <w:t>"ВІЧНАЯ ПАМ'ЯТЬ"</w:t>
      </w:r>
    </w:p>
    <w:p>
      <w:r>
        <w:br/>
        <w:t>Сто щирих закоханців&lt;br /&gt;</w:t>
        <w:br/>
        <w:t>навік-віків заснули,&lt;br /&gt;</w:t>
        <w:br/>
        <w:t>в сухoземлі спочили.&lt;br /&gt;</w:t>
        <w:br/>
        <w:t>Є в нашій Андалузії&lt;br /&gt;</w:t>
        <w:br/>
        <w:t>шляхи руді й червоні,&lt;br /&gt;</w:t>
        <w:br/>
        <w:t>маслини в зелен лузі,&lt;br /&gt;</w:t>
        <w:br/>
        <w:t>є де хрести поставити,&lt;br /&gt;</w:t>
        <w:br/>
        <w:t>щоб не забули люди.</w:t>
      </w:r>
    </w:p>
    <w:p>
      <w:r>
        <w:br/>
        <w:t>Сто щирих закоханців&lt;br /&gt;</w:t>
        <w:br/>
        <w:t>навік-віків заснули.</w:t>
      </w:r>
    </w:p>
    <w:p>
      <w:r>
        <w:br/>
        <w:t>ПОДЗВІННЯ</w:t>
      </w:r>
    </w:p>
    <w:p>
      <w:r>
        <w:br/>
        <w:t>Дзвонять дзвони&lt;br /&gt;</w:t>
        <w:br/>
        <w:t>на подзвіння&lt;br /&gt;</w:t>
        <w:br/>
        <w:t>з жовтої дзвіниці.</w:t>
      </w:r>
    </w:p>
    <w:p>
      <w:r>
        <w:br/>
        <w:t>Жовтий вітер&lt;br /&gt;</w:t>
        <w:br/>
        <w:t>несе подзвін,&lt;br /&gt;</w:t>
        <w:br/>
        <w:t>жовте вітровіння,</w:t>
      </w:r>
    </w:p>
    <w:p>
      <w:r>
        <w:br/>
        <w:t>А смерть іде по дорозі&lt;br /&gt;</w:t>
        <w:br/>
        <w:t>в цитриновім&lt;br /&gt;</w:t>
        <w:br/>
        <w:t>в'ялім цвіті.</w:t>
      </w:r>
    </w:p>
    <w:p>
      <w:r>
        <w:br/>
        <w:t>Іде вона, виграває&lt;br /&gt;</w:t>
        <w:br/>
        <w:t>на релі на білій&lt;br /&gt;</w:t>
        <w:br/>
        <w:t>і співає, і співає&lt;br /&gt;</w:t>
        <w:br/>
        <w:t>все одної співи.</w:t>
      </w:r>
    </w:p>
    <w:p>
      <w:r>
        <w:br/>
        <w:t>Змовкли дзвони на подзвіння&lt;br /&gt;</w:t>
        <w:br/>
        <w:t>з жовтої дзвіниці.</w:t>
      </w:r>
    </w:p>
    <w:p>
      <w:r>
        <w:br/>
        <w:t>Жовтий вітер жене порох,&lt;br /&gt;</w:t>
        <w:br/>
        <w:t>ніби срібні вівці.</w:t>
      </w:r>
    </w:p>
    <w:p>
      <w:r>
        <w:br/>
        <w:t>ДВІ ДІВЧИНИ</w:t>
      </w:r>
    </w:p>
    <w:p>
      <w:r>
        <w:br/>
        <w:t>ЛОЛА</w:t>
      </w:r>
    </w:p>
    <w:p>
      <w:r>
        <w:br/>
        <w:t>Пере білизну Лола,&lt;br /&gt;</w:t>
        <w:br/>
        <w:t>цвіте кругом садок.&lt;br /&gt;</w:t>
        <w:br/>
        <w:t>Зелені в неї очі,&lt;br /&gt;</w:t>
        <w:br/>
        <w:t>а голос — як бузок.</w:t>
      </w:r>
    </w:p>
    <w:p>
      <w:r>
        <w:br/>
        <w:t>Прийди, милий, прилини,&lt;br /&gt;</w:t>
        <w:br/>
        <w:t>помаранчі зацвіли!</w:t>
      </w:r>
    </w:p>
    <w:p>
      <w:r>
        <w:br/>
        <w:t>Весняним щирим сонцем&lt;br /&gt;</w:t>
        <w:br/>
        <w:t>хлюпочеться струмок,&lt;br /&gt;</w:t>
        <w:br/>
        <w:t>а соловей в оливині:&lt;br /&gt;</w:t>
        <w:br/>
        <w:t>"Тьох, тьох, тьоророх!"</w:t>
      </w:r>
    </w:p>
    <w:p>
      <w:r>
        <w:br/>
        <w:t>Прийди, милий, прилини,&lt;br /&gt;</w:t>
        <w:br/>
        <w:t>помаранчі зацвіли!</w:t>
      </w:r>
    </w:p>
    <w:p>
      <w:r>
        <w:br/>
        <w:t>Як змилить мило Лола&lt;br /&gt;</w:t>
        <w:br/>
        <w:t>(іще один брусок),&lt;br /&gt;</w:t>
        <w:br/>
        <w:t>прийдуть тореадори&lt;br /&gt;</w:t>
        <w:br/>
        <w:t>до неї у садок.</w:t>
      </w:r>
    </w:p>
    <w:p>
      <w:r>
        <w:br/>
        <w:t>Прийди, милий, прилини,&lt;br /&gt;</w:t>
        <w:br/>
        <w:t>помаранчі зацвіли!</w:t>
      </w:r>
    </w:p>
    <w:p>
      <w:r>
        <w:br/>
        <w:t>АМПАРО</w:t>
      </w:r>
    </w:p>
    <w:p>
      <w:r>
        <w:br/>
        <w:t>Ампаро...&lt;br /&gt;</w:t>
        <w:br/>
        <w:t>Одним одна в своїм домі,&lt;br /&gt;</w:t>
        <w:br/>
        <w:t>сердешная паво!&lt;br /&gt;</w:t>
        <w:br/>
        <w:t>Вся в білім — чи лілея,&lt;br /&gt;</w:t>
        <w:br/>
        <w:t>чи купава?</w:t>
      </w:r>
    </w:p>
    <w:p>
      <w:r>
        <w:br/>
        <w:t>Цілу днину тільки й чуєш&lt;br /&gt;</w:t>
        <w:br/>
        <w:t>плюскіт млявого фонтана&lt;br /&gt;</w:t>
        <w:br/>
        <w:t>та канарки жовті трелі,&lt;br /&gt;</w:t>
        <w:br/>
        <w:t>сердешная панно!</w:t>
      </w:r>
    </w:p>
    <w:p>
      <w:r>
        <w:br/>
        <w:t>А надвечір тільки й бачиш,&lt;br /&gt;</w:t>
        <w:br/>
        <w:t>як тремтять за вікном пальми,&lt;br /&gt;</w:t>
        <w:br/>
        <w:t>коли шиєш-вишиваєш&lt;br /&gt;</w:t>
        <w:br/>
        <w:t>вензелі — собі ж на пам'ять.</w:t>
      </w:r>
    </w:p>
    <w:p>
      <w:r>
        <w:br/>
        <w:t>Ампаро...&lt;br /&gt;</w:t>
        <w:br/>
        <w:t>Одним одна в своїм домі,&lt;br /&gt;</w:t>
        <w:br/>
        <w:t>білая купаво!&lt;br /&gt;</w:t>
        <w:br/>
        <w:t>Ампаро,&lt;br /&gt;</w:t>
        <w:br/>
        <w:t>і сказав би, та не смію:&lt;br /&gt;</w:t>
        <w:br/>
        <w:t>будь мені за пару!</w:t>
      </w:r>
    </w:p>
    <w:p>
      <w:r>
        <w:br/>
        <w:t>АНДАЛУЗЬКІ ВІНЬЄТКИ</w:t>
      </w:r>
    </w:p>
    <w:p>
      <w:r>
        <w:br/>
        <w:t>ПОРТРЕТ СІЛЬВЕРІЯ ФРАНКОНЕТТІ</w:t>
      </w:r>
    </w:p>
    <w:p>
      <w:r>
        <w:br/>
        <w:t>Чи то по-циганськи,&lt;br /&gt;</w:t>
        <w:br/>
        <w:t>чи по-італійськи —&lt;br /&gt;</w:t>
        <w:br/>
        <w:t>як співав отой Сільверйо,&lt;br /&gt;</w:t>
        <w:br/>
        <w:t>чарівник севільський?&lt;br /&gt;</w:t>
        <w:br/>
        <w:t>Італійський мед густий&lt;br /&gt;</w:t>
        <w:br/>
        <w:t>і наша цитрина&lt;br /&gt;</w:t>
        <w:br/>
        <w:t>ринули плачем глибоким&lt;br /&gt;</w:t>
        <w:br/>
        <w:t>в його сигіріях.&lt;br /&gt;</w:t>
        <w:br/>
        <w:t>Старі люди кажуть, був&lt;br /&gt;</w:t>
        <w:br/>
        <w:t>крик його жахливий:&lt;br /&gt;</w:t>
        <w:br/>
        <w:t>як гукне — у слухачів&lt;br /&gt;</w:t>
        <w:br/>
        <w:t>волос в'яне сивий;&lt;br /&gt;</w:t>
        <w:br/>
        <w:t>навіть лопались дзеркала&lt;br /&gt;</w:t>
        <w:br/>
        <w:t>од тієї сили.&lt;br /&gt;</w:t>
        <w:br/>
        <w:t>Як хотів ходив по звуках —&lt;br /&gt;</w:t>
        <w:br/>
        <w:t>і лишались цілі.&lt;br /&gt;</w:t>
        <w:br/>
        <w:t>Був творець і садівник&lt;br /&gt;</w:t>
        <w:br/>
        <w:t>(що у нім цінніше?) —&lt;br /&gt;</w:t>
        <w:br/>
        <w:t>бо ростив, творив альтанки&lt;br /&gt;</w:t>
        <w:br/>
        <w:t>для самої тиші.&lt;br /&gt;</w:t>
        <w:br/>
        <w:t>Тепер його мелодія&lt;br /&gt;</w:t>
        <w:br/>
        <w:t>заснула навіки.&lt;br /&gt;</w:t>
        <w:br/>
        <w:t>Остаточна й неповторна&lt;br /&gt;</w:t>
        <w:br/>
        <w:t>вовіки і віки.</w:t>
      </w:r>
    </w:p>
    <w:p>
      <w:r>
        <w:br/>
        <w:t>ХУАН БРЕВА</w:t>
      </w:r>
    </w:p>
    <w:p>
      <w:r>
        <w:br/>
        <w:t>При велетенськім тілі&lt;br /&gt;</w:t>
        <w:br/>
        <w:t>він голос мав тоненький —&lt;br /&gt;</w:t>
        <w:br/>
        <w:t>дівчачий, дитинний.&lt;br /&gt;</w:t>
        <w:br/>
        <w:t>О незрівнянне тремоло!&lt;br /&gt;</w:t>
        <w:br/>
        <w:t>Ні, то була не пісня,&lt;br /&gt;</w:t>
        <w:br/>
        <w:t>а за рахманним усміхом&lt;br /&gt;</w:t>
        <w:br/>
        <w:t>сама журба невтішна.&lt;br /&gt;</w:t>
        <w:br/>
        <w:t>Лимонне майво Мaлаги&lt;br /&gt;</w:t>
        <w:br/>
        <w:t>у співі тім кипіло,&lt;br /&gt;</w:t>
        <w:br/>
        <w:t>а в голосінні чулася&lt;br /&gt;</w:t>
        <w:br/>
        <w:t>морська солона піна.&lt;br /&gt;</w:t>
        <w:br/>
        <w:t>Як той Гомер, сліпий співав,&lt;br /&gt;</w:t>
        <w:br/>
        <w:t>а в голосі бриніли&lt;br /&gt;</w:t>
        <w:br/>
        <w:t>безсяйні хвилі моря&lt;br /&gt;</w:t>
        <w:br/>
        <w:t>і чавлені цитрини.</w:t>
      </w:r>
    </w:p>
    <w:p>
      <w:r>
        <w:br/>
        <w:t>КАФЕШАНТАН</w:t>
      </w:r>
    </w:p>
    <w:p>
      <w:r>
        <w:br/>
        <w:t>Кришталеві люстри,&lt;br /&gt;</w:t>
        <w:br/>
        <w:t>зелені дзеркала.</w:t>
      </w:r>
    </w:p>
    <w:p>
      <w:r>
        <w:br/>
        <w:t>На темнім помості&lt;br /&gt;</w:t>
        <w:br/>
        <w:t>Долорес Паррала&lt;br /&gt;</w:t>
        <w:br/>
        <w:t>з смертю&lt;br /&gt;</w:t>
        <w:br/>
        <w:t>розмовляє.&lt;br /&gt;</w:t>
        <w:br/>
        <w:t>Кличе — смерть не йде,&lt;br /&gt;</w:t>
        <w:br/>
        <w:t>вона знов гукає.&lt;br /&gt;</w:t>
        <w:br/>
        <w:t>Люди&lt;br /&gt;</w:t>
        <w:br/>
        <w:t>давляться риданням.&lt;br /&gt;</w:t>
        <w:br/>
        <w:t>Шлейфи майорять&lt;br /&gt;</w:t>
        <w:br/>
        <w:t>єдвабні,&lt;br /&gt;</w:t>
        <w:br/>
        <w:t>моторошно мерехтять&lt;br /&gt;</w:t>
        <w:br/>
        <w:t>в зелених дзеркалах.</w:t>
      </w:r>
    </w:p>
    <w:p>
      <w:r>
        <w:br/>
        <w:t>ПЕРЕДСМЕРТНИЙ ЛЕМЕНТ</w:t>
      </w:r>
    </w:p>
    <w:p>
      <w:r>
        <w:br/>
        <w:t>На чорному небі&lt;br /&gt;</w:t>
        <w:br/>
        <w:t>мідянії змії.</w:t>
      </w:r>
    </w:p>
    <w:p>
      <w:r>
        <w:br/>
        <w:t>Я на світ прийшов з очима,&lt;br /&gt;</w:t>
        <w:br/>
        <w:t>а іду безокий.&lt;br /&gt;</w:t>
        <w:br/>
        <w:t>Жалься, Боже милосердий!&lt;br /&gt;</w:t>
        <w:br/>
        <w:t>Скоро уже, скоро:&lt;br /&gt;</w:t>
        <w:br/>
        <w:t>долі он покров жалобний&lt;br /&gt;</w:t>
        <w:br/>
        <w:t>і свічка воскова.</w:t>
      </w:r>
    </w:p>
    <w:p>
      <w:r>
        <w:br/>
        <w:t>Я хотів прийти туди,&lt;br /&gt;</w:t>
        <w:br/>
        <w:t>де самі достойні.&lt;br /&gt;</w:t>
        <w:br/>
        <w:t>Та й прийшов же, милий Боже!&lt;br /&gt;</w:t>
        <w:br/>
        <w:t>Скоро уже, скоро:&lt;br /&gt;</w:t>
        <w:br/>
        <w:t>долі он покров жалобний&lt;br /&gt;</w:t>
        <w:br/>
        <w:t>і свічка воскова.</w:t>
      </w:r>
    </w:p>
    <w:p>
      <w:r>
        <w:br/>
        <w:t>Ой лимоннику зелений,&lt;br /&gt;</w:t>
        <w:br/>
        <w:t>жовтії лимони!&lt;br /&gt;</w:t>
        <w:br/>
        <w:t>Ви кидайте ті лимони&lt;br /&gt;</w:t>
        <w:br/>
        <w:t>за вітром на спомин.&lt;br /&gt;</w:t>
        <w:br/>
        <w:t>Ви знаєте, що вже скоро,&lt;br /&gt;</w:t>
        <w:br/>
        <w:t>скоро —&lt;br /&gt;</w:t>
        <w:br/>
        <w:t>долі он покров жалобний&lt;br /&gt;</w:t>
        <w:br/>
        <w:t>і свічка воскова.</w:t>
      </w:r>
    </w:p>
    <w:p>
      <w:r>
        <w:br/>
        <w:t>На чорному небі&lt;br /&gt;</w:t>
        <w:br/>
        <w:t>мідянії змії.</w:t>
      </w:r>
    </w:p>
    <w:p>
      <w:r>
        <w:br/>
        <w:t>ЗАМОВА</w:t>
      </w:r>
    </w:p>
    <w:p>
      <w:r>
        <w:br/>
        <w:t>Рука скарлючена,&lt;br /&gt;</w:t>
        <w:br/>
        <w:t>немов Медуза,&lt;br /&gt;</w:t>
        <w:br/>
        <w:t>сліпить лампаді&lt;br /&gt;</w:t>
        <w:br/>
        <w:t>болюче око.</w:t>
      </w:r>
    </w:p>
    <w:p>
      <w:r>
        <w:br/>
        <w:t>Хрестаті ножиці,&lt;br /&gt;</w:t>
        <w:br/>
        <w:t>хрестовий туз.</w:t>
      </w:r>
    </w:p>
    <w:p>
      <w:r>
        <w:br/>
        <w:t>В кадильнім сизім димі,&lt;br /&gt;</w:t>
        <w:br/>
        <w:t>у млосних хвилях ладану&lt;br /&gt;</w:t>
        <w:br/>
        <w:t>вона кротом ввижається,&lt;br /&gt;</w:t>
        <w:br/>
        <w:t>метеликом маріє.</w:t>
      </w:r>
    </w:p>
    <w:p>
      <w:r>
        <w:br/>
        <w:t>Хрестаті ножиці,&lt;br /&gt;</w:t>
        <w:br/>
        <w:t>хрестовий туз.</w:t>
      </w:r>
    </w:p>
    <w:p>
      <w:r>
        <w:br/>
        <w:t>Вона стискае серце&lt;br /&gt;</w:t>
        <w:br/>
        <w:t>незриме — бачиш?&lt;br /&gt;</w:t>
        <w:br/>
        <w:t>Серце,&lt;br /&gt;</w:t>
        <w:br/>
        <w:t>одсвічене у вітрі.</w:t>
      </w:r>
    </w:p>
    <w:p>
      <w:r>
        <w:br/>
        <w:t>Хрестаті ножиці,&lt;br /&gt;</w:t>
        <w:br/>
        <w:t>хрестовий туз.</w:t>
      </w:r>
    </w:p>
    <w:p>
      <w:r>
        <w:br/>
        <w:t>MEMENTO *</w:t>
      </w:r>
    </w:p>
    <w:p>
      <w:r>
        <w:br/>
        <w:t>Коли я помру,&lt;br /&gt;</w:t>
        <w:br/>
        <w:t>покладіть мене й мою гітару&lt;br /&gt;</w:t>
        <w:br/>
        <w:t>в піскову труну.</w:t>
      </w:r>
    </w:p>
    <w:p>
      <w:r>
        <w:br/>
        <w:t>Коли я помру,&lt;br /&gt;</w:t>
        <w:br/>
        <w:t>поховайте мене в руті-м'яті,&lt;br /&gt;</w:t>
        <w:br/>
        <w:t>в миртовім гаю.</w:t>
      </w:r>
    </w:p>
    <w:p>
      <w:r>
        <w:br/>
        <w:t>Коли я помру,&lt;br /&gt;</w:t>
        <w:br/>
        <w:t>прапорцем на дах мене поставте —&lt;br /&gt;</w:t>
        <w:br/>
        <w:t>хай помайорю.</w:t>
      </w:r>
    </w:p>
    <w:p>
      <w:r>
        <w:br/>
        <w:t>Коли я помру...</w:t>
      </w:r>
    </w:p>
    <w:p>
      <w:r>
        <w:br/>
        <w:t>ТРОЄ МІСТ</w:t>
      </w:r>
    </w:p>
    <w:p>
      <w:r>
        <w:br/>
        <w:t>МАЛАГЕНЬЯ</w:t>
      </w:r>
    </w:p>
    <w:p>
      <w:r>
        <w:br/>
        <w:t>Смерть&lt;br /&gt;</w:t>
        <w:br/>
        <w:t>входить у таверну,&lt;br /&gt;</w:t>
        <w:br/>
        <w:t>виходить із таверни.</w:t>
      </w:r>
    </w:p>
    <w:p>
      <w:r>
        <w:br/>
        <w:t>Проходять чорні коні&lt;br /&gt;</w:t>
        <w:br/>
        <w:t>і люди лиховісні&lt;br /&gt;</w:t>
        <w:br/>
        <w:t>глибокими ярами&lt;br /&gt;</w:t>
        <w:br/>
        <w:t>гітари.</w:t>
      </w:r>
    </w:p>
    <w:p>
      <w:r>
        <w:br/>
        <w:t>Немов у лихоманці&lt;br /&gt;</w:t>
        <w:br/>
        <w:t>над морем туберози,&lt;br /&gt;</w:t>
        <w:br/>
        <w:t>в них пахне сіль гірка&lt;br /&gt;</w:t>
        <w:br/>
        <w:t>і кров жіноча.</w:t>
      </w:r>
    </w:p>
    <w:p>
      <w:r>
        <w:br/>
        <w:t>Смерть&lt;br /&gt;</w:t>
        <w:br/>
        <w:t>увійде у таверну,&lt;br /&gt;</w:t>
        <w:br/>
        <w:t>і вийде із таверни,&lt;br /&gt;</w:t>
        <w:br/>
        <w:t>і знов&lt;br /&gt;</w:t>
        <w:br/>
        <w:t>туди заверне.</w:t>
      </w:r>
    </w:p>
    <w:p>
      <w:r>
        <w:br/>
        <w:t>* Пам'ятай (латин.).</w:t>
      </w:r>
    </w:p>
    <w:p>
      <w:r>
        <w:br/>
        <w:t>НА ОКОЛИЦІ КОРДОВИ</w:t>
      </w:r>
    </w:p>
    <w:p>
      <w:r>
        <w:br/>
        <w:t>Нічний образок</w:t>
      </w:r>
    </w:p>
    <w:p>
      <w:r>
        <w:br/>
        <w:t>В домі вікна заслонили,&lt;br /&gt;</w:t>
        <w:br/>
        <w:t>щоб зорі померкли,&lt;br /&gt;</w:t>
        <w:br/>
        <w:t>бо надворі ніч упала,&lt;br /&gt;</w:t>
        <w:br/>
        <w:t>а в тім домі — дівча мертве.&lt;br /&gt;</w:t>
        <w:br/>
        <w:t>В чорні коси уплелися&lt;br /&gt;</w:t>
        <w:br/>
        <w:t>троянди черлені,&lt;br /&gt;</w:t>
        <w:br/>
        <w:t>по небіжці на решітці&lt;br /&gt;</w:t>
        <w:br/>
        <w:t>плачуть соловейки.</w:t>
      </w:r>
    </w:p>
    <w:p>
      <w:r>
        <w:br/>
        <w:t>Ідуть люди та й зітхають,&lt;br /&gt;</w:t>
        <w:br/>
        <w:t>а гітара і не бренькне.</w:t>
      </w:r>
    </w:p>
    <w:p>
      <w:r>
        <w:br/>
        <w:t>ТАНЕЦЬ</w:t>
      </w:r>
    </w:p>
    <w:p>
      <w:r>
        <w:br/>
        <w:t>Стара Кармен рано-вранці&lt;br /&gt;</w:t>
        <w:br/>
        <w:t>пішла в танець по Севільї.&lt;br /&gt;</w:t>
        <w:br/>
        <w:t>В неї очі іще чорні,&lt;br /&gt;</w:t>
        <w:br/>
        <w:t>а коси вже посивіли.</w:t>
      </w:r>
    </w:p>
    <w:p>
      <w:r>
        <w:br/>
        <w:t>Гей, панянки-севільянки,&lt;br /&gt;</w:t>
        <w:br/>
        <w:t>одслоняйте фіранки!</w:t>
      </w:r>
    </w:p>
    <w:p>
      <w:r>
        <w:br/>
        <w:t>На голові змія жовта&lt;br /&gt;</w:t>
        <w:br/>
        <w:t>клубочеться, чари діє.&lt;br /&gt;</w:t>
        <w:br/>
        <w:t>А мене ж колись кохали&lt;br /&gt;</w:t>
        <w:br/>
        <w:t>хлопці браві, молодії...</w:t>
      </w:r>
    </w:p>
    <w:p>
      <w:r>
        <w:br/>
        <w:t>Гей, панянки-севільянки,&lt;br /&gt;</w:t>
        <w:br/>
        <w:t>одслоняйте фіранки!</w:t>
      </w:r>
    </w:p>
    <w:p>
      <w:r>
        <w:br/>
        <w:t>На вулиці звечоріло,&lt;br /&gt;</w:t>
        <w:br/>
        <w:t>люди мову потушили,&lt;br /&gt;</w:t>
        <w:br/>
        <w:t>десь лиш серця андалузькі&lt;br /&gt;</w:t>
        <w:br/>
        <w:t>бродять в пошуках шипшини.</w:t>
      </w:r>
    </w:p>
    <w:p>
      <w:r>
        <w:br/>
        <w:t>Гей, панянки-севільянки,&lt;br /&gt;</w:t>
        <w:br/>
        <w:t>заслоняйте фіранки!</w:t>
      </w:r>
    </w:p>
    <w:p>
      <w:r>
        <w:br/>
        <w:t>ШІСТЬ ХИМЕР</w:t>
      </w:r>
    </w:p>
    <w:p>
      <w:r>
        <w:br/>
        <w:t>ЗАГАДКА НА ГІТАРУ</w:t>
      </w:r>
    </w:p>
    <w:p>
      <w:r>
        <w:br/>
        <w:t>На круглому&lt;br /&gt;</w:t>
        <w:br/>
        <w:t>майдані&lt;br /&gt;</w:t>
        <w:br/>
        <w:t>ведуть танок&lt;br /&gt;</w:t>
        <w:br/>
        <w:t>шість паній —&lt;br /&gt;</w:t>
        <w:br/>
        <w:t>три жиляні,&lt;br /&gt;</w:t>
        <w:br/>
        <w:t>а три срібляні.&lt;br /&gt;</w:t>
        <w:br/>
        <w:t>Вчорашні сни&lt;br /&gt;</w:t>
        <w:br/>
        <w:t>їх, знай, шукають,&lt;br /&gt;</w:t>
        <w:br/>
        <w:t>та золотий циклоп&lt;br /&gt;</w:t>
        <w:br/>
        <w:t>обняв і не пускає.</w:t>
      </w:r>
    </w:p>
    <w:p>
      <w:r>
        <w:br/>
        <w:t>Гітара!</w:t>
      </w:r>
    </w:p>
    <w:p>
      <w:r>
        <w:br/>
        <w:t>СВІЧКА</w:t>
      </w:r>
    </w:p>
    <w:p>
      <w:r>
        <w:br/>
        <w:t>Ох, як тяжко задумалось&lt;br /&gt;</w:t>
        <w:br/>
        <w:t>полум'я свічки!</w:t>
      </w:r>
    </w:p>
    <w:p>
      <w:r>
        <w:br/>
        <w:t>Мов той факір, вдивляється&lt;br /&gt;</w:t>
        <w:br/>
        <w:t>у золоте нутро своє&lt;br /&gt;</w:t>
        <w:br/>
        <w:t>і тьмариться — йому&lt;br /&gt;</w:t>
        <w:br/>
        <w:t>безвітрі сфери маряться.</w:t>
      </w:r>
    </w:p>
    <w:p>
      <w:r>
        <w:br/>
        <w:t>Розжеврений лелека&lt;br /&gt;</w:t>
        <w:br/>
        <w:t>клює з свого гнізда&lt;br /&gt;</w:t>
        <w:br/>
        <w:t>тугу й дебелу темряву&lt;br /&gt;</w:t>
        <w:br/>
        <w:t>і падає тріпотячи&lt;br /&gt;</w:t>
        <w:br/>
        <w:t>у круглі очі-вирла&lt;br /&gt;</w:t>
        <w:br/>
        <w:t>циганчукові мертвому.</w:t>
      </w:r>
    </w:p>
    <w:p>
      <w:r>
        <w:br/>
        <w:t>БРЯЗКАЛО</w:t>
      </w:r>
    </w:p>
    <w:p>
      <w:r>
        <w:br/>
        <w:t>Брязкало.&lt;br /&gt;</w:t>
        <w:br/>
        <w:t>Брязкало.&lt;br /&gt;</w:t>
        <w:br/>
        <w:t>Брязкало.&lt;br /&gt;</w:t>
        <w:br/>
        <w:t>Жучок-гучок.</w:t>
      </w:r>
    </w:p>
    <w:p>
      <w:r>
        <w:br/>
        <w:t>В руці, як у сільці,&lt;br /&gt;</w:t>
        <w:br/>
        <w:t>дрібушки дробиш,&lt;br /&gt;</w:t>
        <w:br/>
        <w:t>повітрю-літеплу&lt;br /&gt;</w:t>
        <w:br/>
        <w:t>кучері плоїш&lt;br /&gt;</w:t>
        <w:br/>
        <w:t>і в дерев'яних трелях&lt;br /&gt;</w:t>
        <w:br/>
        <w:t>тонеш.</w:t>
      </w:r>
    </w:p>
    <w:p>
      <w:r>
        <w:br/>
        <w:t>Брязкало.&lt;br /&gt;</w:t>
        <w:br/>
        <w:t>Брязкало.&lt;br /&gt;</w:t>
        <w:br/>
        <w:t>Брязкало.&lt;br /&gt;</w:t>
        <w:br/>
        <w:t>Жучок-гучок.</w:t>
      </w:r>
    </w:p>
    <w:p>
      <w:r>
        <w:br/>
        <w:t>КАКТУС</w:t>
      </w:r>
    </w:p>
    <w:p>
      <w:r>
        <w:br/>
        <w:t>Ти, дикий, Лаокооне!</w:t>
      </w:r>
    </w:p>
    <w:p>
      <w:r>
        <w:br/>
        <w:t>Як же тобі добре&lt;br /&gt;</w:t>
        <w:br/>
        <w:t>під місяцем-перекроєм!</w:t>
      </w:r>
    </w:p>
    <w:p>
      <w:r>
        <w:br/>
        <w:t>Рясний дискоболе...</w:t>
      </w:r>
    </w:p>
    <w:p>
      <w:r>
        <w:br/>
        <w:t>Як же тобі добре,&lt;br /&gt;</w:t>
        <w:br/>
        <w:t>що ти вітер бореш!</w:t>
      </w:r>
    </w:p>
    <w:p>
      <w:r>
        <w:br/>
        <w:t>Дафна й Аттіс&lt;br /&gt;</w:t>
        <w:br/>
        <w:t>певне знають&lt;br /&gt;</w:t>
        <w:br/>
        <w:t>нез'ясненне твоє горе.</w:t>
      </w:r>
    </w:p>
    <w:p>
      <w:r>
        <w:br/>
        <w:t>АГАВА</w:t>
      </w:r>
    </w:p>
    <w:p>
      <w:r>
        <w:br/>
        <w:t>Закам'янілий спрут.</w:t>
      </w:r>
    </w:p>
    <w:p>
      <w:r>
        <w:br/>
        <w:t>Пасами попелястими&lt;br /&gt;</w:t>
        <w:br/>
        <w:t>ти гори оперезуєш,&lt;br /&gt;</w:t>
        <w:br/>
        <w:t>зубами страшелезними&lt;br /&gt;</w:t>
        <w:br/>
        <w:t>яруги обмережуєш.</w:t>
      </w:r>
    </w:p>
    <w:p>
      <w:r>
        <w:br/>
        <w:t>Закам'янілий спрут.</w:t>
      </w:r>
    </w:p>
    <w:p>
      <w:r>
        <w:br/>
        <w:t>ХРЕСТ</w:t>
      </w:r>
    </w:p>
    <w:p>
      <w:r>
        <w:br/>
        <w:t>Хрест.&lt;br /&gt;</w:t>
        <w:br/>
        <w:t>(Крапка&lt;br /&gt;</w:t>
        <w:br/>
        <w:t>в кінці шляху).</w:t>
      </w:r>
    </w:p>
    <w:p>
      <w:r>
        <w:br/>
        <w:t>Задивився в рівчак.&lt;br /&gt;</w:t>
        <w:br/>
        <w:t>(Багато крапок).</w:t>
      </w:r>
    </w:p>
    <w:p>
      <w:r>
        <w:br/>
        <w:t>ЦИГАНСЬКИЙ БАЛАДНИК</w:t>
      </w:r>
    </w:p>
    <w:p>
      <w:r>
        <w:br/>
        <w:t>ПРО ЦАРІВНУ МІСЯЦІВНУ</w:t>
      </w:r>
    </w:p>
    <w:p>
      <w:r>
        <w:br/>
        <w:t>Прийшла в кузню Місяцівна&lt;br /&gt;</w:t>
        <w:br/>
        <w:t>в серпанковім покривалі,&lt;br /&gt;</w:t>
        <w:br/>
        <w:t>хлопчик дивиться на неї —&lt;br /&gt;</w:t>
        <w:br/>
        <w:t>краса очі пориває.&lt;br /&gt;</w:t>
        <w:br/>
        <w:t>Має білими руками,&lt;br /&gt;</w:t>
        <w:br/>
        <w:t>аж малому серце в'яне,&lt;br /&gt;</w:t>
        <w:br/>
        <w:t>вислоняє, грішна й чиста,&lt;br /&gt;</w:t>
        <w:br/>
        <w:t>тугі перса олив'яні.&lt;br /&gt;</w:t>
        <w:br/>
        <w:t>"Тікай, тікай, Місяцівно,&lt;br /&gt;</w:t>
        <w:br/>
        <w:t>6о як вернуться цигани,&lt;br /&gt;</w:t>
        <w:br/>
        <w:t>накують із твого серця&lt;br /&gt;</w:t>
        <w:br/>
        <w:t>намиста й перснів багато".&lt;br /&gt;</w:t>
        <w:br/>
        <w:t>"Дай я, хлоню, потанцюю,&lt;br /&gt;</w:t>
        <w:br/>
        <w:t>бо як вернуться чхавале,&lt;br /&gt;</w:t>
        <w:br/>
        <w:t>ти з закритими очима&lt;br /&gt;</w:t>
        <w:br/>
        <w:t>лежатимеш на ковадлі".&lt;br /&gt;</w:t>
        <w:br/>
        <w:t>"Тікай, тікай, Місяцівно!&lt;br /&gt;</w:t>
        <w:br/>
        <w:t>Чуєш, тупотять бахмати?"&lt;br /&gt;</w:t>
        <w:br/>
        <w:t>"Ну-бо, хлоню, не топчися&lt;br /&gt;</w:t>
        <w:br/>
        <w:t>по білі моїй крохмальній".</w:t>
      </w:r>
    </w:p>
    <w:p>
      <w:r>
        <w:br/>
        <w:t>Битим шляхом скаче вершник,&lt;br /&gt;</w:t>
        <w:br/>
        <w:t>мов у бубон, в шлях бабаха,&lt;br /&gt;</w:t>
        <w:br/>
        <w:t>а вже в кузні малий хлопчик&lt;br /&gt;</w:t>
        <w:br/>
        <w:t>склепив віченьки, бідаха.</w:t>
      </w:r>
    </w:p>
    <w:p>
      <w:r>
        <w:br/>
        <w:t>Гаєм їхали цигани,&lt;br /&gt;</w:t>
        <w:br/>
        <w:t>мусянджовії примари.&lt;br /&gt;</w:t>
        <w:br/>
        <w:t>Очі мружили набакир,&lt;br /&gt;</w:t>
        <w:br/>
        <w:t>рівно голови тримали.</w:t>
      </w:r>
    </w:p>
    <w:p>
      <w:r>
        <w:br/>
        <w:t>А в тім гаю пугач пуга,&lt;br /&gt;</w:t>
        <w:br/>
        <w:t>пугач пуга тоскно й жаско...&lt;br /&gt;</w:t>
        <w:br/>
        <w:t>Пливе небом Місяцівна,&lt;br /&gt;</w:t>
        <w:br/>
        <w:t>за руку держить хлоп'ятко.</w:t>
      </w:r>
    </w:p>
    <w:p>
      <w:r>
        <w:br/>
        <w:t>В кузні туж, у кузні лемент,&lt;br /&gt;</w:t>
        <w:br/>
        <w:t>плачуть, голосять цигани,&lt;br /&gt;</w:t>
        <w:br/>
        <w:t>а царівну Місяцівну&lt;br /&gt;</w:t>
        <w:br/>
        <w:t>повивають хмари, хмари.</w:t>
      </w:r>
    </w:p>
    <w:p>
      <w:r>
        <w:br/>
        <w:t>МИЛОДАНКА Й ВІТЕР</w:t>
      </w:r>
    </w:p>
    <w:p>
      <w:r>
        <w:br/>
        <w:t>Вибубнює Милоданка&lt;br /&gt;</w:t>
        <w:br/>
        <w:t>на місяці-тамбурині,&lt;br /&gt;</w:t>
        <w:br/>
        <w:t>ходить стежкою надвоє —&lt;br /&gt;</w:t>
        <w:br/>
        <w:t>по кришталю й по лаврині.&lt;br /&gt;</w:t>
        <w:br/>
        <w:t>Од баского ритму втікши,&lt;br /&gt;</w:t>
        <w:br/>
        <w:t>падає беззорна тиша&lt;br /&gt;</w:t>
        <w:br/>
        <w:t>там, де море б'ється в ніч,&lt;br /&gt;</w:t>
        <w:br/>
        <w:t>що за всі моря рибніша.&lt;br /&gt;</w:t>
        <w:br/>
        <w:t>На горі, на верхогір'ї,&lt;br /&gt;</w:t>
        <w:br/>
        <w:t>сплять озброєні гвардійці —&lt;br /&gt;</w:t>
        <w:br/>
        <w:t>білі вежі стережуть,&lt;br /&gt;</w:t>
        <w:br/>
        <w:t>де живуть пани англійці.&lt;br /&gt;</w:t>
        <w:br/>
        <w:t>А морськії циганчата&lt;br /&gt;</w:t>
        <w:br/>
        <w:t>жартом кидають, дивіться,&lt;br /&gt;</w:t>
        <w:br/>
        <w:t>равликові халабудки&lt;br /&gt;</w:t>
        <w:br/>
        <w:t>і соснове яре віття.</w:t>
      </w:r>
    </w:p>
    <w:p>
      <w:r>
        <w:br/>
        <w:t>*</w:t>
      </w:r>
    </w:p>
    <w:p>
      <w:r>
        <w:br/>
        <w:t>Вибубнює Милоданка&lt;br /&gt;</w:t>
        <w:br/>
        <w:t>на місяці-тамбурині...&lt;br /&gt;</w:t>
        <w:br/>
        <w:t>Як зачув її, схопився&lt;br /&gt;</w:t>
        <w:br/>
        <w:t>вітер, левень незборимий.&lt;br /&gt;</w:t>
        <w:br/>
        <w:t>Нагий святий Христофор,&lt;br /&gt;</w:t>
        <w:br/>
        <w:t>богославець юродивий,&lt;br /&gt;</w:t>
        <w:br/>
        <w:t>на циганку поглядає,&lt;br /&gt;</w:t>
        <w:br/>
        <w:t>гра на гайді невидимій:&lt;br /&gt;</w:t>
        <w:br/>
        <w:t>"Дівчино, моя лелітко,&lt;br /&gt;</w:t>
        <w:br/>
        <w:t>дай піднять твою хламидку,&lt;br /&gt;</w:t>
        <w:br/>
        <w:t>розкрий перстам моїм древнім&lt;br /&gt;</w:t>
        <w:br/>
        <w:t>твого лона лазур-квітку!"</w:t>
      </w:r>
    </w:p>
    <w:p>
      <w:r>
        <w:br/>
        <w:t>*</w:t>
      </w:r>
    </w:p>
    <w:p>
      <w:r>
        <w:br/>
        <w:t>Кида бубон Милоданка&lt;br /&gt;</w:t>
        <w:br/>
        <w:t>і тіка — стояти ні з ким...&lt;br /&gt;</w:t>
        <w:br/>
        <w:t>Вітрюган жене за нею&lt;br /&gt;</w:t>
        <w:br/>
        <w:t>із мечем полум'янистим.</w:t>
      </w:r>
    </w:p>
    <w:p>
      <w:r>
        <w:br/>
        <w:t>Море хмуриться прибоєм,&lt;br /&gt;</w:t>
        <w:br/>
        <w:t>блякнуть злякані маслини,&lt;br /&gt;</w:t>
        <w:br/>
        <w:t>квилять флейти темноти,&lt;br /&gt;</w:t>
        <w:br/>
        <w:t>бамка гонг гірського снігу.</w:t>
      </w:r>
    </w:p>
    <w:p>
      <w:r>
        <w:br/>
        <w:t>Тікай, тікай, Милоданко,&lt;br /&gt;</w:t>
        <w:br/>
        <w:t>зловить тебе зелен вітер!&lt;br /&gt;</w:t>
        <w:br/>
        <w:t>Тікай, тікай, Милоданко,</w:t>
      </w:r>
    </w:p>
    <w:p>
      <w:r>
        <w:br/>
        <w:t>близько вже несамовитий!&lt;br /&gt;</w:t>
        <w:br/>
        <w:t>То сатир огнеязикий,&lt;br /&gt;</w:t>
        <w:br/>
        <w:t>рясно зорями повитий.</w:t>
      </w:r>
    </w:p>
    <w:p>
      <w:r>
        <w:br/>
        <w:t>*</w:t>
      </w:r>
    </w:p>
    <w:p>
      <w:r>
        <w:br/>
        <w:t>Перелякана циганка&lt;br /&gt;</w:t>
        <w:br/>
        <w:t>вбігла-впала в кам'яницю,&lt;br /&gt;</w:t>
        <w:br/>
        <w:t>де живе англійський консул&lt;br /&gt;</w:t>
        <w:br/>
        <w:t>вище за гірські ялиці.</w:t>
      </w:r>
    </w:p>
    <w:p>
      <w:r>
        <w:br/>
        <w:t>Потривожені тим криком,&lt;br /&gt;</w:t>
        <w:br/>
        <w:t>підхопились три гвардійці,&lt;br /&gt;</w:t>
        <w:br/>
        <w:t>на них чорнії шинелі&lt;br /&gt;</w:t>
        <w:br/>
        <w:t>і пілотки, як годиться.</w:t>
      </w:r>
    </w:p>
    <w:p>
      <w:r>
        <w:br/>
        <w:t>Вже англієць Милоданці&lt;br /&gt;</w:t>
        <w:br/>
        <w:t>молока налив — на, випий! —&lt;br /&gt;</w:t>
        <w:br/>
        <w:t>підніс чарку ялівцівки,&lt;br /&gt;</w:t>
        <w:br/>
        <w:t>та вона не хоче пити.</w:t>
      </w:r>
    </w:p>
    <w:p>
      <w:r>
        <w:br/>
        <w:t>Плачучи, оповідає,&lt;br /&gt;</w:t>
        <w:br/>
        <w:t>що мусила натерпіться,&lt;br /&gt;</w:t>
        <w:br/>
        <w:t>а на даху лютий вітер&lt;br /&gt;</w:t>
        <w:br/>
        <w:t>рве зубами черепицю.</w:t>
      </w:r>
    </w:p>
    <w:p>
      <w:r>
        <w:br/>
        <w:t>БІЙКА</w:t>
      </w:r>
    </w:p>
    <w:p>
      <w:r>
        <w:br/>
        <w:t>У яру блищать навахи,&lt;br /&gt;</w:t>
        <w:br/>
        <w:t>альбасетські, гостролезі,&lt;br /&gt;</w:t>
        <w:br/>
        <w:t>грають у крові ворожій,&lt;br /&gt;</w:t>
        <w:br/>
        <w:t>ніби щуки-риби в плесі.&lt;br /&gt;</w:t>
        <w:br/>
        <w:t>Прикре світло картярняне&lt;br /&gt;</w:t>
        <w:br/>
        <w:t>вирізьбля на тлі зеленім&lt;br /&gt;</w:t>
        <w:br/>
        <w:t>силуети верхівців&lt;br /&gt;</w:t>
        <w:br/>
        <w:t>і їх коней тороплених.&lt;br /&gt;</w:t>
        <w:br/>
        <w:t>На маслині суховерхій&lt;br /&gt;</w:t>
        <w:br/>
        <w:t>плачуть дві неньки старенькі.&lt;br /&gt;</w:t>
        <w:br/>
        <w:t>Бійка лютим бугаєм&lt;br /&gt;</w:t>
        <w:br/>
        <w:t>на стіни осліп дереться.&lt;br /&gt;</w:t>
        <w:br/>
        <w:t>Чорні янголи носили&lt;br /&gt;</w:t>
        <w:br/>
        <w:t>хустки і воду явлену,&lt;br /&gt;</w:t>
        <w:br/>
        <w:t>у них крила-криломахи,&lt;br /&gt;</w:t>
        <w:br/>
        <w:t>мов навахи гостролезі.&lt;br /&gt;</w:t>
        <w:br/>
        <w:t>Впав з коня Хуан Антоньйо,&lt;br /&gt;</w:t>
        <w:br/>
        <w:t>покотився вниз по скелі,&lt;br /&gt;</w:t>
        <w:br/>
        <w:t>усе тіло у лілеях,&lt;br /&gt;</w:t>
        <w:br/>
        <w:t>лиш на скронях цвіт черлений.&lt;br /&gt;</w:t>
        <w:br/>
        <w:t>На хресті вогненнім верхи&lt;br /&gt;</w:t>
        <w:br/>
        <w:t>в'їде він у браму смерті.</w:t>
      </w:r>
    </w:p>
    <w:p>
      <w:r>
        <w:br/>
        <w:t>*</w:t>
      </w:r>
    </w:p>
    <w:p>
      <w:r>
        <w:br/>
        <w:t>Пригнав слідчий в гай оливний&lt;br /&gt;</w:t>
        <w:br/>
        <w:t>з охороною своєю.&lt;br /&gt;</w:t>
        <w:br/>
        <w:t>Кров слизюча сичить-стогне&lt;br /&gt;</w:t>
        <w:br/>
        <w:t>без'язикою змією.&lt;br /&gt;</w:t>
        <w:br/>
        <w:t>"Ех, жандарми, це ви дармо,&lt;br /&gt;</w:t>
        <w:br/>
        <w:t>так із правіку ведеться...&lt;br /&gt;</w:t>
        <w:br/>
        <w:t>Лягло четверо римлян&lt;br /&gt;</w:t>
        <w:br/>
        <w:t>і п'ятеро карфагенців".</w:t>
      </w:r>
    </w:p>
    <w:p>
      <w:r>
        <w:br/>
        <w:t>*</w:t>
      </w:r>
    </w:p>
    <w:p>
      <w:r>
        <w:br/>
        <w:t>П'яний фігами і гамом,&lt;br /&gt;</w:t>
        <w:br/>
        <w:t>причвалав гарячий вечір,&lt;br /&gt;</w:t>
        <w:br/>
        <w:t>впав зомлілий, непритомний&lt;br /&gt;</w:t>
        <w:br/>
        <w:t>на різані ноги й плечі.&lt;br /&gt;</w:t>
        <w:br/>
        <w:t>Чорні янголи літали&lt;br /&gt;</w:t>
        <w:br/>
        <w:t>при заході над землею,&lt;br /&gt;</w:t>
        <w:br/>
        <w:t>у них довгі, буйні коси,&lt;br /&gt;</w:t>
        <w:br/>
        <w:t>серця з мира і єлею.</w:t>
      </w:r>
    </w:p>
    <w:p>
      <w:r>
        <w:br/>
        <w:t>СНОВІЙНА БАЛАДА</w:t>
      </w:r>
    </w:p>
    <w:p>
      <w:r>
        <w:br/>
        <w:t>Я люблю тебе в зеленім.&lt;br /&gt;</w:t>
        <w:br/>
        <w:t>Зелен вітер. Зелен явір.&lt;br /&gt;</w:t>
        <w:br/>
        <w:t>Човен в морі смарагдовім,&lt;br /&gt;</w:t>
        <w:br/>
        <w:t>кінь у горах темно-ярих.&lt;br /&gt;</w:t>
        <w:br/>
        <w:t>Уперезана імлою,&lt;br /&gt;</w:t>
        <w:br/>
        <w:t>снить вона на верхнім ганку,&lt;br /&gt;</w:t>
        <w:br/>
        <w:t>вся зелена — тіло й коси,&lt;br /&gt;</w:t>
        <w:br/>
        <w:t>очі — дві срібляні склянки.&lt;br /&gt;</w:t>
        <w:br/>
        <w:t>Я люблю тебе в зеленім.&lt;br /&gt;</w:t>
        <w:br/>
        <w:t>В місячнім циганськім чарі&lt;br /&gt;</w:t>
        <w:br/>
        <w:t>світ ще дивиться на неї,&lt;br /&gt;</w:t>
        <w:br/>
        <w:t>вона світу вже не бачить.</w:t>
      </w:r>
    </w:p>
    <w:p>
      <w:r>
        <w:br/>
        <w:t>*</w:t>
      </w:r>
    </w:p>
    <w:p>
      <w:r>
        <w:br/>
        <w:t>Я люблю тебе в зеленім.&lt;br /&gt;</w:t>
        <w:br/>
        <w:t>Паморозі буйні скалки&lt;br /&gt;</w:t>
        <w:br/>
        <w:t>й сутінків соми сумирні&lt;br /&gt;</w:t>
        <w:br/>
        <w:t>шлях проторюють світанку.&lt;br /&gt;</w:t>
        <w:br/>
        <w:t>Стара смоква тре повітря&lt;br /&gt;</w:t>
        <w:br/>
        <w:t>пагіллям своїм наждачним,&lt;br /&gt;</w:t>
        <w:br/>
        <w:t>а гора, крадлива кицька,&lt;br /&gt;</w:t>
        <w:br/>
        <w:t>агави шорсткі їжачить.&lt;br /&gt;</w:t>
        <w:br/>
        <w:t>Та хто прийде? Звідки прийде?&lt;br /&gt;</w:t>
        <w:br/>
        <w:t>Жде на ганку в тузі марній,&lt;br /&gt;</w:t>
        <w:br/>
        <w:t>вся зелена, тіло й коси,&lt;br /&gt;</w:t>
        <w:br/>
        <w:t>про гіркеє море марить.</w:t>
      </w:r>
    </w:p>
    <w:p>
      <w:r>
        <w:br/>
        <w:t>*</w:t>
      </w:r>
    </w:p>
    <w:p>
      <w:r>
        <w:br/>
        <w:t>"Чуєш, дядьку, я зміняв би&lt;br /&gt;</w:t>
        <w:br/>
        <w:t>коня свого на цю хату,&lt;br /&gt;</w:t>
        <w:br/>
        <w:t>а сіделко на люстерко,&lt;br /&gt;</w:t>
        <w:br/>
        <w:t>а кинджала на цю плахту.&lt;br /&gt;</w:t>
        <w:br/>
        <w:t>Я скривавлений прийшов&lt;br /&gt;</w:t>
        <w:br/>
        <w:t>з Козиного перевалу".&lt;br /&gt;</w:t>
        <w:br/>
        <w:t>"Якби, хлопче, моя мога,&lt;br /&gt;</w:t>
        <w:br/>
        <w:t>я пристав би на ту плату,&lt;br /&gt;</w:t>
        <w:br/>
        <w:t>тільки я — уже не я,&lt;br /&gt;</w:t>
        <w:br/>
        <w:t>моя хата — вже не хата".&lt;br /&gt;</w:t>
        <w:br/>
        <w:t>"Дядьку, я хотів би вмерти&lt;br /&gt;</w:t>
        <w:br/>
        <w:t>в ліжку, чесно і порядно,&lt;br /&gt;</w:t>
        <w:br/>
        <w:t>в стальнім ліжку, якщо можна,&lt;br /&gt;</w:t>
        <w:br/>
        <w:t>між голландських простирадел...&lt;br /&gt;</w:t>
        <w:br/>
        <w:t>Та на грудях аж до горла —&lt;br /&gt;</w:t>
        <w:br/>
        <w:t>подивися, які рани!"&lt;br /&gt;</w:t>
        <w:br/>
        <w:t>"На твоїм нагрудді білім&lt;br /&gt;</w:t>
        <w:br/>
        <w:t>три сотні маків багряних.&lt;br /&gt;</w:t>
        <w:br/>
        <w:t>Кров дзюрчить, аж наче пахне,&lt;br /&gt;</w:t>
        <w:br/>
        <w:t>біля твого, хлопче, паса.&lt;br /&gt;</w:t>
        <w:br/>
        <w:t>Тільки я — уже не я,&lt;br /&gt;</w:t>
        <w:br/>
        <w:t>моя хата — вже не хата".&lt;br /&gt;</w:t>
        <w:br/>
        <w:t>"Пусти ж мене, коли так,&lt;br /&gt;</w:t>
        <w:br/>
        <w:t>хоч на той високий ганок.&lt;br /&gt;</w:t>
        <w:br/>
        <w:t>Ой пусти мене, пусти&lt;br /&gt;</w:t>
        <w:br/>
        <w:t>на зелений верхній ганок,&lt;br /&gt;</w:t>
        <w:br/>
        <w:t>де бринять-струмують роси&lt;br /&gt;</w:t>
        <w:br/>
        <w:t>покрізь місячний серпанок".&lt;br /&gt;</w:t>
        <w:br/>
        <w:t>I побрались вони вгору,&lt;br /&gt;</w:t>
        <w:br/>
        <w:t>на високий верхній ганок,&lt;br /&gt;</w:t>
        <w:br/>
        <w:t>позначали сліди кров'ю,&lt;br /&gt;</w:t>
        <w:br/>
        <w:t>призначали ще й сльозами.&lt;br /&gt;</w:t>
        <w:br/>
        <w:t>В ближнім селищі покрівлі&lt;br /&gt;</w:t>
        <w:br/>
        <w:t>тремотіли ліхтарями,&lt;br /&gt;</w:t>
        <w:br/>
        <w:t>тисяча криштальних бубнів&lt;br /&gt;</w:t>
        <w:br/>
        <w:t>ранок ранили на грані.</w:t>
      </w:r>
    </w:p>
    <w:p>
      <w:r>
        <w:br/>
        <w:t>*</w:t>
      </w:r>
    </w:p>
    <w:p>
      <w:r>
        <w:br/>
        <w:t>Я люблю тебе в зеленім —&lt;br /&gt;</w:t>
        <w:br/>
        <w:t>зелен вітер, зелен явір...&lt;br /&gt;</w:t>
        <w:br/>
        <w:t>Ішли вони двоє вгору,&lt;br /&gt;</w:t>
        <w:br/>
        <w:t>вітер волос їм кудрявив,&lt;br /&gt;</w:t>
        <w:br/>
        <w:t>горенив у роті жовчю,&lt;br /&gt;</w:t>
        <w:br/>
        <w:t>віяв м'ятою, катраном.&lt;br /&gt;</w:t>
        <w:br/>
        <w:t>"Ти скажи мені, мій хлопче,&lt;br /&gt;</w:t>
        <w:br/>
        <w:t>де гірка твоя коханка?&lt;br /&gt;</w:t>
        <w:br/>
        <w:t>Вона ж, було, виглядала&lt;br /&gt;</w:t>
        <w:br/>
        <w:t>тебе з вечора до ранку&lt;br /&gt;</w:t>
        <w:br/>
        <w:t>(бодай була виглядала&lt;br /&gt;</w:t>
        <w:br/>
        <w:t>до останнього останку!) —&lt;br /&gt;</w:t>
        <w:br/>
        <w:t>свіжовида, чорнокоса —&lt;br /&gt;</w:t>
        <w:br/>
        <w:t>на оцім зеленім ганку!"</w:t>
      </w:r>
    </w:p>
    <w:p>
      <w:r>
        <w:br/>
        <w:t>*</w:t>
      </w:r>
    </w:p>
    <w:p>
      <w:r>
        <w:br/>
        <w:t>На поверхні водозбору&lt;br /&gt;</w:t>
        <w:br/>
        <w:t>колихається циганка,&lt;br /&gt;</w:t>
        <w:br/>
        <w:t>вся зелена — тіло й коси,&lt;br /&gt;</w:t>
        <w:br/>
        <w:t>очі — дві срібляні склянки.&lt;br /&gt;</w:t>
        <w:br/>
        <w:t>На воді її тримають&lt;br /&gt;</w:t>
        <w:br/>
        <w:t>місячні дрібні оскалки.&lt;br /&gt;</w:t>
        <w:br/>
        <w:t>Ніч така затишна стала,&lt;br /&gt;</w:t>
        <w:br/>
        <w:t>мов околишній майданчик,&lt;br /&gt;</w:t>
        <w:br/>
        <w:t>а у двері гупотіли&lt;br /&gt;</w:t>
        <w:br/>
        <w:t>п'яні, мов квачі, жандарми.&lt;br /&gt;</w:t>
        <w:br/>
        <w:t>Я люблю тебе в зеленім.&lt;br /&gt;</w:t>
        <w:br/>
        <w:t>Зелен вітер. Зелен явір.&lt;br /&gt;</w:t>
        <w:br/>
        <w:t>Човен в морі смарагдовім.&lt;br /&gt;</w:t>
        <w:br/>
        <w:t>Кінь у горах темно-ярих.</w:t>
      </w:r>
    </w:p>
    <w:p>
      <w:r>
        <w:br/>
        <w:t>ЦИГАНКА В ЧЕРНИЦЯХ</w:t>
      </w:r>
    </w:p>
    <w:p>
      <w:r>
        <w:br/>
        <w:t>Мовчать німо мирти й мури,&lt;br /&gt;</w:t>
        <w:br/>
        <w:t>мальви мають між трепіттям,&lt;br /&gt;</w:t>
        <w:br/>
        <w:t>а черниця молода&lt;br /&gt;</w:t>
        <w:br/>
        <w:t>вишива на п'яльцях квіти.&lt;br /&gt;</w:t>
        <w:br/>
        <w:t>Сім пташок, сім різних барв&lt;br /&gt;</w:t>
        <w:br/>
        <w:t>облітують сірий світич,&lt;br /&gt;</w:t>
        <w:br/>
        <w:t>церква здалеку реве,&lt;br /&gt;</w:t>
        <w:br/>
        <w:t>мов ведмідь, що ліг горізнач.&lt;br /&gt;</w:t>
        <w:br/>
        <w:t>Як же шиє, як гаптує,&lt;br /&gt;</w:t>
        <w:br/>
        <w:t>не гаптує — чари діє!&lt;br /&gt;</w:t>
        <w:br/>
        <w:t>Хоче вдать на полотні&lt;br /&gt;</w:t>
        <w:br/>
        <w:t>фантастичні свої мрії.&lt;br /&gt;</w:t>
        <w:br/>
        <w:t>Ох же й сонях! А магнолій&lt;br /&gt;</w:t>
        <w:br/>
        <w:t>цвіт — у лентах, у шумисі!&lt;br /&gt;</w:t>
        <w:br/>
        <w:t>А шафран який, а місяць&lt;br /&gt;</w:t>
        <w:br/>
        <w:t>на вівтарнім антимінсі!&lt;br /&gt;</w:t>
        <w:br/>
        <w:t>П'ять цитрин на кухні поруч&lt;br /&gt;</w:t>
        <w:br/>
        <w:t>у сиропі сахаріє,&lt;br /&gt;</w:t>
        <w:br/>
        <w:t>п'ять настурцій, ран Христових,&lt;br /&gt;</w:t>
        <w:br/>
        <w:t>привезено з Альмерії.&lt;br /&gt;</w:t>
        <w:br/>
        <w:t>Скачуть верхи два опришки&lt;br /&gt;</w:t>
        <w:br/>
        <w:t>в чорних очах у черниці,&lt;br /&gt;</w:t>
        <w:br/>
        <w:t>од глухих останніх лун&lt;br /&gt;</w:t>
        <w:br/>
        <w:t>аж ряса на ній рясниться.&lt;br /&gt;</w:t>
        <w:br/>
        <w:t>А гляне на хмари, гори,&lt;br /&gt;</w:t>
        <w:br/>
        <w:t>в далину, що ледве мріє,-&lt;br /&gt;</w:t>
        <w:br/>
        <w:t>серце мліє в неї в грудях,&lt;br /&gt;</w:t>
        <w:br/>
        <w:t>серце з цукру й бразилії.&lt;br /&gt;</w:t>
        <w:br/>
        <w:t>Ох, високая рівнина —&lt;br /&gt;</w:t>
        <w:br/>
        <w:t>двадцять сонць над нею висить!&lt;br /&gt;</w:t>
        <w:br/>
        <w:t>Скільки річок прямовисних&lt;br /&gt;</w:t>
        <w:br/>
        <w:t>фантазія її виснить!&lt;br /&gt;</w:t>
        <w:br/>
        <w:t>Та сидить, гаптує квіти,&lt;br /&gt;</w:t>
        <w:br/>
        <w:t>а знадвору світло й вітер&lt;br /&gt;</w:t>
        <w:br/>
        <w:t>грають нехотя у шахи&lt;br /&gt;</w:t>
        <w:br/>
        <w:t>на рясних гратчастих вікнах.</w:t>
      </w:r>
    </w:p>
    <w:p>
      <w:r>
        <w:br/>
        <w:t>ЧУЖА НЕВІРНИЦЯ</w:t>
      </w:r>
    </w:p>
    <w:p>
      <w:r>
        <w:br/>
        <w:t>...Да й у берег її завів я —&lt;br /&gt;</w:t>
        <w:br/>
        <w:t>за дівчину її мав,&lt;br /&gt;</w:t>
        <w:br/>
        <w:t>а вона була заміжня.&lt;br /&gt;</w:t>
        <w:br/>
        <w:t>Була нічка петрівчана,&lt;br /&gt;</w:t>
        <w:br/>
        <w:t>весільної грали тіні —&lt;br /&gt;</w:t>
        <w:br/>
        <w:t>ліхтарі якраз погасли,&lt;br /&gt;</w:t>
        <w:br/>
        <w:t>а цикади заблимтіли.&lt;br /&gt;</w:t>
        <w:br/>
        <w:t>Я торкнув їй сонні перса,&lt;br /&gt;</w:t>
        <w:br/>
        <w:t>як виходили за місто,&lt;br /&gt;</w:t>
        <w:br/>
        <w:t>і вони мені розкрились,&lt;br /&gt;</w:t>
        <w:br/>
        <w:t>мов дві китиці ряснисті.&lt;br /&gt;</w:t>
        <w:br/>
        <w:t>Накрохмалена спідниця&lt;br /&gt;</w:t>
        <w:br/>
        <w:t>ув ушy мені шамшіла,&lt;br /&gt;</w:t>
        <w:br/>
        <w:t>наче шовк шістьма ножами&lt;br /&gt;</w:t>
        <w:br/>
        <w:t>шматував хтось що є сили.&lt;br /&gt;</w:t>
        <w:br/>
        <w:t>Верби звільна колисали&lt;br /&gt;</w:t>
        <w:br/>
        <w:t>безсріберне верховіття,&lt;br /&gt;</w:t>
        <w:br/>
        <w:t>і невговканими псами&lt;br /&gt;</w:t>
        <w:br/>
        <w:t>обрій гавкав із заріччя.&lt;br /&gt;</w:t>
        <w:br/>
        <w:t>За ожинником колючим&lt;br /&gt;</w:t>
        <w:br/>
        <w:t>кинув я її горілиць,&lt;br /&gt;</w:t>
        <w:br/>
        <w:t>що аж коси буйнокосмі&lt;br /&gt;</w:t>
        <w:br/>
        <w:t>у вологу рінь урились.&lt;br /&gt;</w:t>
        <w:br/>
        <w:t>Я ізняв із себе шарф,&lt;br /&gt;</w:t>
        <w:br/>
        <w:t>вона сукню і спідницю,&lt;br /&gt;</w:t>
        <w:br/>
        <w:t>я зняв ремінь з кобурою,&lt;br /&gt;</w:t>
        <w:br/>
        <w:t>вона штири шнуровиці.&lt;br /&gt;</w:t>
        <w:br/>
        <w:t>Ніжніше ніжних конвалій&lt;br /&gt;</w:t>
        <w:br/>
        <w:t>оксамитилося тіло,&lt;br /&gt;</w:t>
        <w:br/>
        <w:t>ясніш ясного кришталю&lt;br /&gt;</w:t>
        <w:br/>
        <w:t>при зорях воно ряхтіло.&lt;br /&gt;</w:t>
        <w:br/>
        <w:t>Стегна полохко пручались,&lt;br /&gt;</w:t>
        <w:br/>
        <w:t>мов дві спіймані рибини,&lt;br /&gt;</w:t>
        <w:br/>
        <w:t>то кригою гоголіли,&lt;br /&gt;</w:t>
        <w:br/>
        <w:t>то жевріли жаром білим.&lt;br /&gt;</w:t>
        <w:br/>
        <w:t>Тої ночі я літав&lt;br /&gt;</w:t>
        <w:br/>
        <w:t>крізь провалля по привіллю&lt;br /&gt;</w:t>
        <w:br/>
        <w:t>на єдвабній кобилиці&lt;br /&gt;</w:t>
        <w:br/>
        <w:t>без стремен і без повіддя.&lt;br /&gt;</w:t>
        <w:br/>
        <w:t>Що вона мені шептала,&lt;br /&gt;</w:t>
        <w:br/>
        <w:t>не подоба говорити,&lt;br /&gt;</w:t>
        <w:br/>
        <w:t>та я знаю те, що знаю,&lt;br /&gt;</w:t>
        <w:br/>
        <w:t>я в цім ділі добре битий.&lt;br /&gt;</w:t>
        <w:br/>
        <w:t>Захлюскану й заласкану,&lt;br /&gt;</w:t>
        <w:br/>
        <w:t>з берега її повів я&lt;br /&gt;</w:t>
        <w:br/>
        <w:t>світом, як мечі-лілеї&lt;br /&gt;</w:t>
        <w:br/>
        <w:t>люто краяли повітря.</w:t>
      </w:r>
    </w:p>
    <w:p>
      <w:r>
        <w:br/>
        <w:t>Я повівся, як годиться,&lt;br /&gt;</w:t>
        <w:br/>
        <w:t>бо я таки щирий циган:&lt;br /&gt;</w:t>
        <w:br/>
        <w:t>дав на шитво їй шкатулу&lt;br /&gt;</w:t>
        <w:br/>
        <w:t>(нехай тішиться, суціга),&lt;br /&gt;</w:t>
        <w:br/>
        <w:t>а кохатися не став,&lt;br /&gt;</w:t>
        <w:br/>
        <w:t>зради їй простить не зміг я,&lt;br /&gt;</w:t>
        <w:br/>
        <w:t>бо казала, що дівчина,&lt;br /&gt;</w:t>
        <w:br/>
        <w:t>а була уже заміжня.</w:t>
      </w:r>
    </w:p>
    <w:p>
      <w:r>
        <w:br/>
        <w:t>БАЛАДА ПРО ЧОРНУ ТУГУ</w:t>
      </w:r>
    </w:p>
    <w:p>
      <w:r>
        <w:br/>
        <w:t>Клюють півні темний обрій,&lt;br /&gt;</w:t>
        <w:br/>
        <w:t>ніяк сонця не знаходять;&lt;br /&gt;</w:t>
        <w:br/>
        <w:t>Самотина Горова&lt;br /&gt;</w:t>
        <w:br/>
        <w:t>із гори крутої сходить.&lt;br /&gt;</w:t>
        <w:br/>
        <w:t>Пахне кіньми і тінями&lt;br /&gt;</w:t>
        <w:br/>
        <w:t>її тіло, лите з бронзи,&lt;br /&gt;</w:t>
        <w:br/>
        <w:t>груди, два курні ковадла,&lt;br /&gt;</w:t>
        <w:br/>
        <w:t>круглим жалем тужать-стогнуть.&lt;br /&gt;</w:t>
        <w:br/>
        <w:t>"Самотино, що шукаєш,&lt;br /&gt;</w:t>
        <w:br/>
        <w:t>чом блукаєш самотою?"&lt;br /&gt;</w:t>
        <w:br/>
        <w:t>"Чом блукаю, сама знаю,&lt;br /&gt;</w:t>
        <w:br/>
        <w:t>що тобі до мого болю?&lt;br /&gt;</w:t>
        <w:br/>
        <w:t>Я шукаю в цьому краї&lt;br /&gt;</w:t>
        <w:br/>
        <w:t>саму себе, свою долю".&lt;br /&gt;</w:t>
        <w:br/>
        <w:t>"Самотино, моє горе,&lt;br /&gt;</w:t>
        <w:br/>
        <w:t>коли кінь закусить повід,&lt;br /&gt;</w:t>
        <w:br/>
        <w:t>заженеться з гону в море,&lt;br /&gt;</w:t>
        <w:br/>
        <w:t>буйна хвиля його втопить".&lt;br /&gt;</w:t>
        <w:br/>
        <w:t>"Не кажи мені про море!&lt;br /&gt;</w:t>
        <w:br/>
        <w:t>Проростає туга чорна&lt;br /&gt;</w:t>
        <w:br/>
        <w:t>на оливковій землі&lt;br /&gt;</w:t>
        <w:br/>
        <w:t>під зелений шепіт-гомін".&lt;br /&gt;</w:t>
        <w:br/>
        <w:t>"Ти скажи, яка ж то туга,&lt;br /&gt;</w:t>
        <w:br/>
        <w:t>яка мука невгамовна,&lt;br /&gt;</w:t>
        <w:br/>
        <w:t>що з очей тобі сльозить&lt;br /&gt;</w:t>
        <w:br/>
        <w:t>гіркота терпка лимонна?"&lt;br /&gt;</w:t>
        <w:br/>
        <w:t>"Мечусь дома, як причинна,&lt;br /&gt;</w:t>
        <w:br/>
        <w:t>з тою тугою жалькою,&lt;br /&gt;</w:t>
        <w:br/>
        <w:t>волочаться долі коси&lt;br /&gt;</w:t>
        <w:br/>
        <w:t>і по кухні, й по алькову.&lt;br /&gt;</w:t>
        <w:br/>
        <w:t>Все на мені з тої туги&lt;br /&gt;</w:t>
        <w:br/>
        <w:t>гагатом чорним холоне...&lt;br /&gt;</w:t>
        <w:br/>
        <w:t>Ой льолі ж мої ллянії,&lt;br /&gt;</w:t>
        <w:br/>
        <w:t>ой макове моє лоно!"&lt;br /&gt;</w:t>
        <w:br/>
        <w:t>"Самотино! Вмийся біло&lt;br /&gt;</w:t>
        <w:br/>
        <w:t>непочатою водою,&lt;br /&gt;</w:t>
        <w:br/>
        <w:t>собі серце заспокой,&lt;br /&gt;</w:t>
        <w:br/>
        <w:t>може, знайдеш свою долю".</w:t>
      </w:r>
    </w:p>
    <w:p>
      <w:r>
        <w:br/>
        <w:t>*</w:t>
      </w:r>
    </w:p>
    <w:p>
      <w:r>
        <w:br/>
        <w:t>Долиною співа річка,&lt;br /&gt;</w:t>
        <w:br/>
        <w:t>торочена бірюзою,&lt;br /&gt;</w:t>
        <w:br/>
        <w:t>квітчається новий день&lt;br /&gt;</w:t>
        <w:br/>
        <w:t>жовтим цвітом гарбузовим.&lt;br /&gt;</w:t>
        <w:br/>
        <w:t>Ой туго, туго циганська,&lt;br /&gt;</w:t>
        <w:br/>
        <w:t>туго щира й одинока,&lt;br /&gt;</w:t>
        <w:br/>
        <w:t>туго досвітків далеких,&lt;br /&gt;</w:t>
        <w:br/>
        <w:t>туго схованих потоків!</w:t>
      </w:r>
    </w:p>
    <w:p>
      <w:r>
        <w:br/>
        <w:t>СВЯТИЙ МИХАЇЛ</w:t>
      </w:r>
    </w:p>
    <w:p>
      <w:r>
        <w:br/>
        <w:t>(Гранада)</w:t>
      </w:r>
    </w:p>
    <w:p>
      <w:r>
        <w:br/>
        <w:t>Із високих ганків видно:&lt;br /&gt;</w:t>
        <w:br/>
        <w:t>горою, ген-ген горою&lt;br /&gt;</w:t>
        <w:br/>
        <w:t>ідуть мули й тіні мулів,&lt;br /&gt;</w:t>
        <w:br/>
        <w:t>на них соняхи вагою.&lt;br /&gt;</w:t>
        <w:br/>
        <w:t>В ущелинах їхні очі&lt;br /&gt;</w:t>
        <w:br/>
        <w:t>ніч безкрая криє млою,&lt;br /&gt;</w:t>
        <w:br/>
        <w:t>а в повітряних рукавах&lt;br /&gt;</w:t>
        <w:br/>
        <w:t>десь хрустить зоря солона.</w:t>
      </w:r>
    </w:p>
    <w:p>
      <w:r>
        <w:br/>
        <w:t>Небо, все у білих мулах,&lt;br /&gt;</w:t>
        <w:br/>
        <w:t>заплющує ртутні очі —&lt;br /&gt;</w:t>
        <w:br/>
        <w:t>певно, сутіням тривожним&lt;br /&gt;</w:t>
        <w:br/>
        <w:t>спокій серця дати хоче.&lt;br /&gt;</w:t>
        <w:br/>
        <w:t>А вода береться льодом,&lt;br /&gt;</w:t>
        <w:br/>
        <w:t>щоб не було водопою,&lt;br /&gt;</w:t>
        <w:br/>
        <w:t>вода п'яна, розхристана,&lt;br /&gt;</w:t>
        <w:br/>
        <w:t>горою, ген-ген горою.</w:t>
      </w:r>
    </w:p>
    <w:p>
      <w:r>
        <w:br/>
        <w:t>Михаїл святий, оздобний&lt;br /&gt;</w:t>
        <w:br/>
        <w:t>із дзвіниці, мов з покою,&lt;br /&gt;</w:t>
        <w:br/>
        <w:t>стан показує свій гожий&lt;br /&gt;</w:t>
        <w:br/>
        <w:t>із світичів литий пояс.&lt;br /&gt;</w:t>
        <w:br/>
        <w:t>Цей приручений архангел&lt;br /&gt;</w:t>
        <w:br/>
        <w:t>опівдня і опівночі&lt;br /&gt;</w:t>
        <w:br/>
        <w:t>сердиться, бува, як пух,&lt;br /&gt;</w:t>
        <w:br/>
        <w:t>і, як голуб той, буркоче.&lt;br /&gt;</w:t>
        <w:br/>
        <w:t>Він співає в вітражах&lt;br /&gt;</w:t>
        <w:br/>
        <w:t>ефебом ночей зальотних,&lt;br /&gt;</w:t>
        <w:br/>
        <w:t>не крином благоухає,&lt;br /&gt;</w:t>
        <w:br/>
        <w:t>а модним одеколоном.</w:t>
      </w:r>
    </w:p>
    <w:p>
      <w:r>
        <w:br/>
        <w:t>*</w:t>
      </w:r>
    </w:p>
    <w:p>
      <w:r>
        <w:br/>
        <w:t>На узмор'ї хвилі-кралі&lt;br /&gt;</w:t>
        <w:br/>
        <w:t>танцюють дует балконів.&lt;br /&gt;</w:t>
        <w:br/>
        <w:t>Місяць ронить долу аїр,&lt;br /&gt;</w:t>
        <w:br/>
        <w:t>здобувається на тони.&lt;br /&gt;</w:t>
        <w:br/>
        <w:t>Ідуть дівки-гранадянки,&lt;br /&gt;</w:t>
        <w:br/>
        <w:t>ідучи, лузають сонях,&lt;br /&gt;</w:t>
        <w:br/>
        <w:t>у них зади моцні й круглі,&lt;br /&gt;</w:t>
        <w:br/>
        <w:t>мов планети в зорних тонях.&lt;br /&gt;</w:t>
        <w:br/>
        <w:t>Ідуть пишні кавалери,&lt;br /&gt;</w:t>
        <w:br/>
        <w:t>ідуть дами, всім відомі,&lt;br /&gt;</w:t>
        <w:br/>
        <w:t>чорні з туги за минулим,&lt;br /&gt;</w:t>
        <w:br/>
        <w:t>тим маєвим, соловйовим.&lt;br /&gt;</w:t>
        <w:br/>
        <w:t>I єпископ превелебний,&lt;br /&gt;</w:t>
        <w:br/>
        <w:t>що давно стемнів на очі,&lt;br /&gt;</w:t>
        <w:br/>
        <w:t>править месу обоюдну —&lt;br /&gt;</w:t>
        <w:br/>
        <w:t>чоловічу і жіночу.</w:t>
      </w:r>
    </w:p>
    <w:p>
      <w:r>
        <w:br/>
        <w:t>А Михаїл лежить тихо&lt;br /&gt;</w:t>
        <w:br/>
        <w:t>на дзвіниці, у покої,&lt;br /&gt;</w:t>
        <w:br/>
        <w:t>в своїх ризах златоглавих,&lt;br /&gt;</w:t>
        <w:br/>
        <w:t>у мережанім хітоні.</w:t>
      </w:r>
    </w:p>
    <w:p>
      <w:r>
        <w:br/>
        <w:t>Михаїл, світил державець,&lt;br /&gt;</w:t>
        <w:br/>
        <w:t>непарних чисел володар,&lt;br /&gt;</w:t>
        <w:br/>
        <w:t>мріє в красі берберійській&lt;br /&gt;</w:t>
        <w:br/>
        <w:t>лементу і веж дозорних.</w:t>
      </w:r>
    </w:p>
    <w:p>
      <w:r>
        <w:br/>
        <w:t>СВЯТИЙ РАФАЇЛ</w:t>
      </w:r>
    </w:p>
    <w:p>
      <w:r>
        <w:br/>
        <w:t>(Кордова)</w:t>
      </w:r>
    </w:p>
    <w:p>
      <w:r>
        <w:br/>
        <w:t>I</w:t>
      </w:r>
    </w:p>
    <w:p>
      <w:r>
        <w:br/>
        <w:t>Їхали сліпі ридвани&lt;br /&gt;</w:t>
        <w:br/>
        <w:t>в очеретяну прилуку,&lt;br /&gt;</w:t>
        <w:br/>
        <w:t>де шліфують мляві хвилі&lt;br /&gt;</w:t>
        <w:br/>
        <w:t>римську статую безруку.&lt;br /&gt;</w:t>
        <w:br/>
        <w:t>Сплів те все Гвадалквівір&lt;br /&gt;</w:t>
        <w:br/>
        <w:t>у криштальні візерунки,&lt;br /&gt;</w:t>
        <w:br/>
        <w:t>де й квіток тремкі платівки,&lt;br /&gt;</w:t>
        <w:br/>
        <w:t>і високих хмар відлунки.&lt;br /&gt;</w:t>
        <w:br/>
        <w:t>Діти тчуть та, знай, співають&lt;br /&gt;</w:t>
        <w:br/>
        <w:t>про життя омани тужні&lt;br /&gt;</w:t>
        <w:br/>
        <w:t>коло тих старих ридванів,&lt;br /&gt;</w:t>
        <w:br/>
        <w:t>що зблукались у ноктюрні.&lt;br /&gt;</w:t>
        <w:br/>
        <w:t>Та Кордова не впадає&lt;br /&gt;</w:t>
        <w:br/>
        <w:t>від містерій тих у стуму,&lt;br /&gt;</w:t>
        <w:br/>
        <w:t>бо хоч сутінки і зводять&lt;br /&gt;</w:t>
        <w:br/>
        <w:t>димову архітектуру,&lt;br /&gt;</w:t>
        <w:br/>
        <w:t>мармур стверджує тужаво&lt;br /&gt;</w:t>
        <w:br/>
        <w:t>чисту й ясну свою думу.&lt;br /&gt;</w:t>
        <w:br/>
        <w:t>Понад арками стрункими&lt;br /&gt;</w:t>
        <w:br/>
        <w:t>сірий вітер віша струї,&lt;br /&gt;</w:t>
        <w:br/>
        <w:t>блискучими пелюстками&lt;br /&gt;</w:t>
        <w:br/>
        <w:t>тонка бляха їх гаптує.&lt;br /&gt;</w:t>
        <w:br/>
        <w:t>Міст замислений доносить&lt;br /&gt;</w:t>
        <w:br/>
        <w:t>десять гомонів Нептуна,&lt;br /&gt;</w:t>
        <w:br/>
        <w:t>в пролом муру утікає&lt;br /&gt;</w:t>
        <w:br/>
        <w:t>з тютюном своїм тютюнник.</w:t>
      </w:r>
    </w:p>
    <w:p>
      <w:r>
        <w:br/>
        <w:t>II</w:t>
      </w:r>
    </w:p>
    <w:p>
      <w:r>
        <w:br/>
        <w:t>Одна риба у воді,&lt;br /&gt;</w:t>
        <w:br/>
        <w:t>що дві Кордови кантує —&lt;br /&gt;</w:t>
        <w:br/>
        <w:t>одну ніжну, комишасту,&lt;br /&gt;</w:t>
        <w:br/>
        <w:t>другу строгу і культурну.&lt;br /&gt;</w:t>
        <w:br/>
        <w:t>На бeрезі роздяглись&lt;br /&gt;</w:t>
        <w:br/>
        <w:t>хлопці, з вигляду байдужні,&lt;br /&gt;</w:t>
        <w:br/>
        <w:t>учні Товія благого&lt;br /&gt;</w:t>
        <w:br/>
        <w:t>чи Мерлінові підручні.&lt;br /&gt;</w:t>
        <w:br/>
        <w:t>Поринають вони в річку&lt;br /&gt;</w:t>
        <w:br/>
        <w:t>спитать риби, ради шутки,&lt;br /&gt;</w:t>
        <w:br/>
        <w:t>що їй краще — з вина квіти&lt;br /&gt;</w:t>
        <w:br/>
        <w:t>чи з підповні парашути?&lt;br /&gt;</w:t>
        <w:br/>
        <w:t>Та карась, що вир золотить,&lt;br /&gt;</w:t>
        <w:br/>
        <w:t>а мармур вбирає в смуток,&lt;br /&gt;</w:t>
        <w:br/>
        <w:t>вчить їх мудрощів колони,&lt;br /&gt;</w:t>
        <w:br/>
        <w:t>що самотньо вік вікує.&lt;br /&gt;</w:t>
        <w:br/>
        <w:t>Мавризований архангел&lt;br /&gt;</w:t>
        <w:br/>
        <w:t>у цяцькованій кошулі&lt;br /&gt;</w:t>
        <w:br/>
        <w:t>на мітингу хвиль хитючих&lt;br /&gt;</w:t>
        <w:br/>
        <w:t>шукав шуму й люлі-люлі.</w:t>
      </w:r>
    </w:p>
    <w:p>
      <w:r>
        <w:br/>
        <w:t>*</w:t>
      </w:r>
    </w:p>
    <w:p>
      <w:r>
        <w:br/>
        <w:t>Одна риба у воді,&lt;br /&gt;</w:t>
        <w:br/>
        <w:t>дві Кордови, дві красуні —&lt;br /&gt;</w:t>
        <w:br/>
        <w:t>одна, струнка, рветься в небо,&lt;br /&gt;</w:t>
        <w:br/>
        <w:t>друга розтеклась на струмні.</w:t>
      </w:r>
    </w:p>
    <w:p>
      <w:r>
        <w:br/>
        <w:t>СВЯТИЙ ГАВРИЇЛ</w:t>
      </w:r>
    </w:p>
    <w:p>
      <w:r>
        <w:br/>
        <w:t>(Севілья)</w:t>
      </w:r>
    </w:p>
    <w:p>
      <w:r>
        <w:br/>
        <w:t>I</w:t>
      </w:r>
    </w:p>
    <w:p>
      <w:r>
        <w:br/>
        <w:t>Юний красень, гейби ясень,&lt;br /&gt;</w:t>
        <w:br/>
        <w:t>крутоплечий та високий,&lt;br /&gt;</w:t>
        <w:br/>
        <w:t>личко — яблучко на свиді,&lt;br /&gt;</w:t>
        <w:br/>
        <w:t>сумноустий, винозорий,&lt;br /&gt;</w:t>
        <w:br/>
        <w:t>тонконервий, палкосердий,&lt;br /&gt;</w:t>
        <w:br/>
        <w:t>по вулиці пустій ходить.&lt;br /&gt;</w:t>
        <w:br/>
        <w:t>В ритмі молитов жалобних&lt;br /&gt;</w:t>
        <w:br/>
        <w:t>сандалі його шеврові&lt;br /&gt;</w:t>
        <w:br/>
        <w:t>толочать нічне повітря,&lt;br /&gt;</w:t>
        <w:br/>
        <w:t>мов жоржини чи левкої.&lt;br /&gt;</w:t>
        <w:br/>
        <w:t>Не зрівняються із ним&lt;br /&gt;</w:t>
        <w:br/>
        <w:t>ані пальми на узмор'ї,&lt;br /&gt;</w:t>
        <w:br/>
        <w:t>ані царі-вінценосці,&lt;br /&gt;</w:t>
        <w:br/>
        <w:t>ні мандрованії зорі.&lt;br /&gt;</w:t>
        <w:br/>
        <w:t>А як голову ісклонить&lt;br /&gt;</w:t>
        <w:br/>
        <w:t>та на груди мармурові,&lt;br /&gt;</w:t>
        <w:br/>
        <w:t>ніч шука долину й другу —&lt;br /&gt;</w:t>
        <w:br/>
        <w:t>впасти перед ним навкольки.&lt;br /&gt;</w:t>
        <w:br/>
        <w:t>I заводять спів гітари&lt;br /&gt;</w:t>
        <w:br/>
        <w:t>в честь архангела святого,&lt;br /&gt;</w:t>
        <w:br/>
        <w:t>що на верби горить серцем,&lt;br /&gt;</w:t>
        <w:br/>
        <w:t>мотилів по струнці водить.&lt;br /&gt;</w:t>
        <w:br/>
        <w:t>"Гавриїле, дитя плаче,&lt;br /&gt;</w:t>
        <w:br/>
        <w:t>плаче в матерній утробі,&lt;br /&gt;</w:t>
        <w:br/>
        <w:t>не забувай, архангеле,&lt;br /&gt;</w:t>
        <w:br/>
        <w:t>що циганський плащ на тобі!"</w:t>
      </w:r>
    </w:p>
    <w:p>
      <w:r>
        <w:br/>
        <w:t>II</w:t>
      </w:r>
    </w:p>
    <w:p>
      <w:r>
        <w:br/>
        <w:t>Молода циганка Рада,&lt;br /&gt;</w:t>
        <w:br/>
        <w:t>як веселка у лахмітті,&lt;br /&gt;</w:t>
        <w:br/>
        <w:t>розчахнула двері настіж —&lt;br /&gt;</w:t>
        <w:br/>
        <w:t>із вулиці рине світло.&lt;br /&gt;</w:t>
        <w:br/>
        <w:t>То архангел Гавриїл&lt;br /&gt;</w:t>
        <w:br/>
        <w:t>усміхався їй лелійно,&lt;br /&gt;</w:t>
        <w:br/>
        <w:t>правнук древньої Хіральди&lt;br /&gt;</w:t>
        <w:br/>
        <w:t>ніс небес благовоління.&lt;br /&gt;</w:t>
        <w:br/>
        <w:t>В гаптах його камізельки&lt;br /&gt;</w:t>
        <w:br/>
        <w:t>коники цвірчать сп'янілі,&lt;br /&gt;</w:t>
        <w:br/>
        <w:t>а всі зорі серед ночі&lt;br /&gt;</w:t>
        <w:br/>
        <w:t>дзвіночками задзвонили.&lt;br /&gt;</w:t>
        <w:br/>
        <w:t>"Гавриїле, моє серце&lt;br /&gt;</w:t>
        <w:br/>
        <w:t>три радості прохромили,&lt;br /&gt;</w:t>
        <w:br/>
        <w:t>своїм світлом розвив єси&lt;br /&gt;</w:t>
        <w:br/>
        <w:t>на виду моїм жасмини".&lt;br /&gt;</w:t>
        <w:br/>
        <w:t>"Радуйся, циганко Радо,&lt;br /&gt;</w:t>
        <w:br/>
        <w:t>смуглолице моє диво!&lt;br /&gt;</w:t>
        <w:br/>
        <w:t>Вродиш сина: буде легінь&lt;br /&gt;</w:t>
        <w:br/>
        <w:t>понад легіт уродливий".&lt;br /&gt;</w:t>
        <w:br/>
        <w:t>"Гавриїле мій святенький,&lt;br /&gt;</w:t>
        <w:br/>
        <w:t>золотенький мій Гаврильцю!&lt;br /&gt;</w:t>
        <w:br/>
        <w:t>Та де ж тебе посадити,&lt;br /&gt;</w:t>
        <w:br/>
        <w:t>хіба в квіти чорнибривці?"&lt;br /&gt;</w:t>
        <w:br/>
        <w:t>"Радуйся, циганко Радо,&lt;br /&gt;</w:t>
        <w:br/>
        <w:t>веселко моя в лахмітті!&lt;br /&gt;</w:t>
        <w:br/>
        <w:t>Твій син буде родимкою&lt;br /&gt;</w:t>
        <w:br/>
        <w:t>й трьома ранами примітний".&lt;br /&gt;</w:t>
        <w:br/>
        <w:t>"Гавриїле мій святенький,&lt;br /&gt;</w:t>
        <w:br/>
        <w:t>солоденький мій Гаврильцю!&lt;br /&gt;</w:t>
        <w:br/>
        <w:t>Я вже чую — в мене в грудях&lt;br /&gt;</w:t>
        <w:br/>
        <w:t>молочні бурлять криниці".&lt;br /&gt;</w:t>
        <w:br/>
        <w:t>"Радуйся, циганко Радо,&lt;br /&gt;</w:t>
        <w:br/>
        <w:t>мати многим поколінням!&lt;br /&gt;</w:t>
        <w:br/>
        <w:t>Гордо сяють твої очі,&lt;br /&gt;</w:t>
        <w:br/>
        <w:t>мов харцизи грають кіньми".</w:t>
      </w:r>
    </w:p>
    <w:p>
      <w:r>
        <w:br/>
        <w:t>*</w:t>
      </w:r>
    </w:p>
    <w:p>
      <w:r>
        <w:br/>
        <w:t>У лоні дитя заграло,&lt;br /&gt;</w:t>
        <w:br/>
        <w:t>а Рада рада, радіє:&lt;br /&gt;</w:t>
        <w:br/>
        <w:t>тонюсінький голосочок&lt;br /&gt;</w:t>
        <w:br/>
        <w:t>лебедика лебедіє.</w:t>
      </w:r>
    </w:p>
    <w:p>
      <w:r>
        <w:br/>
        <w:t>Святий Гавриїл у небо&lt;br /&gt;</w:t>
        <w:br/>
        <w:t>побравсь по сяйній драбині,&lt;br /&gt;</w:t>
        <w:br/>
        <w:t>а зорі в літеплі ночі&lt;br /&gt;</w:t>
        <w:br/>
        <w:t>безсмертниками рябіли.</w:t>
      </w:r>
    </w:p>
    <w:p>
      <w:r>
        <w:br/>
        <w:t>ЯК УЗЯТО АНТОНЬЇТА КАМБОР'Я ПО ДОРОЗІ ДО СЕВІЛЬЇ</w:t>
      </w:r>
    </w:p>
    <w:p>
      <w:r>
        <w:br/>
        <w:t>Антоньйо Торрес Ередья,&lt;br /&gt;</w:t>
        <w:br/>
        <w:t>з діда-прадіда Камборйо,&lt;br /&gt;</w:t>
        <w:br/>
        <w:t>до Севільї на кориду&lt;br /&gt;</w:t>
        <w:br/>
        <w:t>із ціпком іде вербовим.&lt;br /&gt;</w:t>
        <w:br/>
        <w:t>Смаглий, мов зелений місяць,&lt;br /&gt;</w:t>
        <w:br/>
        <w:t>іде браво, хоч поволі,&lt;br /&gt;</w:t>
        <w:br/>
        <w:t>в'ються кучері лискучі,&lt;br /&gt;</w:t>
        <w:br/>
        <w:t>нависають аж на брови.&lt;br /&gt;</w:t>
        <w:br/>
        <w:t>По дорозі рвав лимони,&lt;br /&gt;</w:t>
        <w:br/>
        <w:t>узяла його охота,&lt;br /&gt;</w:t>
        <w:br/>
        <w:t>кидав жовті кульки в воду,&lt;br /&gt;</w:t>
        <w:br/>
        <w:t>поки стала щирозлота.&lt;br /&gt;</w:t>
        <w:br/>
        <w:t>Десь отак на півдорозі&lt;br /&gt;</w:t>
        <w:br/>
        <w:t>під гіллястим осокором&lt;br /&gt;</w:t>
        <w:br/>
        <w:t>патрулюючі жандарми&lt;br /&gt;</w:t>
        <w:br/>
        <w:t>обскочили його колом.</w:t>
      </w:r>
    </w:p>
    <w:p>
      <w:r>
        <w:br/>
        <w:t>День поволі йде на спадень,&lt;br /&gt;</w:t>
        <w:br/>
        <w:t>взявши вечір на горгопки,&lt;br /&gt;</w:t>
        <w:br/>
        <w:t>полосує, мов тореро,&lt;br /&gt;</w:t>
        <w:br/>
        <w:t>море, ріки і потоки.&lt;br /&gt;</w:t>
        <w:br/>
        <w:t>Гай оливний жде вже ночі&lt;br /&gt;</w:t>
        <w:br/>
        <w:t>із-під знаку Козерога,&lt;br /&gt;</w:t>
        <w:br/>
        <w:t>дмухнув вітер по горі&lt;br /&gt;</w:t>
        <w:br/>
        <w:t>на конику вороному.&lt;br /&gt;</w:t>
        <w:br/>
        <w:t>Антоньйо Торрес Ередья,&lt;br /&gt;</w:t>
        <w:br/>
        <w:t>з діда-прадіда Камборйо,&lt;br /&gt;</w:t>
        <w:br/>
        <w:t>йде між п'ятьма трикутками,&lt;br /&gt;</w:t>
        <w:br/>
        <w:t>кинувши ціпок вербовий.</w:t>
      </w:r>
    </w:p>
    <w:p>
      <w:r>
        <w:br/>
        <w:t>Ех, Антоньйо, хто ти й що ти?&lt;br /&gt;</w:t>
        <w:br/>
        <w:t>Якби справді був Камборйо,&lt;br /&gt;</w:t>
        <w:br/>
        <w:t>п'ять фонтанів кров'яних&lt;br /&gt;</w:t>
        <w:br/>
        <w:t>цвіркнуло б перед тобою!&lt;br /&gt;</w:t>
        <w:br/>
        <w:t>Який з тебе батьків син,&lt;br /&gt;</w:t>
        <w:br/>
        <w:t>який у біса Камборйо?&lt;br /&gt;</w:t>
        <w:br/>
        <w:t>Перевелись ті цигани,&lt;br /&gt;</w:t>
        <w:br/>
        <w:t>що самі блукали в горах!&lt;br /&gt;</w:t>
        <w:br/>
        <w:t>Старі ножі харалужні&lt;br /&gt;</w:t>
        <w:br/>
        <w:t>притрусив ледачий порох.</w:t>
      </w:r>
    </w:p>
    <w:p>
      <w:r>
        <w:br/>
        <w:t>*</w:t>
      </w:r>
    </w:p>
    <w:p>
      <w:r>
        <w:br/>
        <w:t>Увечері о дев'ятій&lt;br /&gt;</w:t>
        <w:br/>
        <w:t>повели його в холодну,&lt;br /&gt;</w:t>
        <w:br/>
        <w:t>а жандарми на отуху&lt;br /&gt;</w:t>
        <w:br/>
        <w:t>лимонадну пили воду.&lt;br /&gt;</w:t>
        <w:br/>
        <w:t>Увечері о дев'ятій&lt;br /&gt;</w:t>
        <w:br/>
        <w:t>узяли його в закови,&lt;br /&gt;</w:t>
        <w:br/>
        <w:t>а ніч вороно лисніла,&lt;br /&gt;</w:t>
        <w:br/>
        <w:t>наче крижі лошакові.</w:t>
      </w:r>
    </w:p>
    <w:p>
      <w:r>
        <w:br/>
        <w:t>ЯК ПОМЕР АНТОНЬЇТО КАМБОРЙО</w:t>
      </w:r>
    </w:p>
    <w:p>
      <w:r>
        <w:br/>
        <w:t>Загучали гуки смерті,&lt;br /&gt;</w:t>
        <w:br/>
        <w:t>де шумить Гвадалквівір,&lt;br /&gt;</w:t>
        <w:br/>
        <w:t>заглушили, предковічні,&lt;br /&gt;</w:t>
        <w:br/>
        <w:t>гвоздиковий буйний цвіт.&lt;br /&gt;</w:t>
        <w:br/>
        <w:t>Він у чоботи гвоздив їх,&lt;br /&gt;</w:t>
        <w:br/>
        <w:t>наче вепр іклив хортів,&lt;br /&gt;</w:t>
        <w:br/>
        <w:t>він скакав халяндри в бійці,&lt;br /&gt;</w:t>
        <w:br/>
        <w:t>мов запінений дельфін.&lt;br /&gt;</w:t>
        <w:br/>
        <w:t>Він ворожою крівлeю&lt;br /&gt;</w:t>
        <w:br/>
        <w:t>заросив свій кармазин,&lt;br /&gt;</w:t>
        <w:br/>
        <w:t>та в чотири кинджалюги&lt;br /&gt;</w:t>
        <w:br/>
        <w:t>вороги його взяли.&lt;br /&gt;</w:t>
        <w:br/>
        <w:t>Коли зорі в сірі води&lt;br /&gt;</w:t>
        <w:br/>
        <w:t>гострі кидали списи,&lt;br /&gt;</w:t>
        <w:br/>
        <w:t>коли снились бузів'ятам&lt;br /&gt;</w:t>
        <w:br/>
        <w:t>левкойові прапорці,&lt;br /&gt;</w:t>
        <w:br/>
        <w:t>гомоніли гуки смерті,&lt;br /&gt;</w:t>
        <w:br/>
        <w:t>де шумить Гвадалквівір.</w:t>
      </w:r>
    </w:p>
    <w:p>
      <w:r>
        <w:br/>
        <w:t>*</w:t>
      </w:r>
    </w:p>
    <w:p>
      <w:r>
        <w:br/>
        <w:t>"Антоньйо Торрес Ередьє,&lt;br /&gt;</w:t>
        <w:br/>
        <w:t>ти Камборйо з синіх гір,&lt;br /&gt;</w:t>
        <w:br/>
        <w:t>смаглий, мов зелений місяць,&lt;br /&gt;</w:t>
        <w:br/>
        <w:t>гвоздиковий буйний цвіт,-&lt;br /&gt;</w:t>
        <w:br/>
        <w:t>хто убив тебе, признайся,&lt;br /&gt;</w:t>
        <w:br/>
        <w:t>де шумить Гвадалквівір?"&lt;br /&gt;</w:t>
        <w:br/>
        <w:t>"То чотири побратими,&lt;br /&gt;</w:t>
        <w:br/>
        <w:t>мої рідні вороги,&lt;br /&gt;</w:t>
        <w:br/>
        <w:t>вони важили на мене,&lt;br /&gt;</w:t>
        <w:br/>
        <w:t>на сап'янці дорогі,&lt;br /&gt;</w:t>
        <w:br/>
        <w:t>вони заздрили на мене,&lt;br /&gt;</w:t>
        <w:br/>
        <w:t>на сріберні дукачі,&lt;br /&gt;</w:t>
        <w:br/>
        <w:t>на це личко, замішане&lt;br /&gt;</w:t>
        <w:br/>
        <w:t>на мигдалю й аличі".&lt;br /&gt;</w:t>
        <w:br/>
        <w:t>"Гей, Антоньїто Камборйо,&lt;br /&gt;</w:t>
        <w:br/>
        <w:t>тобі б тільки до цариць!&lt;br /&gt;</w:t>
        <w:br/>
        <w:t>Смерть твоя вже за плечима,&lt;br /&gt;</w:t>
        <w:br/>
        <w:t>ти Пречистій помолись".&lt;br /&gt;</w:t>
        <w:br/>
        <w:t>"Гей, Федеріко Гарсіє,&lt;br /&gt;</w:t>
        <w:br/>
        <w:t>біжи стражників поклич!&lt;br /&gt;</w:t>
        <w:br/>
        <w:t>Мов тонка кукурудзина,&lt;br /&gt;</w:t>
        <w:br/>
        <w:t>вже мій стан переломивсь".</w:t>
      </w:r>
    </w:p>
    <w:p>
      <w:r>
        <w:br/>
        <w:t>*</w:t>
      </w:r>
    </w:p>
    <w:p>
      <w:r>
        <w:br/>
        <w:t>Хлянув кров'ю раз і вдруге&lt;br /&gt;</w:t>
        <w:br/>
        <w:t>та й у профіль занімів.&lt;br /&gt;</w:t>
        <w:br/>
        <w:t>Живий таляр неповторний —&lt;br /&gt;</w:t>
        <w:br/>
        <w:t>карб загублено навік.&lt;br /&gt;</w:t>
        <w:br/>
        <w:t>Прийшов янгол невиспаний,&lt;br /&gt;</w:t>
        <w:br/>
        <w:t>під голови підмостив,&lt;br /&gt;</w:t>
        <w:br/>
        <w:t>прийшов другий, натомлений,&lt;br /&gt;</w:t>
        <w:br/>
        <w:t>лампадоньку засвітив.&lt;br /&gt;</w:t>
        <w:br/>
        <w:t>Як чотири побратими&lt;br /&gt;</w:t>
        <w:br/>
        <w:t>вернулися в батьків двір,&lt;br /&gt;</w:t>
        <w:br/>
        <w:t>одбриніли гуки смерті,&lt;br /&gt;</w:t>
        <w:br/>
        <w:t>де шумить Гвадалквівір.</w:t>
      </w:r>
    </w:p>
    <w:p>
      <w:r>
        <w:br/>
        <w:t>СКОНАВ З ЛЮБОВІ</w:t>
      </w:r>
    </w:p>
    <w:p>
      <w:r>
        <w:br/>
        <w:t>"Що там сяє, що блискоче&lt;br /&gt;</w:t>
        <w:br/>
        <w:t>у високих коридорах?"&lt;br /&gt;</w:t>
        <w:br/>
        <w:t>"Зачинімо, синку, двері,&lt;br /&gt;</w:t>
        <w:br/>
        <w:t>вже нерано, північ скоро".&lt;br /&gt;</w:t>
        <w:br/>
        <w:t>"Все горять чотири свічки,&lt;br /&gt;</w:t>
        <w:br/>
        <w:t>хоч і як заплющуй очі".&lt;br /&gt;</w:t>
        <w:br/>
        <w:t>"Десь ті люди чистять мідь,&lt;br /&gt;</w:t>
        <w:br/>
        <w:t>ти заснув би, мій синочку".&lt;br /&gt;</w:t>
        <w:br/>
        <w:t>*</w:t>
      </w:r>
    </w:p>
    <w:p>
      <w:r>
        <w:br/>
        <w:t>Хворий місяць-недобір&lt;br /&gt;</w:t>
        <w:br/>
        <w:t>часникове срібло ронить,&lt;br /&gt;</w:t>
        <w:br/>
        <w:t>жовтим вежам обережно&lt;br /&gt;</w:t>
        <w:br/>
        <w:t>шевелюри жовті робить.&lt;br /&gt;</w:t>
        <w:br/>
        <w:t>Ніч трясеться з переляку,&lt;br /&gt;</w:t>
        <w:br/>
        <w:t>б'ється в засклені балкони,&lt;br /&gt;</w:t>
        <w:br/>
        <w:t>бо за нею з хижим гвалтом&lt;br /&gt;</w:t>
        <w:br/>
        <w:t>пси женуться незнайомі.&lt;br /&gt;</w:t>
        <w:br/>
        <w:t>Пахне десь вином чи йодом&lt;br /&gt;</w:t>
        <w:br/>
        <w:t>за дверима в коридорах.</w:t>
      </w:r>
    </w:p>
    <w:p>
      <w:r>
        <w:br/>
        <w:t>*</w:t>
      </w:r>
    </w:p>
    <w:p>
      <w:r>
        <w:br/>
        <w:t>Вологий плавневий вітер&lt;br /&gt;</w:t>
        <w:br/>
        <w:t>і старечий журний гомін&lt;br /&gt;</w:t>
        <w:br/>
        <w:t>колихали тріпотливо&lt;br /&gt;</w:t>
        <w:br/>
        <w:t>полуночі рваний полог.&lt;br /&gt;</w:t>
        <w:br/>
        <w:t>Вже поснули бики й ружі,&lt;br /&gt;</w:t>
        <w:br/>
        <w:t>тільки там, у коридорах,&lt;br /&gt;</w:t>
        <w:br/>
        <w:t>ярились чотири свічки,&lt;br /&gt;</w:t>
        <w:br/>
        <w:t>мов Юр святий змієборець.&lt;br /&gt;</w:t>
        <w:br/>
        <w:t>Сумні жінки-долинянки&lt;br /&gt;</w:t>
        <w:br/>
        <w:t>кров кидали мужню, добру,&lt;br /&gt;</w:t>
        <w:br/>
        <w:t>тиху кров квіток на зріз&lt;br /&gt;</w:t>
        <w:br/>
        <w:t>і терпку з крутого боку.&lt;br /&gt;</w:t>
        <w:br/>
        <w:t>Старі жінки-бережанки&lt;br /&gt;</w:t>
        <w:br/>
        <w:t>заридали під горою&lt;br /&gt;</w:t>
        <w:br/>
        <w:t>у безвихідну хвилину&lt;br /&gt;</w:t>
        <w:br/>
        <w:t>зміни варти без паролю.&lt;br /&gt;</w:t>
        <w:br/>
        <w:t>Ніч така квадратна й біла&lt;br /&gt;</w:t>
        <w:br/>
        <w:t>в цих палатах монотонних...&lt;br /&gt;</w:t>
        <w:br/>
        <w:t>Серафими і цигани&lt;br /&gt;</w:t>
        <w:br/>
        <w:t>грали на акордеонах.&lt;br /&gt;</w:t>
        <w:br/>
        <w:t>"Слухай, мамо, як умру,&lt;br /&gt;</w:t>
        <w:br/>
        <w:t>проведи мене до схову&lt;br /&gt;</w:t>
        <w:br/>
        <w:t>та бий сині телеграми&lt;br /&gt;</w:t>
        <w:br/>
        <w:t>од заходу аж до сходу".</w:t>
      </w:r>
    </w:p>
    <w:p>
      <w:r>
        <w:br/>
        <w:t>*</w:t>
      </w:r>
    </w:p>
    <w:p>
      <w:r>
        <w:br/>
        <w:t>Сім криків, сім бризок крові,&lt;br /&gt;</w:t>
        <w:br/>
        <w:t>сім маків снотворних чорних&lt;br /&gt;</w:t>
        <w:br/>
        <w:t>бліки місячні загусклі&lt;br /&gt;</w:t>
        <w:br/>
        <w:t>роздробили в срібний порох.&lt;br /&gt;</w:t>
        <w:br/>
        <w:t>Забурхало десь там море&lt;br /&gt;</w:t>
        <w:br/>
        <w:t>невгамованих прокльонів,&lt;br /&gt;</w:t>
        <w:br/>
        <w:t>а в нім руки одрізані&lt;br /&gt;</w:t>
        <w:br/>
        <w:t>і вінці квіток червоних.&lt;br /&gt;</w:t>
        <w:br/>
        <w:t>Небо грюкало дверима,&lt;br /&gt;</w:t>
        <w:br/>
        <w:t>сварилося з хмурим бором,&lt;br /&gt;</w:t>
        <w:br/>
        <w:t>світло хлипало, тужило&lt;br /&gt;</w:t>
        <w:br/>
        <w:t>у високих коридорах.</w:t>
      </w:r>
    </w:p>
    <w:p>
      <w:r>
        <w:br/>
        <w:t>БАЛАДА ПРО ВИВОЛАНЦЯ</w:t>
      </w:r>
    </w:p>
    <w:p>
      <w:r>
        <w:br/>
        <w:t>Самото моя невгавна!&lt;br /&gt;</w:t>
        <w:br/>
        <w:t>Очі мої і коневі&lt;br /&gt;</w:t>
        <w:br/>
        <w:t>не сплять з вечора до рана&lt;br /&gt;</w:t>
        <w:br/>
        <w:t>і не дивляться в той бік&lt;br /&gt;</w:t>
        <w:br/>
        <w:t>світової панорами,&lt;br /&gt;</w:t>
        <w:br/>
        <w:t>де спокійно відпливає&lt;br /&gt;</w:t>
        <w:br/>
        <w:t>сон тринадцятьма човнами.&lt;br /&gt;</w:t>
        <w:br/>
        <w:t>Мої очі гострі й бистрі,&lt;br /&gt;</w:t>
        <w:br/>
        <w:t>джури пильні, неоспалі,&lt;br /&gt;</w:t>
        <w:br/>
        <w:t>все наставлені натомість&lt;br /&gt;</w:t>
        <w:br/>
        <w:t>на метали та на скали,&lt;br /&gt;</w:t>
        <w:br/>
        <w:t>де моє безжильне тіло&lt;br /&gt;</w:t>
        <w:br/>
        <w:t>ворожить на мерзлі карти.</w:t>
      </w:r>
    </w:p>
    <w:p>
      <w:r>
        <w:br/>
        <w:t>*</w:t>
      </w:r>
    </w:p>
    <w:p>
      <w:r>
        <w:br/>
        <w:t>Густі струмені-бики&lt;br /&gt;</w:t>
        <w:br/>
        <w:t>хлопців буцали, шпиряли,&lt;br /&gt;</w:t>
        <w:br/>
        <w:t>що купались в молодиках&lt;br /&gt;</w:t>
        <w:br/>
        <w:t>рогів їхніх кучерявих.&lt;br /&gt;</w:t>
        <w:br/>
        <w:t>На ковадлах лунатичних&lt;br /&gt;</w:t>
        <w:br/>
        <w:t>молотки всю ніч співали,&lt;br /&gt;</w:t>
        <w:br/>
        <w:t>на вершника й на коня&lt;br /&gt;</w:t>
        <w:br/>
        <w:t>безсоння біле кували.</w:t>
      </w:r>
    </w:p>
    <w:p>
      <w:r>
        <w:br/>
        <w:t>*</w:t>
      </w:r>
    </w:p>
    <w:p>
      <w:r>
        <w:br/>
        <w:t>Дев'ятнадцятого червня&lt;br /&gt;</w:t>
        <w:br/>
        <w:t>було сказано Амаргу:&lt;br /&gt;</w:t>
        <w:br/>
        <w:t>"Ламай уже, коли хочеш,&lt;br /&gt;</w:t>
        <w:br/>
        <w:t>в дворі в себе олеандри.&lt;br /&gt;</w:t>
        <w:br/>
        <w:t>Намалюй хреста на дверях,&lt;br /&gt;</w:t>
        <w:br/>
        <w:t>підпиши ім'я на пам'ять,&lt;br /&gt;</w:t>
        <w:br/>
        <w:t>бо кропива з бугилою&lt;br /&gt;</w:t>
        <w:br/>
        <w:t>поросте на твоїм рам'ї,&lt;br /&gt;</w:t>
        <w:br/>
        <w:t>а сире вапно у п'яти&lt;br /&gt;</w:t>
        <w:br/>
        <w:t>уп'ється тобі голками.&lt;br /&gt;</w:t>
        <w:br/>
        <w:t>Те здіється в темну ніч&lt;br /&gt;</w:t>
        <w:br/>
        <w:t>у магнітних горах карих,&lt;br /&gt;</w:t>
        <w:br/>
        <w:t>де п'ють струмені-бики&lt;br /&gt;</w:t>
        <w:br/>
        <w:t>очерети в сонних марах.&lt;br /&gt;</w:t>
        <w:br/>
        <w:t>Замов дзвони і свічки,&lt;br /&gt;</w:t>
        <w:br/>
        <w:t>навчись руки складать навхрест,&lt;br /&gt;</w:t>
        <w:br/>
        <w:t>навикай студеним дихать&lt;br /&gt;</w:t>
        <w:br/>
        <w:t>у металах та у скалах,&lt;br /&gt;</w:t>
        <w:br/>
        <w:t>бо як мине два місяці,&lt;br /&gt;</w:t>
        <w:br/>
        <w:t>уберуть тебе у саван".</w:t>
      </w:r>
    </w:p>
    <w:p>
      <w:r>
        <w:br/>
        <w:t>*</w:t>
      </w:r>
    </w:p>
    <w:p>
      <w:r>
        <w:br/>
        <w:t>Святий Яків у повітрі&lt;br /&gt;</w:t>
        <w:br/>
        <w:t>марев'яним мечем маше,&lt;br /&gt;</w:t>
        <w:br/>
        <w:t>млосна тиша вихлинає&lt;br /&gt;</w:t>
        <w:br/>
        <w:t>із небесного піддашшя.&lt;br /&gt;</w:t>
        <w:br/>
        <w:t>Дев'ятнадцятого червня&lt;br /&gt;</w:t>
        <w:br/>
        <w:t>розплющив очі Амарго,&lt;br /&gt;</w:t>
        <w:br/>
        <w:t>дев'ятнадцятого серпня&lt;br /&gt;</w:t>
        <w:br/>
        <w:t>їх розплющував намарно.&lt;br /&gt;</w:t>
        <w:br/>
        <w:t>Сунув вулицями люд&lt;br /&gt;</w:t>
        <w:br/>
        <w:t>поглядіть на виволанця;&lt;br /&gt;</w:t>
        <w:br/>
        <w:t>самота його безруха&lt;br /&gt;</w:t>
        <w:br/>
        <w:t>в німі мури уп'ялася.&lt;br /&gt;</w:t>
        <w:br/>
        <w:t>Непорочно білий саван&lt;br /&gt;</w:t>
        <w:br/>
        <w:t>римського різкого плану&lt;br /&gt;</w:t>
        <w:br/>
        <w:t>прямокутними штрихами&lt;br /&gt;</w:t>
        <w:br/>
        <w:t>давав смерті рівновагу.</w:t>
      </w:r>
    </w:p>
    <w:p>
      <w:r>
        <w:br/>
        <w:t>БАЛАДА ПРО ІСПАНСЬКУ ЖАНДАРМЕРІЮ</w:t>
      </w:r>
    </w:p>
    <w:p>
      <w:r>
        <w:br/>
        <w:t>Чорні, чорні, чорні коні,&lt;br /&gt;</w:t>
        <w:br/>
        <w:t>чорні цокоти-підкови.&lt;br /&gt;</w:t>
        <w:br/>
        <w:t>Плями на плащах блищать&lt;br /&gt;</w:t>
        <w:br/>
        <w:t>то чорнильні, то воскові.&lt;br /&gt;</w:t>
        <w:br/>
        <w:t>Черепи тупі свинцеві,&lt;br /&gt;</w:t>
        <w:br/>
        <w:t>їх не проймуть зроду сльози,&lt;br /&gt;</w:t>
        <w:br/>
        <w:t>шкуратяні тугі душі,&lt;br /&gt;</w:t>
        <w:br/>
        <w:t>їдуть, їдуть по дорозі.&lt;br /&gt;</w:t>
        <w:br/>
        <w:t>Там, де пройдуть, де проїдуть&lt;br /&gt;</w:t>
        <w:br/>
        <w:t>ці горбаті ночоброди,&lt;br /&gt;</w:t>
        <w:br/>
        <w:t>темна гумова мовчанка&lt;br /&gt;</w:t>
        <w:br/>
        <w:t>та піщаний острах родить.&lt;br /&gt;</w:t>
        <w:br/>
        <w:t>Де захочуть, там і пройдуть,&lt;br /&gt;</w:t>
        <w:br/>
        <w:t>з голови снують пустої&lt;br /&gt;</w:t>
        <w:br/>
        <w:t>астрономію непевну&lt;br /&gt;</w:t>
        <w:br/>
        <w:t>неозначених пістолів.</w:t>
      </w:r>
    </w:p>
    <w:p>
      <w:r>
        <w:br/>
        <w:t>*</w:t>
      </w:r>
    </w:p>
    <w:p>
      <w:r>
        <w:br/>
        <w:t>Ой циганське славне місто!&lt;br /&gt;</w:t>
        <w:br/>
        <w:t>Прапори на кожнім розі,&lt;br /&gt;</w:t>
        <w:br/>
        <w:t>місяць жовтий, як гарбуз,&lt;br /&gt;</w:t>
        <w:br/>
        <w:t>і черешні у сиропі.&lt;br /&gt;</w:t>
        <w:br/>
        <w:t>Ой циганське славне місто,&lt;br /&gt;</w:t>
        <w:br/>
        <w:t>не забуть тебе ніколи!&lt;br /&gt;</w:t>
        <w:br/>
        <w:t>Місто мускусу і муки,&lt;br /&gt;</w:t>
        <w:br/>
        <w:t>вбране в вежі червінькові...</w:t>
      </w:r>
    </w:p>
    <w:p>
      <w:r>
        <w:br/>
        <w:t>А як темна ніч упала —&lt;br /&gt;</w:t>
        <w:br/>
        <w:t>ой ви ночі, переночі! —&lt;br /&gt;</w:t>
        <w:br/>
        <w:t>кували в кузнях цигани&lt;br /&gt;</w:t>
        <w:br/>
        <w:t>сонця, стріли і дзвіночки.&lt;br /&gt;</w:t>
        <w:br/>
        <w:t>Добивався у всі брами&lt;br /&gt;</w:t>
        <w:br/>
        <w:t>поранений кінь бездомний.&lt;br /&gt;</w:t>
        <w:br/>
        <w:t>Скляні півні обізвались&lt;br /&gt;</w:t>
        <w:br/>
        <w:t>над Хересом Прикордонним.&lt;br /&gt;</w:t>
        <w:br/>
        <w:t>Із-за рогу-невгадаю&lt;br /&gt;</w:t>
        <w:br/>
        <w:t>голий вітер шпарко скочив&lt;br /&gt;</w:t>
        <w:br/>
        <w:t>у ту ніч, у ту срібніч —&lt;br /&gt;</w:t>
        <w:br/>
        <w:t>ой ви ночі, переночі!</w:t>
      </w:r>
    </w:p>
    <w:p>
      <w:r>
        <w:br/>
        <w:t>*</w:t>
      </w:r>
    </w:p>
    <w:p>
      <w:r>
        <w:br/>
        <w:t>Божа мати й святий Йосип&lt;br /&gt;</w:t>
        <w:br/>
        <w:t>погубили торохтьола,&lt;br /&gt;</w:t>
        <w:br/>
        <w:t>все шукали тих циган,&lt;br /&gt;</w:t>
        <w:br/>
        <w:t>де то їхня гола воля?&lt;br /&gt;</w:t>
        <w:br/>
        <w:t>Божа мати виступає&lt;br /&gt;</w:t>
        <w:br/>
        <w:t>у спідниці грезетовій,&lt;br /&gt;</w:t>
        <w:br/>
        <w:t>мов алькальда того пані,&lt;br /&gt;</w:t>
        <w:br/>
        <w:t>і в коралях мигдальових.&lt;br /&gt;</w:t>
        <w:br/>
        <w:t>Святий Йосип іде, має&lt;br /&gt;</w:t>
        <w:br/>
        <w:t>рукавами зелен шовку,&lt;br /&gt;</w:t>
        <w:br/>
        <w:t>а за ними Педро Домек&lt;br /&gt;</w:t>
        <w:br/>
        <w:t>і три царіє з востоку.&lt;br /&gt;</w:t>
        <w:br/>
        <w:t>Мов безклекітний лелека,&lt;br /&gt;</w:t>
        <w:br/>
        <w:t>марив місяць на підповні,&lt;br /&gt;</w:t>
        <w:br/>
        <w:t>пласкі дахи заливали&lt;br /&gt;</w:t>
        <w:br/>
        <w:t>тьмяні ліхтарі й корогви.&lt;br /&gt;</w:t>
        <w:br/>
        <w:t>А безклубі танцівниці&lt;br /&gt;</w:t>
        <w:br/>
        <w:t>плачуть в люстрах смарагдових,&lt;br /&gt;</w:t>
        <w:br/>
        <w:t>Тьма й вода, вода і тьма&lt;br /&gt;</w:t>
        <w:br/>
        <w:t>над Хересом Прикордонним.</w:t>
      </w:r>
    </w:p>
    <w:p>
      <w:r>
        <w:br/>
        <w:t>*</w:t>
      </w:r>
    </w:p>
    <w:p>
      <w:r>
        <w:br/>
        <w:t>Ой циганське славне місто,&lt;br /&gt;</w:t>
        <w:br/>
        <w:t>прапори на кожнім розі!&lt;br /&gt;</w:t>
        <w:br/>
        <w:t>Погаси зелене світло,&lt;br /&gt;</w:t>
        <w:br/>
        <w:t>бо вже їдуть ночоброди.&lt;br /&gt;</w:t>
        <w:br/>
        <w:t>Ой циганське славне місто,&lt;br /&gt;</w:t>
        <w:br/>
        <w:t>не забуть тебе ніколи!&lt;br /&gt;</w:t>
        <w:br/>
        <w:t>Розхристане, розпатлане&lt;br /&gt;</w:t>
        <w:br/>
        <w:t>на безморім виноколі...</w:t>
      </w:r>
    </w:p>
    <w:p>
      <w:r>
        <w:br/>
        <w:t>*</w:t>
      </w:r>
    </w:p>
    <w:p>
      <w:r>
        <w:br/>
        <w:t>Їдуть, їдуть по два в ряд,&lt;br /&gt;</w:t>
        <w:br/>
        <w:t>близько місто вже святкове.&lt;br /&gt;</w:t>
        <w:br/>
        <w:t>В патронташах шарудять&lt;br /&gt;</w:t>
        <w:br/>
        <w:t>безсмертники світанкові.&lt;br /&gt;</w:t>
        <w:br/>
        <w:t>Їдуть, їдуть по два в ряд,&lt;br /&gt;</w:t>
        <w:br/>
        <w:t>одкидають тіні строгі.&lt;br /&gt;</w:t>
        <w:br/>
        <w:t>Для них небо — то вітрина,&lt;br /&gt;</w:t>
        <w:br/>
        <w:t>де виблискують остроги.</w:t>
      </w:r>
    </w:p>
    <w:p>
      <w:r>
        <w:br/>
        <w:t>*</w:t>
      </w:r>
    </w:p>
    <w:p>
      <w:r>
        <w:br/>
        <w:t>Необачне сонне місто&lt;br /&gt;</w:t>
        <w:br/>
        <w:t>двері множило нарозтвір,&lt;br /&gt;</w:t>
        <w:br/>
        <w:t>як нагрянули жандарми —&lt;br /&gt;</w:t>
        <w:br/>
        <w:t>некликані лихі гості.&lt;br /&gt;</w:t>
        <w:br/>
        <w:t>Всі годинники спинились,&lt;br /&gt;</w:t>
        <w:br/>
        <w:t>а коньяк у бутлях добрий&lt;br /&gt;</w:t>
        <w:br/>
        <w:t>прикидався листопадом,&lt;br /&gt;</w:t>
        <w:br/>
        <w:t>щоб не збуджувать підозри.&lt;br /&gt;</w:t>
        <w:br/>
        <w:t>З дахів знялась криків зграя,&lt;br /&gt;</w:t>
        <w:br/>
        <w:t>флюгери сполохав обшук.&lt;br /&gt;</w:t>
        <w:br/>
        <w:t>Шаблі тнуть тужавий вітер,&lt;br /&gt;</w:t>
        <w:br/>
        <w:t>а копита його топчуть.&lt;br /&gt;</w:t>
        <w:br/>
        <w:t>Ось уже й старі циганки&lt;br /&gt;</w:t>
        <w:br/>
        <w:t>біжать поночі наспотич,&lt;br /&gt;</w:t>
        <w:br/>
        <w:t>ведуть коні, несуть гроші —&lt;br /&gt;</w:t>
        <w:br/>
        <w:t>чи то злодію не здобич?&lt;br /&gt;</w:t>
        <w:br/>
        <w:t>Пнуться вулицями круто&lt;br /&gt;</w:t>
        <w:br/>
        <w:t>плащі чорні, зловорожі,&lt;br /&gt;</w:t>
        <w:br/>
        <w:t>лиш вихри стрижуть за ними,&lt;br /&gt;</w:t>
        <w:br/>
        <w:t>мов холодні леза ножиць.</w:t>
      </w:r>
    </w:p>
    <w:p>
      <w:r>
        <w:br/>
        <w:t>*</w:t>
      </w:r>
    </w:p>
    <w:p>
      <w:r>
        <w:br/>
        <w:t>А при брамі Віфліємській&lt;br /&gt;</w:t>
        <w:br/>
        <w:t>всі цигани вже у зборі.&lt;br /&gt;</w:t>
        <w:br/>
        <w:t>Святий Йосип поранений&lt;br /&gt;</w:t>
        <w:br/>
        <w:t>мертве дівча в саван горне.&lt;br /&gt;</w:t>
        <w:br/>
        <w:t>Настирливі карабіни,&lt;br /&gt;</w:t>
        <w:br/>
        <w:t>знай, дірявлять шатро ночі.&lt;br /&gt;</w:t>
        <w:br/>
        <w:t>Божа мати циганчатам&lt;br /&gt;</w:t>
        <w:br/>
        <w:t>кладе зоряні примочки.&lt;br /&gt;</w:t>
        <w:br/>
        <w:t>А жандарми сунуть, сунуть,&lt;br /&gt;</w:t>
        <w:br/>
        <w:t>сіють полумінь довкола,&lt;br /&gt;</w:t>
        <w:br/>
        <w:t>в огні шквариться живцем&lt;br /&gt;</w:t>
        <w:br/>
        <w:t>фантазія юна й гола.&lt;br /&gt;</w:t>
        <w:br/>
        <w:t>Онде Роза Камборівна&lt;br /&gt;</w:t>
        <w:br/>
        <w:t>сидить, стогне на порозі,&lt;br /&gt;</w:t>
        <w:br/>
        <w:t>її груди одрубані&lt;br /&gt;</w:t>
        <w:br/>
        <w:t>перед нею на підносі.&lt;br /&gt;</w:t>
        <w:br/>
        <w:t>Он іще біжать красуні,&lt;br /&gt;</w:t>
        <w:br/>
        <w:t>навздогін метляють коси,&lt;br /&gt;</w:t>
        <w:br/>
        <w:t>розпукають у повітрі&lt;br /&gt;</w:t>
        <w:br/>
        <w:t>порохові чорні рози.&lt;br /&gt;</w:t>
        <w:br/>
        <w:t>А коли череп'я крівель&lt;br /&gt;</w:t>
        <w:br/>
        <w:t>лягло долі, мов покоси,&lt;br /&gt;</w:t>
        <w:br/>
        <w:t>припала зоря рум'яна&lt;br /&gt;</w:t>
        <w:br/>
        <w:t>раменом на камінь косий.</w:t>
      </w:r>
    </w:p>
    <w:p>
      <w:r>
        <w:br/>
        <w:t>*</w:t>
      </w:r>
    </w:p>
    <w:p>
      <w:r>
        <w:br/>
        <w:t>Ой циганське славне місто!&lt;br /&gt;</w:t>
        <w:br/>
        <w:t>Даленіють чорні коні&lt;br /&gt;</w:t>
        <w:br/>
        <w:t>по тунелю безгоміння,&lt;br /&gt;</w:t>
        <w:br/>
        <w:t>а тебе поймає пломінь.&lt;br /&gt;</w:t>
        <w:br/>
        <w:t>Ой циганське славне місто,&lt;br /&gt;</w:t>
        <w:br/>
        <w:t>не забуть тебе ніколи!&lt;br /&gt;</w:t>
        <w:br/>
        <w:t>Грою місяця й пісків&lt;br /&gt;</w:t>
        <w:br/>
        <w:t>світиш ти на моїм чолі.</w:t>
      </w:r>
    </w:p>
    <w:p>
      <w:r>
        <w:br/>
        <w:t>ТРИ ІСТОРИЧНІ БАЛАДИ</w:t>
      </w:r>
    </w:p>
    <w:p>
      <w:r>
        <w:br/>
        <w:t>МУКИ СВЯТОЇ ОЛАЛЬЇ</w:t>
      </w:r>
    </w:p>
    <w:p>
      <w:r>
        <w:br/>
        <w:t>I</w:t>
      </w:r>
    </w:p>
    <w:p>
      <w:r>
        <w:br/>
        <w:t>МЕРІДСЬКА ПАНОРАМА</w:t>
      </w:r>
    </w:p>
    <w:p>
      <w:r>
        <w:br/>
        <w:t>Вулицею кінь чвалує,&lt;br /&gt;</w:t>
        <w:br/>
        <w:t>кінь басує довгохвостий,&lt;br /&gt;</w:t>
        <w:br/>
        <w:t>а старі вояки римські&lt;br /&gt;</w:t>
        <w:br/>
        <w:t>куняють чи грають в кості.&lt;br /&gt;</w:t>
        <w:br/>
        <w:t>Мінервине середгір'я&lt;br /&gt;</w:t>
        <w:br/>
        <w:t>випручує віття голе,&lt;br /&gt;</w:t>
        <w:br/>
        <w:t>вода нависом золотить&lt;br /&gt;</w:t>
        <w:br/>
        <w:t>строгі скелі гострочолі.&lt;br /&gt;</w:t>
        <w:br/>
        <w:t>Ніч лежача і ледача&lt;br /&gt;</w:t>
        <w:br/>
        <w:t>зорі мружила безносі;&lt;br /&gt;</w:t>
        <w:br/>
        <w:t>щоб світанок розступився,&lt;br /&gt;</w:t>
        <w:br/>
        <w:t>провалилась би вже досі.&lt;br /&gt;</w:t>
        <w:br/>
        <w:t>Де-де чулися блюзнірства,&lt;br /&gt;</w:t>
        <w:br/>
        <w:t>гребінь їх гукав червоний.&lt;br /&gt;</w:t>
        <w:br/>
        <w:t>Діва праведна стогнала,&lt;br /&gt;</w:t>
        <w:br/>
        <w:t>аж кришталь крушив той стогін.&lt;br /&gt;</w:t>
        <w:br/>
        <w:t>Точилися на точилі&lt;br /&gt;</w:t>
        <w:br/>
        <w:t>ножі люті й гаки гострі.&lt;br /&gt;</w:t>
        <w:br/>
        <w:t>Бугаєм ревло ковадло,&lt;br /&gt;</w:t>
        <w:br/>
        <w:t>а Меріда під горою&lt;br /&gt;</w:t>
        <w:br/>
        <w:t>квітчалася нардом свіжим&lt;br /&gt;</w:t>
        <w:br/>
        <w:t>та ожиною густою.</w:t>
      </w:r>
    </w:p>
    <w:p>
      <w:r>
        <w:br/>
        <w:t>II</w:t>
      </w:r>
    </w:p>
    <w:p>
      <w:r>
        <w:br/>
        <w:t>МУКИ</w:t>
      </w:r>
    </w:p>
    <w:p>
      <w:r>
        <w:br/>
        <w:t>Гола Флора пнеться вгору&lt;br /&gt;</w:t>
        <w:br/>
        <w:t>хвилюватими щаблями.&lt;br /&gt;</w:t>
        <w:br/>
        <w:t>Консул каже принести&lt;br /&gt;</w:t>
        <w:br/>
        <w:t>тацю для грудей Олальї.&lt;br /&gt;</w:t>
        <w:br/>
        <w:t>I уже зелені вени&lt;br /&gt;</w:t>
        <w:br/>
        <w:t>Джереляться їй з горлянки,&lt;br /&gt;</w:t>
        <w:br/>
        <w:t>стать її тріпоче, б'ється,&lt;br /&gt;</w:t>
        <w:br/>
        <w:t>ніби пташка-полонянка.&lt;br /&gt;</w:t>
        <w:br/>
        <w:t>I уже долі без ладу&lt;br /&gt;</w:t>
        <w:br/>
        <w:t>підскакують руки втяті,&lt;br /&gt;</w:t>
        <w:br/>
        <w:t>хочуть скластися хрестом&lt;br /&gt;</w:t>
        <w:br/>
        <w:t>в безголовому благанні.&lt;br /&gt;</w:t>
        <w:br/>
        <w:t>А на зрізах на червоних,&lt;br /&gt;</w:t>
        <w:br/>
        <w:t>де груди щойно стояли,&lt;br /&gt;</w:t>
        <w:br/>
        <w:t>небеса дрібненькі видно&lt;br /&gt;</w:t>
        <w:br/>
        <w:t>і молочнії канали.&lt;br /&gt;</w:t>
        <w:br/>
        <w:t>А на спині кущі крові&lt;br /&gt;</w:t>
        <w:br/>
        <w:t>вибуяли тисячами,&lt;br /&gt;</w:t>
        <w:br/>
        <w:t>противляться вогням-лезам&lt;br /&gt;</w:t>
        <w:br/>
        <w:t>вологими стовбурцями.&lt;br /&gt;</w:t>
        <w:br/>
        <w:t>I руді центуріони,&lt;br /&gt;</w:t>
        <w:br/>
        <w:t>загартовані стократи,&lt;br /&gt;</w:t>
        <w:br/>
        <w:t>підіймаються на небо,&lt;br /&gt;</w:t>
        <w:br/>
        <w:t>дзвонячи у срібні лати.&lt;br /&gt;</w:t>
        <w:br/>
        <w:t>Гримлять мечі, ревуть гриви&lt;br /&gt;</w:t>
        <w:br/>
        <w:t>у пасійному хоралі,&lt;br /&gt;</w:t>
        <w:br/>
        <w:t>а консул несе на таці&lt;br /&gt;</w:t>
        <w:br/>
        <w:t>груди димлені Олальї.</w:t>
      </w:r>
    </w:p>
    <w:p>
      <w:r>
        <w:br/>
        <w:t>III</w:t>
      </w:r>
    </w:p>
    <w:p>
      <w:r>
        <w:br/>
        <w:t>ПЕКЛО Й СЛАВА</w:t>
      </w:r>
    </w:p>
    <w:p>
      <w:r>
        <w:br/>
        <w:t>Сніг хвилястий спочиває.&lt;br /&gt;</w:t>
        <w:br/>
        <w:t>На древі висить Олалья.&lt;br /&gt;</w:t>
        <w:br/>
        <w:t>Чорнить сіверке повітря&lt;br /&gt;</w:t>
        <w:br/>
        <w:t>голизна її вугляна.&lt;br /&gt;</w:t>
        <w:br/>
        <w:t>Ніч напружено блищить.&lt;br /&gt;</w:t>
        <w:br/>
        <w:t>На древі мертва Олалья.&lt;br /&gt;</w:t>
        <w:br/>
        <w:t>Десь міста каламарі&lt;br /&gt;</w:t>
        <w:br/>
        <w:t>вивертають іспотайна.&lt;br /&gt;</w:t>
        <w:br/>
        <w:t>Манекени сніжне поле&lt;br /&gt;</w:t>
        <w:br/>
        <w:t>вкрили чорними рядами&lt;br /&gt;</w:t>
        <w:br/>
        <w:t>і плачуться на каліцтво&lt;br /&gt;</w:t>
        <w:br/>
        <w:t>безгучними голосами.&lt;br /&gt;</w:t>
        <w:br/>
        <w:t>Та вже сніг ізнов посипав,&lt;br /&gt;</w:t>
        <w:br/>
        <w:t>убілилася Олалья —&lt;br /&gt;</w:t>
        <w:br/>
        <w:t>шкулькі нікельові піки&lt;br /&gt;</w:t>
        <w:br/>
        <w:t>покірно в боки приймала.</w:t>
      </w:r>
    </w:p>
    <w:p>
      <w:r>
        <w:br/>
        <w:t>Сяє в спаленому небі&lt;br /&gt;</w:t>
        <w:br/>
        <w:t>хранильниця із дарами&lt;br /&gt;</w:t>
        <w:br/>
        <w:t>між гирлами річок синіх&lt;br /&gt;</w:t>
        <w:br/>
        <w:t>і сірими солов'ями.&lt;br /&gt;</w:t>
        <w:br/>
        <w:t>Трісли шиби мальовані!&lt;br /&gt;</w:t>
        <w:br/>
        <w:t>Біла світиться Олалья,&lt;br /&gt;</w:t>
        <w:br/>
        <w:t>херувими й серафими&lt;br /&gt;</w:t>
        <w:br/>
        <w:t>вопіяли їй: "Осанна!"</w:t>
      </w:r>
    </w:p>
    <w:p>
      <w:r>
        <w:br/>
        <w:t>ЯК ДОН ПЕДРО ДОЛІ ШУКАВ</w:t>
      </w:r>
    </w:p>
    <w:p>
      <w:r>
        <w:br/>
        <w:t>(Балада з затонами)</w:t>
      </w:r>
    </w:p>
    <w:p>
      <w:r>
        <w:br/>
        <w:t>Селами, містами&lt;br /&gt;</w:t>
        <w:br/>
        <w:t>мандрував дон Педро.&lt;br /&gt;</w:t>
        <w:br/>
        <w:t>Ой, як же він плакав,&lt;br /&gt;</w:t>
        <w:br/>
        <w:t>горював як ревно!&lt;br /&gt;</w:t>
        <w:br/>
        <w:t>На коню безгнуздім&lt;br /&gt;</w:t>
        <w:br/>
        <w:t>їхав іздалeка,&lt;br /&gt;</w:t>
        <w:br/>
        <w:t>шукав хліба й ласки,&lt;br /&gt;</w:t>
        <w:br/>
        <w:t>а то річ нелегка.&lt;br /&gt;</w:t>
        <w:br/>
        <w:t>Питалися в вітру&lt;br /&gt;</w:t>
        <w:br/>
        <w:t>всі вікна стихенька,&lt;br /&gt;</w:t>
        <w:br/>
        <w:t>чом так гірко плаче&lt;br /&gt;</w:t>
        <w:br/>
        <w:t>той рицар-сердека?</w:t>
      </w:r>
    </w:p>
    <w:p>
      <w:r>
        <w:br/>
        <w:t>ЗАТОН ПЕРШИЙ</w:t>
      </w:r>
    </w:p>
    <w:p>
      <w:r>
        <w:br/>
        <w:t>Під водою&lt;br /&gt;</w:t>
        <w:br/>
        <w:t>потекли слова.&lt;br /&gt;</w:t>
        <w:br/>
        <w:t>Над водою&lt;br /&gt;</w:t>
        <w:br/>
        <w:t>два місяці, два.&lt;br /&gt;</w:t>
        <w:br/>
        <w:t>Один в річці купається,&lt;br /&gt;</w:t>
        <w:br/>
        <w:t>другий в небі нетямиться.&lt;br /&gt;</w:t>
        <w:br/>
        <w:t>На березі хлопчик:&lt;br /&gt;</w:t>
        <w:br/>
        <w:t>"Ну, ще тріньки!&lt;br /&gt;</w:t>
        <w:br/>
        <w:t>Брязни, ноче,&lt;br /&gt;</w:t>
        <w:br/>
        <w:t>у тарілки!"</w:t>
      </w:r>
    </w:p>
    <w:p>
      <w:r>
        <w:br/>
        <w:t>I ДАЛІ</w:t>
      </w:r>
    </w:p>
    <w:p>
      <w:r>
        <w:br/>
        <w:t>У чужодальне місто&lt;br /&gt;</w:t>
        <w:br/>
        <w:t>приїхав наш дон Педро,&lt;br /&gt;</w:t>
        <w:br/>
        <w:t>те місто злотом сяє,&lt;br /&gt;</w:t>
        <w:br/>
        <w:t>кругом буяють кедри.&lt;br /&gt;</w:t>
        <w:br/>
        <w:t>Любистки, розмайрини...&lt;br /&gt;</w:t>
        <w:br/>
        <w:t>Чи я не в Віфліємі?</w:t>
      </w:r>
    </w:p>
    <w:p>
      <w:r>
        <w:br/>
        <w:t>Ряхтять дахи плескаті,&lt;br /&gt;</w:t>
        <w:br/>
        <w:t>а хмари мов різьблені.&lt;br /&gt;</w:t>
        <w:br/>
        <w:t>Скрізь вулицями арки.&lt;br /&gt;</w:t>
        <w:br/>
        <w:t>Дві баби й дід аж древній&lt;br /&gt;</w:t>
        <w:br/>
        <w:t>із срібними лампадами&lt;br /&gt;</w:t>
        <w:br/>
        <w:t>назустріч дону Педру.&lt;br /&gt;</w:t>
        <w:br/>
        <w:t>Тополі кажуть: "Ні".&lt;br /&gt;</w:t>
        <w:br/>
        <w:t>А соловей: "Непевно".</w:t>
      </w:r>
    </w:p>
    <w:p>
      <w:r>
        <w:br/>
        <w:t>ЗАТОН ДРУГИЙ</w:t>
      </w:r>
    </w:p>
    <w:p>
      <w:r>
        <w:br/>
        <w:t>Під водою&lt;br /&gt;</w:t>
        <w:br/>
        <w:t>потекли слова.&lt;br /&gt;</w:t>
        <w:br/>
        <w:t>Над гладінню водяною&lt;br /&gt;</w:t>
        <w:br/>
        <w:t>райські птиці і заграва огнева.&lt;br /&gt;</w:t>
        <w:br/>
        <w:t>А у плавнях комишастих&lt;br /&gt;</w:t>
        <w:br/>
        <w:t>свідки-привиди, що знають все до дна.&lt;br /&gt;</w:t>
        <w:br/>
        <w:t>Як на деку од гітари,&lt;br /&gt;</w:t>
        <w:br/>
        <w:t>сон безчулий наплива.</w:t>
      </w:r>
    </w:p>
    <w:p>
      <w:r>
        <w:br/>
        <w:t>I ДАЛІ</w:t>
      </w:r>
    </w:p>
    <w:p>
      <w:r>
        <w:br/>
        <w:t>Дорогою гладкою&lt;br /&gt;</w:t>
        <w:br/>
        <w:t>дві баби й дід аж древній&lt;br /&gt;</w:t>
        <w:br/>
        <w:t>із срібними лампадами&lt;br /&gt;</w:t>
        <w:br/>
        <w:t>ідуть на цвинтар темний.&lt;br /&gt;</w:t>
        <w:br/>
        <w:t>Ідуть вони, аж бачать:&lt;br /&gt;</w:t>
        <w:br/>
        <w:t>серед шафрану й терня&lt;br /&gt;</w:t>
        <w:br/>
        <w:t>змордований лежить&lt;br /&gt;</w:t>
        <w:br/>
        <w:t>кінь дона Педра.&lt;br /&gt;</w:t>
        <w:br/>
        <w:t>Таємний голос вечора&lt;br /&gt;</w:t>
        <w:br/>
        <w:t>в небесну блеяв темінь,&lt;br /&gt;</w:t>
        <w:br/>
        <w:t>а одноріг відсутності&lt;br /&gt;</w:t>
        <w:br/>
        <w:t>зламав свій ріг об кремінь.&lt;br /&gt;</w:t>
        <w:br/>
        <w:t>Здаля великий город&lt;br /&gt;</w:t>
        <w:br/>
        <w:t>горить огненно,&lt;br /&gt;</w:t>
        <w:br/>
        <w:t>а з-під землі чийсь голос&lt;br /&gt;</w:t>
        <w:br/>
        <w:t>квилить непевно.&lt;br /&gt;</w:t>
        <w:br/>
        <w:t>На півночі є зірка,&lt;br /&gt;</w:t>
        <w:br/>
        <w:t>на півдні — потопельник.</w:t>
      </w:r>
    </w:p>
    <w:p>
      <w:r>
        <w:br/>
        <w:t>ЗАТОН ОСТАННІЙ</w:t>
      </w:r>
    </w:p>
    <w:p>
      <w:r>
        <w:br/>
        <w:t>Під водою&lt;br /&gt;</w:t>
        <w:br/>
        <w:t>залягли слова,&lt;br /&gt;</w:t>
        <w:br/>
        <w:t>замулилась&lt;br /&gt;</w:t>
        <w:br/>
        <w:t>пісенька жива,&lt;br /&gt;</w:t>
        <w:br/>
        <w:t>а дон Педро бородою&lt;br /&gt;</w:t>
        <w:br/>
        <w:t>в баговинні колива.</w:t>
      </w:r>
    </w:p>
    <w:p>
      <w:r>
        <w:br/>
        <w:t>ТАМАРА Й АМНОН</w:t>
      </w:r>
    </w:p>
    <w:p>
      <w:r>
        <w:br/>
        <w:t>Над безводною землею&lt;br /&gt;</w:t>
        <w:br/>
        <w:t>місяць плавле нетерпляче,&lt;br /&gt;</w:t>
        <w:br/>
        <w:t>літо в розповні яриться,&lt;br /&gt;</w:t>
        <w:br/>
        <w:t>тигром рика, огнем паше.&lt;br /&gt;</w:t>
        <w:br/>
        <w:t>Бринять нерви металеві&lt;br /&gt;</w:t>
        <w:br/>
        <w:t>над дахами-черенями,&lt;br /&gt;</w:t>
        <w:br/>
        <w:t>із долини тонкорунно&lt;br /&gt;</w:t>
        <w:br/>
        <w:t>блеє вітер кучерявий.&lt;br /&gt;</w:t>
        <w:br/>
        <w:t>Земля спрагла виставляє&lt;br /&gt;</w:t>
        <w:br/>
        <w:t>репані болючі рани&lt;br /&gt;</w:t>
        <w:br/>
        <w:t>і здрига, як припече&lt;br /&gt;</w:t>
        <w:br/>
        <w:t>білий жар її голками.</w:t>
      </w:r>
    </w:p>
    <w:p>
      <w:r>
        <w:br/>
        <w:t>*</w:t>
      </w:r>
    </w:p>
    <w:p>
      <w:r>
        <w:br/>
        <w:t>Дивне марилось Тамарі —&lt;br /&gt;</w:t>
        <w:br/>
        <w:t>птахи в горлі щебетали&lt;br /&gt;</w:t>
        <w:br/>
        <w:t>під промісячені цитри&lt;br /&gt;</w:t>
        <w:br/>
        <w:t>й прохолодливі тимпани.&lt;br /&gt;</w:t>
        <w:br/>
        <w:t>Нагота її струнка,&lt;br /&gt;</w:t>
        <w:br/>
        <w:t>віта пальмова одрадна,&lt;br /&gt;</w:t>
        <w:br/>
        <w:t>просить снігу на живіт,&lt;br /&gt;</w:t>
        <w:br/>
        <w:t>а на спину хоч би граду.&lt;br /&gt;</w:t>
        <w:br/>
        <w:t>На терасі голим гола&lt;br /&gt;</w:t>
        <w:br/>
        <w:t>спів, мов сон, снує Тамара,&lt;br /&gt;</w:t>
        <w:br/>
        <w:t>в ногах її п'ять голубок,&lt;br /&gt;</w:t>
        <w:br/>
        <w:t>мов п'ять видихів туману.&lt;br /&gt;</w:t>
        <w:br/>
        <w:t>Амнон, хижий і тугий,&lt;br /&gt;</w:t>
        <w:br/>
        <w:t>все глядів на неї з башти,&lt;br /&gt;</w:t>
        <w:br/>
        <w:t>чресла пінилися спорзно,&lt;br /&gt;</w:t>
        <w:br/>
        <w:t>борода дихтіла сласно.&lt;br /&gt;</w:t>
        <w:br/>
        <w:t>Нагота її сліпуча&lt;br /&gt;</w:t>
        <w:br/>
        <w:t>простяглася на терасі,&lt;br /&gt;</w:t>
        <w:br/>
        <w:t>уста бринять непритомно,&lt;br /&gt;</w:t>
        <w:br/>
        <w:t>мов стріла в них уп'ялася.&lt;br /&gt;</w:t>
        <w:br/>
        <w:t>Амнон дивиться на місяць,&lt;br /&gt;</w:t>
        <w:br/>
        <w:t>що так низько й кругло плава,&lt;br /&gt;</w:t>
        <w:br/>
        <w:t>Тамарині пружні перса&lt;br /&gt;</w:t>
        <w:br/>
        <w:t>вимальовує уява.</w:t>
      </w:r>
    </w:p>
    <w:p>
      <w:r>
        <w:br/>
        <w:t>*</w:t>
      </w:r>
    </w:p>
    <w:p>
      <w:r>
        <w:br/>
        <w:t>Амнон десь аж о четвертій&lt;br /&gt;</w:t>
        <w:br/>
        <w:t>ліг у себе на кроваті,&lt;br /&gt;</w:t>
        <w:br/>
        <w:t>по покою в неспокою&lt;br /&gt;</w:t>
        <w:br/>
        <w:t>очі шастали крилаті.&lt;br /&gt;</w:t>
        <w:br/>
        <w:t>Щільне світло десь там села&lt;br /&gt;</w:t>
        <w:br/>
        <w:t>піском бурим закидaє&lt;br /&gt;</w:t>
        <w:br/>
        <w:t>чи винурює на хвильку&lt;br /&gt;</w:t>
        <w:br/>
        <w:t>корали троянд і далій.&lt;br /&gt;</w:t>
        <w:br/>
        <w:t>У криниці вода мліє,&lt;br /&gt;</w:t>
        <w:br/>
        <w:t>у глеках росте мовчанка.&lt;br /&gt;</w:t>
        <w:br/>
        <w:t>На стовбурі моховитім&lt;br /&gt;</w:t>
        <w:br/>
        <w:t>співа кобра-наочарка.&lt;br /&gt;</w:t>
        <w:br/>
        <w:t>Амон стогне у ліжниці&lt;br /&gt;</w:t>
        <w:br/>
        <w:t>між холодних простирадел,&lt;br /&gt;</w:t>
        <w:br/>
        <w:t>дрижаками, як плющем,&lt;br /&gt;</w:t>
        <w:br/>
        <w:t>тіло тіпає гаряче.&lt;br /&gt;</w:t>
        <w:br/>
        <w:t>До притихлого покою&lt;br /&gt;</w:t>
        <w:br/>
        <w:t>тихо увійшла Тамара,&lt;br /&gt;</w:t>
        <w:br/>
        <w:t>мов Дунай розлився смутно,&lt;br /&gt;</w:t>
        <w:br/>
        <w:t>скаламучений громами.&lt;br /&gt;</w:t>
        <w:br/>
        <w:t>"Зітри, сестро, мені очі&lt;br /&gt;</w:t>
        <w:br/>
        <w:t>ти світанням ненастанним,&lt;br /&gt;</w:t>
        <w:br/>
        <w:t>фібри серця мого тчуть&lt;br /&gt;</w:t>
        <w:br/>
        <w:t>плетиво до твого стану".&lt;br /&gt;</w:t>
        <w:br/>
        <w:t>"Годі, брате, не цілуй,&lt;br /&gt;</w:t>
        <w:br/>
        <w:t>бо мені аж плечі в'януть,&lt;br /&gt;</w:t>
        <w:br/>
        <w:t>наче оси й вітерці&lt;br /&gt;</w:t>
        <w:br/>
        <w:t>в них гудуть двома роями".&lt;br /&gt;</w:t>
        <w:br/>
        <w:t>"О Тамаро, твої груди —&lt;br /&gt;</w:t>
        <w:br/>
        <w:t>то дві рибки, дві принади,&lt;br /&gt;</w:t>
        <w:br/>
        <w:t>в твоїх пучках чути шепіт&lt;br /&gt;</w:t>
        <w:br/>
        <w:t>нерозпуклої троянди".</w:t>
      </w:r>
    </w:p>
    <w:p>
      <w:r>
        <w:br/>
        <w:t>*</w:t>
      </w:r>
    </w:p>
    <w:p>
      <w:r>
        <w:br/>
        <w:t>Уже коні в царських стайнях&lt;br /&gt;</w:t>
        <w:br/>
        <w:t>на сто горел заіржали.&lt;br /&gt;</w:t>
        <w:br/>
        <w:t>Сонце відрами линyло&lt;br /&gt;</w:t>
        <w:br/>
        <w:t>на винні лози тужаві.&lt;br /&gt;</w:t>
        <w:br/>
        <w:t>Він пірвав її за коси&lt;br /&gt;</w:t>
        <w:br/>
        <w:t>і хітон їй роздирає,&lt;br /&gt;</w:t>
        <w:br/>
        <w:t>і по білій чистій мапі&lt;br /&gt;</w:t>
        <w:br/>
        <w:t>течуть літеплі корали.</w:t>
      </w:r>
    </w:p>
    <w:p>
      <w:r>
        <w:br/>
        <w:t>*</w:t>
      </w:r>
    </w:p>
    <w:p>
      <w:r>
        <w:br/>
        <w:t>Що за гамір, що за галас&lt;br /&gt;</w:t>
        <w:br/>
        <w:t>над високі знявсь палати!&lt;br /&gt;</w:t>
        <w:br/>
        <w:t>Зарясніли скрізь кинджали&lt;br /&gt;</w:t>
        <w:br/>
        <w:t>і розхристані халати.&lt;br /&gt;</w:t>
        <w:br/>
        <w:t>Риплять сходи тонко й тоскно,&lt;br /&gt;</w:t>
        <w:br/>
        <w:t>раби снують, наче мари.&lt;br /&gt;</w:t>
        <w:br/>
        <w:t>Ходять тoлоки і м'язи,&lt;br /&gt;</w:t>
        <w:br/>
        <w:t>тільки хмари в небі стали.&lt;br /&gt;</w:t>
        <w:br/>
        <w:t>Круг Тамари лементують&lt;br /&gt;</w:t>
        <w:br/>
        <w:t>дівчата її циганки&lt;br /&gt;</w:t>
        <w:br/>
        <w:t>та збирають, ридаючи,&lt;br /&gt;</w:t>
        <w:br/>
        <w:t>вінка мученого капки.&lt;br /&gt;</w:t>
        <w:br/>
        <w:t>Червоніють білі плати&lt;br /&gt;</w:t>
        <w:br/>
        <w:t>у зачинених кімнатах.&lt;br /&gt;</w:t>
        <w:br/>
        <w:t>Гомін лагідного ранку&lt;br /&gt;</w:t>
        <w:br/>
        <w:t>мінить риби й винограддя.</w:t>
      </w:r>
    </w:p>
    <w:p>
      <w:r>
        <w:br/>
        <w:t>*</w:t>
      </w:r>
    </w:p>
    <w:p>
      <w:r>
        <w:br/>
        <w:t>Гвалтівник несамовитий,&lt;br /&gt;</w:t>
        <w:br/>
        <w:t>Амнон верхи утікає,&lt;br /&gt;</w:t>
        <w:br/>
        <w:t>З мурів мурини понурі&lt;br /&gt;</w:t>
        <w:br/>
        <w:t>стріли нагінцем пускають.&lt;br /&gt;</w:t>
        <w:br/>
        <w:t>А коли вже од копит&lt;br /&gt;</w:t>
        <w:br/>
        <w:t>всі чотири луни згасли,&lt;br /&gt;</w:t>
        <w:br/>
        <w:t>узяв ножиці Давид&lt;br /&gt;</w:t>
        <w:br/>
        <w:t>і обрізав струни з арфи.</w:t>
      </w:r>
    </w:p>
    <w:p>
      <w:r>
        <w:br/>
        <w:t>ТАМАРИТЯНСЬКИЙ ДИВАН</w:t>
      </w:r>
    </w:p>
    <w:p>
      <w:r>
        <w:br/>
        <w:t>ГАЗЕЛИ</w:t>
      </w:r>
    </w:p>
    <w:p>
      <w:r>
        <w:br/>
        <w:t>ГАЗЕЛА ПРО НЕГАДАНУ ЛЮБОВ</w:t>
      </w:r>
    </w:p>
    <w:p>
      <w:r>
        <w:br/>
        <w:t>Ніхто не розумів, як духмяніють&lt;br /&gt;</w:t>
        <w:br/>
        <w:t>магнолії п'янкі — твої коліна.&lt;br /&gt;</w:t>
        <w:br/>
        <w:t>Ніхто не знав, як мучиш ти зубами&lt;br /&gt;</w:t>
        <w:br/>
        <w:t>кохання, незахищене колібрі.</w:t>
      </w:r>
    </w:p>
    <w:p>
      <w:r>
        <w:br/>
        <w:t>Заснула перських коників тьма-тьменна&lt;br /&gt;</w:t>
        <w:br/>
        <w:t>на твоїм чолі в місячному світлі,&lt;br /&gt;</w:t>
        <w:br/>
        <w:t>а я чотири ночі обіймав&lt;br /&gt;</w:t>
        <w:br/>
        <w:t>твій стан, що заломив завали сніжні.</w:t>
      </w:r>
    </w:p>
    <w:p>
      <w:r>
        <w:br/>
        <w:t>Твій погляд алебастрово-жасминний&lt;br /&gt;</w:t>
        <w:br/>
        <w:t>був мов блідава сімениста вітка,&lt;br /&gt;</w:t>
        <w:br/>
        <w:t>а я перласті літери низав&lt;br /&gt;</w:t>
        <w:br/>
        <w:t>собі з грудей, щоб винизать — навіки,</w:t>
      </w:r>
    </w:p>
    <w:p>
      <w:r>
        <w:br/>
        <w:t>навіки-віки — сад моїх агоній,&lt;br /&gt;</w:t>
        <w:br/>
        <w:t>твоє зникоме, перебіжне тіло,&lt;br /&gt;</w:t>
        <w:br/>
        <w:t>кров твоїх вен у мене на устах,&lt;br /&gt;</w:t>
        <w:br/>
        <w:t>твої уста — на смерть мою — стьмянілі.</w:t>
      </w:r>
    </w:p>
    <w:p>
      <w:r>
        <w:br/>
        <w:t>ГАЗЕЛА ПРО НЕВІДЧЕПНУ МАНУ</w:t>
      </w:r>
    </w:p>
    <w:p>
      <w:r>
        <w:br/>
        <w:t>Хай ріки навіки лишаться без русел,&lt;br /&gt;</w:t>
        <w:br/>
        <w:t>хай вітер назавжди замліє без руху,</w:t>
      </w:r>
    </w:p>
    <w:p>
      <w:r>
        <w:br/>
        <w:t>хай ніч без очей сліпує довіку,&lt;br /&gt;</w:t>
        <w:br/>
        <w:t>а серце моє без золотоцвіту,</w:t>
      </w:r>
    </w:p>
    <w:p>
      <w:r>
        <w:br/>
        <w:t>нехай розмовляють воли з лопухами,&lt;br /&gt;</w:t>
        <w:br/>
        <w:t>нехай хробак од пітьми подихає,</w:t>
      </w:r>
    </w:p>
    <w:p>
      <w:r>
        <w:br/>
        <w:t>нехай блищать скелетові зуби,&lt;br /&gt;</w:t>
        <w:br/>
        <w:t>нехай кульбаба шовки забузує;</w:t>
      </w:r>
    </w:p>
    <w:p>
      <w:r>
        <w:br/>
        <w:t>не страшно, як ніч, шаліючи з болю,&lt;br /&gt;</w:t>
        <w:br/>
        <w:t>з полуднем білим сплететься в двобою,</w:t>
      </w:r>
    </w:p>
    <w:p>
      <w:r>
        <w:br/>
        <w:t>нічого, як захід — мов яр-мідянка,&lt;br /&gt;</w:t>
        <w:br/>
        <w:t>як чевріє час у розчухраних арках,-</w:t>
      </w:r>
    </w:p>
    <w:p>
      <w:r>
        <w:br/>
        <w:t>та не світись мені чистими чреслами,&lt;br /&gt;</w:t>
        <w:br/>
        <w:t>кактусом голим на тлі очеретянім,</w:t>
      </w:r>
    </w:p>
    <w:p>
      <w:r>
        <w:br/>
        <w:t>лиши мені тугу планет безнастанну,&lt;br /&gt;</w:t>
        <w:br/>
        <w:t>лише не показуй погожого стану.</w:t>
      </w:r>
    </w:p>
    <w:p>
      <w:r>
        <w:br/>
        <w:t>ГАЗЕЛА ПРО ОДЧАЙДУШНУ ЛЮБОВ</w:t>
      </w:r>
    </w:p>
    <w:p>
      <w:r>
        <w:br/>
        <w:t>Ніч бариться знов,&lt;br /&gt;</w:t>
        <w:br/>
        <w:t>щоб ти не йшла до мене,&lt;br /&gt;</w:t>
        <w:br/>
        <w:t>до тебе я не йшов.</w:t>
      </w:r>
    </w:p>
    <w:p>
      <w:r>
        <w:br/>
        <w:t>Але я піду,&lt;br /&gt;</w:t>
        <w:br/>
        <w:t>хоч і з сонцем-скорпіоном на моїм виску.</w:t>
      </w:r>
    </w:p>
    <w:p>
      <w:r>
        <w:br/>
        <w:t>Але ти прийдeш,&lt;br /&gt;</w:t>
        <w:br/>
        <w:t>хоч язик тобі обпалить соляним дощем.</w:t>
      </w:r>
    </w:p>
    <w:p>
      <w:r>
        <w:br/>
        <w:t>День бариться знов,&lt;br /&gt;</w:t>
        <w:br/>
        <w:t>щоб ти не йшла до мене,&lt;br /&gt;</w:t>
        <w:br/>
        <w:t>до тебе я не йшов.</w:t>
      </w:r>
    </w:p>
    <w:p>
      <w:r>
        <w:br/>
        <w:t>Але я піду,&lt;br /&gt;</w:t>
        <w:br/>
        <w:t>кину жабам на поталу квітку-самоту.</w:t>
      </w:r>
    </w:p>
    <w:p>
      <w:r>
        <w:br/>
        <w:t>Але ти прийдеш,&lt;br /&gt;</w:t>
        <w:br/>
        <w:t>через темні лабіринти яскою майнеш.</w:t>
      </w:r>
    </w:p>
    <w:p>
      <w:r>
        <w:br/>
        <w:t>Знов бариться ніч, знов бариться день,&lt;br /&gt;</w:t>
        <w:br/>
        <w:t>щоб за мною ти померла,&lt;br /&gt;</w:t>
        <w:br/>
        <w:t>за тобою я помер.</w:t>
      </w:r>
    </w:p>
    <w:p>
      <w:r>
        <w:br/>
        <w:t>ГАЗЕЛА ПРО ПОТАЙНУ ЛЮБОВ</w:t>
      </w:r>
    </w:p>
    <w:p>
      <w:r>
        <w:br/>
        <w:t>Лиш для того, щоб почути&lt;br /&gt;</w:t>
        <w:br/>
        <w:t>дзвони, дзвони на всеношну,&lt;br /&gt;</w:t>
        <w:br/>
        <w:t>я ісплів для тебе з вербени віночок.</w:t>
      </w:r>
    </w:p>
    <w:p>
      <w:r>
        <w:br/>
        <w:t>А Гранада — як той місяць&lt;br /&gt;</w:t>
        <w:br/>
        <w:t>між рясних кущів винових.</w:t>
      </w:r>
    </w:p>
    <w:p>
      <w:r>
        <w:br/>
        <w:t>Лиш для того, щоб почути&lt;br /&gt;</w:t>
        <w:br/>
        <w:t>дзвони, дзвони на всеношну,&lt;br /&gt;</w:t>
        <w:br/>
        <w:t>знівечив я чисто зелений садочок.</w:t>
      </w:r>
    </w:p>
    <w:p>
      <w:r>
        <w:br/>
        <w:t>А Гранада — як та сарна&lt;br /&gt;</w:t>
        <w:br/>
        <w:t>поміж флюгерів співочих.</w:t>
      </w:r>
    </w:p>
    <w:p>
      <w:r>
        <w:br/>
        <w:t>Лиш для того, щоб почути&lt;br /&gt;</w:t>
        <w:br/>
        <w:t>дзвони, дзвони на всеношну,&lt;br /&gt;</w:t>
        <w:br/>
        <w:t>я горів у твоїм тілі,&lt;br /&gt;</w:t>
        <w:br/>
        <w:t>хоч не знав, чиє воно.</w:t>
      </w:r>
    </w:p>
    <w:p>
      <w:r>
        <w:br/>
        <w:t>ГАЗЕЛА ПРО МЕРТВУ ДИТИНУ</w:t>
      </w:r>
    </w:p>
    <w:p>
      <w:r>
        <w:br/>
        <w:t>Щовечора в Гранаді,&lt;br /&gt;</w:t>
        <w:br/>
        <w:t>щовечора вмирає десь дитина.&lt;br /&gt;</w:t>
        <w:br/>
        <w:t>Щовечора вода із друзями сідає&lt;br /&gt;</w:t>
        <w:br/>
        <w:t>на бесіду поважну — справляє умерлuни.</w:t>
      </w:r>
    </w:p>
    <w:p>
      <w:r>
        <w:br/>
        <w:t>У мертвих крила з щирого моху.&lt;br /&gt;</w:t>
        <w:br/>
        <w:t>Вітри ясні і хмарні, невтомні і невстрійливі,&lt;br /&gt;</w:t>
        <w:br/>
        <w:t>літають фазанами з дзвіниці на дзвіницю,&lt;br /&gt;</w:t>
        <w:br/>
        <w:t>а день — неначе хлопчик порубаний, постріляний.</w:t>
      </w:r>
    </w:p>
    <w:p>
      <w:r>
        <w:br/>
        <w:t>Вже не було у небі ані мачини жайвора,&lt;br /&gt;</w:t>
        <w:br/>
        <w:t>як я тебе побачив у темнім гроті виннім,&lt;br /&gt;</w:t>
        <w:br/>
        <w:t>і не було над містом ані цятини хмари,&lt;br /&gt;</w:t>
        <w:br/>
        <w:t>як ти тонула в річковому вирі.</w:t>
      </w:r>
    </w:p>
    <w:p>
      <w:r>
        <w:br/>
        <w:t>Уже водяний велетень волого впав на гори,&lt;br /&gt;</w:t>
        <w:br/>
        <w:t>долина псами марила, зіллями шелестіла...&lt;br /&gt;</w:t>
        <w:br/>
        <w:t>Архангелом холодним в бузковій тіні рук моїх&lt;br /&gt;</w:t>
        <w:br/>
        <w:t>розпласталось на бeрезі твоє безживне тіло.</w:t>
      </w:r>
    </w:p>
    <w:p>
      <w:r>
        <w:br/>
        <w:t>ГАЗЕЛА ПРО ГІРКИЙ КОРІНЬ</w:t>
      </w:r>
    </w:p>
    <w:p>
      <w:r>
        <w:br/>
        <w:t>Є на світі гіркий корінь&lt;br /&gt;</w:t>
        <w:br/>
        <w:t>і є світ тисячостворий.</w:t>
      </w:r>
    </w:p>
    <w:p>
      <w:r>
        <w:br/>
        <w:t>I найменша рука в світі&lt;br /&gt;</w:t>
        <w:br/>
        <w:t>не злама води затворів.</w:t>
      </w:r>
    </w:p>
    <w:p>
      <w:r>
        <w:br/>
        <w:t>Куди ж ідеш? Є ще небо,&lt;br /&gt;</w:t>
        <w:br/>
        <w:t>небо тисячовіконне&lt;br /&gt;</w:t>
        <w:br/>
        <w:t>— бойовище бджіл омлілих —&lt;br /&gt;</w:t>
        <w:br/>
        <w:t>і є в світі гіркий корінь.</w:t>
      </w:r>
    </w:p>
    <w:p>
      <w:r>
        <w:br/>
        <w:t>Корінь-горинь.</w:t>
      </w:r>
    </w:p>
    <w:p>
      <w:r>
        <w:br/>
        <w:t>Болить мені голова —&lt;br /&gt;</w:t>
        <w:br/>
        <w:t>чути в п'яті і в підборі,&lt;br /&gt;</w:t>
        <w:br/>
        <w:t>чує біль той своїм пнем&lt;br /&gt;</w:t>
        <w:br/>
        <w:t>ніч, підсічена під корінь.</w:t>
      </w:r>
    </w:p>
    <w:p>
      <w:r>
        <w:br/>
        <w:t>Ой кохання, лютий кате,&lt;br /&gt;</w:t>
        <w:br/>
        <w:t>одкуси гіркий свій корінь!</w:t>
      </w:r>
    </w:p>
    <w:p>
      <w:r>
        <w:br/>
        <w:t>ГАЗЕЛА ПРО СПОМИН ЛЮБОВІ</w:t>
      </w:r>
    </w:p>
    <w:p>
      <w:r>
        <w:br/>
        <w:t>Ти лиши по собі спомин&lt;br /&gt;</w:t>
        <w:br/>
        <w:t>в моїм серці, жалю повнім,</w:t>
      </w:r>
    </w:p>
    <w:p>
      <w:r>
        <w:br/>
        <w:t>цвіт вишневий, гілку в брості&lt;br /&gt;</w:t>
        <w:br/>
        <w:t>на січневому морозі.</w:t>
      </w:r>
    </w:p>
    <w:p>
      <w:r>
        <w:br/>
        <w:t>Хай од мертвих, од безмовних&lt;br /&gt;</w:t>
        <w:br/>
        <w:t>одділюся муром змори.</w:t>
      </w:r>
    </w:p>
    <w:p>
      <w:r>
        <w:br/>
        <w:t>Я продам лілею болю,&lt;br /&gt;</w:t>
        <w:br/>
        <w:t>куплю душу десь вербову.</w:t>
      </w:r>
    </w:p>
    <w:p>
      <w:r>
        <w:br/>
        <w:t>В саду нічнім охололім&lt;br /&gt;</w:t>
        <w:br/>
        <w:t>мої очі, пси голодні,</w:t>
      </w:r>
    </w:p>
    <w:p>
      <w:r>
        <w:br/>
        <w:t>нагасаються уволю&lt;br /&gt;</w:t>
        <w:br/>
        <w:t>за отруйною айвою.</w:t>
      </w:r>
    </w:p>
    <w:p>
      <w:r>
        <w:br/>
        <w:t>Схожий часом вітру порух&lt;br /&gt;</w:t>
        <w:br/>
        <w:t>на тюльпана сонний полох,</w:t>
      </w:r>
    </w:p>
    <w:p>
      <w:r>
        <w:br/>
        <w:t>на тюльпан, од страху кволий,&lt;br /&gt;</w:t>
        <w:br/>
        <w:t>схожий досвіток зимовий.</w:t>
      </w:r>
    </w:p>
    <w:p>
      <w:r>
        <w:br/>
        <w:t>Я од мертвих, од безмовних&lt;br /&gt;</w:t>
        <w:br/>
        <w:t>одділився муром змори.</w:t>
      </w:r>
    </w:p>
    <w:p>
      <w:r>
        <w:br/>
        <w:t>Оповив туман льодовий&lt;br /&gt;</w:t>
        <w:br/>
        <w:t>твого тіла сизі доли.</w:t>
      </w:r>
    </w:p>
    <w:p>
      <w:r>
        <w:br/>
        <w:t>Де стрівались ми з тобою,&lt;br /&gt;</w:t>
        <w:br/>
        <w:t>поросло все бугилою.</w:t>
      </w:r>
    </w:p>
    <w:p>
      <w:r>
        <w:br/>
        <w:t>Хай лишається хоч спомин&lt;br /&gt;</w:t>
        <w:br/>
        <w:t>в моїм серці, жалю повнім.</w:t>
      </w:r>
    </w:p>
    <w:p>
      <w:r>
        <w:br/>
        <w:t>ГАЗЕЛА ПРО ТЕМНУ СМЕРТЬ</w:t>
      </w:r>
    </w:p>
    <w:p>
      <w:r>
        <w:br/>
        <w:t>Хотів би я заснути, як засинають яблука,&lt;br /&gt;</w:t>
        <w:br/>
        <w:t>і спати десь далеко від цвинтарного гамору.&lt;br /&gt;</w:t>
        <w:br/>
        <w:t>Хотів би я заснути, як та мала дитина,&lt;br /&gt;</w:t>
        <w:br/>
        <w:t>що в чистім морі мріє собі розкраять серце.</w:t>
      </w:r>
    </w:p>
    <w:p>
      <w:r>
        <w:br/>
        <w:t>Ви тільки не кажіть мені, що мертві не кривавляться,&lt;br /&gt;</w:t>
        <w:br/>
        <w:t>бо рот гниє, а все водиці просить.&lt;br /&gt;</w:t>
        <w:br/>
        <w:t>Навіщо мені знати, як їх мордують трави&lt;br /&gt;</w:t>
        <w:br/>
        <w:t>і місяць із гадючим ротом,&lt;br /&gt;</w:t>
        <w:br/>
        <w:t>що порається перед світом.</w:t>
      </w:r>
    </w:p>
    <w:p>
      <w:r>
        <w:br/>
        <w:t>Хотів би я заснуть на час,&lt;br /&gt;</w:t>
        <w:br/>
        <w:t>на час, на хвильку, на століття,&lt;br /&gt;</w:t>
        <w:br/>
        <w:t>хай знають тільки всі, що я не вмер,&lt;br /&gt;</w:t>
        <w:br/>
        <w:t>що є в моїх устах ще стійло золоте,&lt;br /&gt;</w:t>
        <w:br/>
        <w:t>що я — маленький приятель провесняного леготу&lt;br /&gt;</w:t>
        <w:br/>
        <w:t>і велетенська тінь од власних сліз.</w:t>
      </w:r>
    </w:p>
    <w:p>
      <w:r>
        <w:br/>
        <w:t>Покрий мене над ранок покривалом,&lt;br /&gt;</w:t>
        <w:br/>
        <w:t>хай пригорщами сипле на тіло мурашву;&lt;br /&gt;</w:t>
        <w:br/>
        <w:t>змочи мені взуття твердючою водою,&lt;br /&gt;</w:t>
        <w:br/>
        <w:t>хай клешні скорпіонячі по ній дрібочуть пoковзом.</w:t>
      </w:r>
    </w:p>
    <w:p>
      <w:r>
        <w:br/>
        <w:t>Бо хочу я заснути, як засинають яблука,&lt;br /&gt;</w:t>
        <w:br/>
        <w:t>навчитися плачу, що від землі очистить,&lt;br /&gt;</w:t>
        <w:br/>
        <w:t>бо хочу бути разом з дитиною сумною,&lt;br /&gt;</w:t>
        <w:br/>
        <w:t>що в чистім морі мріє собі розкраять серце.</w:t>
      </w:r>
    </w:p>
    <w:p>
      <w:r>
        <w:br/>
        <w:t>ГАЗЕЛА ПРО ЧУДОВНУ ЛЮБОВ</w:t>
      </w:r>
    </w:p>
    <w:p>
      <w:r>
        <w:br/>
        <w:t>На крем'янистім&lt;br /&gt;</w:t>
        <w:br/>
        <w:t>пустельнім полі&lt;br /&gt;</w:t>
        <w:br/>
        <w:t>ти — росяний жасмин, ти — ряст любові.</w:t>
      </w:r>
    </w:p>
    <w:p>
      <w:r>
        <w:br/>
        <w:t>Під невблаганним&lt;br /&gt;</w:t>
        <w:br/>
        <w:t>палючим небом&lt;br /&gt;</w:t>
        <w:br/>
        <w:t>сніжком мене свіжила березневим.</w:t>
      </w:r>
    </w:p>
    <w:p>
      <w:r>
        <w:br/>
        <w:t>Небо і поле&lt;br /&gt;</w:t>
        <w:br/>
        <w:t>в'язали мені руки у закови.</w:t>
      </w:r>
    </w:p>
    <w:p>
      <w:r>
        <w:br/>
        <w:t>Поле і небо&lt;br /&gt;</w:t>
        <w:br/>
        <w:t>терзали мої рани невтоленно.</w:t>
      </w:r>
    </w:p>
    <w:p>
      <w:r>
        <w:br/>
        <w:t>ГАЗЕЛА ПРО ВТЕЧУ</w:t>
      </w:r>
    </w:p>
    <w:p>
      <w:r>
        <w:br/>
        <w:t>Не раз губився я у чистім морі —&lt;br /&gt;</w:t>
        <w:br/>
        <w:t>в ушах бриніли щойно зрізані квітки,&lt;br /&gt;</w:t>
        <w:br/>
        <w:t>на язиці любов горіла й мука.&lt;br /&gt;</w:t>
        <w:br/>
        <w:t>Губився я не раз у чистім морі,&lt;br /&gt;</w:t>
        <w:br/>
        <w:t>як іноді гублюсь в дитячім серці.</w:t>
      </w:r>
    </w:p>
    <w:p>
      <w:r>
        <w:br/>
        <w:t>Нема такого, щоб поцілувався&lt;br /&gt;</w:t>
        <w:br/>
        <w:t>і усміху не чув людей безликих&lt;br /&gt;</w:t>
        <w:br/>
        <w:t>або щоб доторкнувсь новорожденця&lt;br /&gt;</w:t>
        <w:br/>
        <w:t>й забув недвижні черепи конячі.</w:t>
      </w:r>
    </w:p>
    <w:p>
      <w:r>
        <w:br/>
        <w:t>Шукають-бо троянди на чолі&lt;br /&gt;</w:t>
        <w:br/>
        <w:t>все кістяних суворих краєвидів,&lt;br /&gt;</w:t>
        <w:br/>
        <w:t>а людські руки майже інстинктивно&lt;br /&gt;</w:t>
        <w:br/>
        <w:t>наслідують коріння під землею.</w:t>
      </w:r>
    </w:p>
    <w:p>
      <w:r>
        <w:br/>
        <w:t>Як іноді гублюсь в дитячім серці,&lt;br /&gt;</w:t>
        <w:br/>
        <w:t>губився я не раз у чистім морі.&lt;br /&gt;</w:t>
        <w:br/>
        <w:t>Гордуючи водою, пориваюсь&lt;br /&gt;</w:t>
        <w:br/>
        <w:t>до світла, щоб на смерть мене спалило.</w:t>
      </w:r>
    </w:p>
    <w:p>
      <w:r>
        <w:br/>
        <w:t>ГАЗЕЛА ПРО ЛЮБОВ У СТО РОКІВ</w:t>
      </w:r>
    </w:p>
    <w:p>
      <w:r>
        <w:br/>
        <w:t>Прямують по алеї&lt;br /&gt;</w:t>
        <w:br/>
        <w:t>чотири кавалери.</w:t>
      </w:r>
    </w:p>
    <w:p>
      <w:r>
        <w:br/>
        <w:t>Ах, ах, ах, ах.</w:t>
      </w:r>
    </w:p>
    <w:p>
      <w:r>
        <w:br/>
        <w:t>Постукають у двері&lt;br /&gt;</w:t>
        <w:br/>
        <w:t>лиш троє кавалерів.</w:t>
      </w:r>
    </w:p>
    <w:p>
      <w:r>
        <w:br/>
        <w:t>Ах, ах, ах.</w:t>
      </w:r>
    </w:p>
    <w:p>
      <w:r>
        <w:br/>
        <w:t>Сховались за шпалери&lt;br /&gt;</w:t>
        <w:br/>
        <w:t>іще два кавалери.</w:t>
      </w:r>
    </w:p>
    <w:p>
      <w:r>
        <w:br/>
        <w:t>Ах, ах.</w:t>
      </w:r>
    </w:p>
    <w:p>
      <w:r>
        <w:br/>
        <w:t>Чого ж ти носа вернеш,&lt;br /&gt;</w:t>
        <w:br/>
        <w:t>останній кавалере?</w:t>
      </w:r>
    </w:p>
    <w:p>
      <w:r>
        <w:br/>
        <w:t>Ах!</w:t>
      </w:r>
    </w:p>
    <w:p>
      <w:r>
        <w:br/>
        <w:t>Нема нікого, леле,&lt;br /&gt;</w:t>
        <w:br/>
        <w:t>у миртовій алеї...</w:t>
      </w:r>
    </w:p>
    <w:p>
      <w:r>
        <w:br/>
        <w:t>ГАЗЕЛА ПРО ВРАНІШНІЙ РИНОК</w:t>
      </w:r>
    </w:p>
    <w:p>
      <w:r>
        <w:br/>
        <w:t>Стоятиму на розі,&lt;br /&gt;</w:t>
        <w:br/>
        <w:t>як ітимеш на базар,&lt;br /&gt;</w:t>
        <w:br/>
        <w:t>ім'я твое почую&lt;br /&gt;</w:t>
        <w:br/>
        <w:t>та й замлію у сльозах.</w:t>
      </w:r>
    </w:p>
    <w:p>
      <w:r>
        <w:br/>
        <w:t>Який місяць, руту ллючи,&lt;br /&gt;</w:t>
        <w:br/>
        <w:t>змив з лиця тобі рум'яна?&lt;br /&gt;</w:t>
        <w:br/>
        <w:t>Хто те сім'я полум'яне&lt;br /&gt;</w:t>
        <w:br/>
        <w:t>на снігу збере колючім?&lt;br /&gt;</w:t>
        <w:br/>
        <w:t>Який кактус жалом злючим&lt;br /&gt;</w:t>
        <w:br/>
        <w:t>в твій стромляється кришталь?</w:t>
      </w:r>
    </w:p>
    <w:p>
      <w:r>
        <w:br/>
        <w:t>Стоятиму на розі,&lt;br /&gt;</w:t>
        <w:br/>
        <w:t>як ітимеш на базар,&lt;br /&gt;</w:t>
        <w:br/>
        <w:t>очей твоїх нап'юся&lt;br /&gt;</w:t>
        <w:br/>
        <w:t>та й замлію у сльозах.</w:t>
      </w:r>
    </w:p>
    <w:p>
      <w:r>
        <w:br/>
        <w:t>Як кричиш ти голосисто!&lt;br /&gt;</w:t>
        <w:br/>
        <w:t>То мені, напевно, кара...&lt;br /&gt;</w:t>
        <w:br/>
        <w:t>Як така гвоздика яра&lt;br /&gt;</w:t>
        <w:br/>
        <w:t>в це попала муравлисько?&lt;br /&gt;</w:t>
        <w:br/>
        <w:t>Як до тебе наче близько&lt;br /&gt;</w:t>
        <w:br/>
        <w:t>і далеко — як до хмар!</w:t>
      </w:r>
    </w:p>
    <w:p>
      <w:r>
        <w:br/>
        <w:t>Стоятиму на розі,&lt;br /&gt;</w:t>
        <w:br/>
        <w:t>як ітимеш на базар,&lt;br /&gt;</w:t>
        <w:br/>
        <w:t>бедра твого торкнуся&lt;br /&gt;</w:t>
        <w:br/>
        <w:t>та й замлію у сльозах.</w:t>
      </w:r>
    </w:p>
    <w:p>
      <w:r>
        <w:br/>
        <w:t>КАСИДИ</w:t>
      </w:r>
    </w:p>
    <w:p>
      <w:r>
        <w:br/>
        <w:t>КАСИДА ПРО РАНЕНОГО ВОДОЮ</w:t>
      </w:r>
    </w:p>
    <w:p>
      <w:r>
        <w:br/>
        <w:t>Я вилажу усі гранадські мури,&lt;br /&gt;</w:t>
        <w:br/>
        <w:t>я опущуся в будь-який колодязь,&lt;br /&gt;</w:t>
        <w:br/>
        <w:t>аби побачить серце, що його&lt;br /&gt;</w:t>
        <w:br/>
        <w:t>води похмуре шило прокололо.</w:t>
      </w:r>
    </w:p>
    <w:p>
      <w:r>
        <w:br/>
        <w:t>Стогнав поранений хлопчина&lt;br /&gt;</w:t>
        <w:br/>
        <w:t>в віночку з інею-морозу.&lt;br /&gt;</w:t>
        <w:br/>
        <w:t>Ставки, водойми і фонтани&lt;br /&gt;</w:t>
        <w:br/>
        <w:t>мечі в повітря підняли погрозно.</w:t>
      </w:r>
    </w:p>
    <w:p>
      <w:r>
        <w:br/>
        <w:t>О лють любові, о разюче лезо,&lt;br /&gt;</w:t>
        <w:br/>
        <w:t>о біла смерть під ночі тихий гомін!&lt;br /&gt;</w:t>
        <w:br/>
        <w:t>Наринули буйні пустелі світла,&lt;br /&gt;</w:t>
        <w:br/>
        <w:t>піски світанку залили, як повінь.&lt;br /&gt;</w:t>
        <w:br/>
        <w:t>Хлопчина був одним один,&lt;br /&gt;</w:t>
        <w:br/>
        <w:t>все місто спало, спало в його горлі.&lt;br /&gt;</w:t>
        <w:br/>
        <w:t>Хіба лише примарний водограй&lt;br /&gt;</w:t>
        <w:br/>
        <w:t>голодну ряску од грудей одгорне.</w:t>
      </w:r>
    </w:p>
    <w:p>
      <w:r>
        <w:br/>
        <w:t>Мов два дощі зелені обнялися —&lt;br /&gt;</w:t>
        <w:br/>
        <w:t>хлопчина віч-на-віч із своїм сконом.&lt;br /&gt;</w:t>
        <w:br/>
        <w:t>Хлопчина простягнувся на землі,&lt;br /&gt;</w:t>
        <w:br/>
        <w:t>а скін схиливсь над ним казково.</w:t>
      </w:r>
    </w:p>
    <w:p>
      <w:r>
        <w:br/>
        <w:t>Я опущуся в будь-який колодязь,&lt;br /&gt;</w:t>
        <w:br/>
        <w:t>я смерть прийму — яку завгодно дозу!&lt;br /&gt;</w:t>
        <w:br/>
        <w:t>я в серце моху наберусь, аби&lt;br /&gt;</w:t>
        <w:br/>
        <w:t>тебе побачить, ранений водою.</w:t>
      </w:r>
    </w:p>
    <w:p>
      <w:r>
        <w:br/>
        <w:t>КАСИДА ПРО ПЛАЧ</w:t>
      </w:r>
    </w:p>
    <w:p>
      <w:r>
        <w:br/>
        <w:t>Я закрив балкон,&lt;br /&gt;</w:t>
        <w:br/>
        <w:t>щоб плачу не чути,&lt;br /&gt;</w:t>
        <w:br/>
        <w:t>та з-за сірих і похмурих мурів&lt;br /&gt;</w:t>
        <w:br/>
        <w:t>все одно нічого, крім плачу, не чути.</w:t>
      </w:r>
    </w:p>
    <w:p>
      <w:r>
        <w:br/>
        <w:t>Дуже мало янголів співучих,&lt;br /&gt;</w:t>
        <w:br/>
        <w:t>дуже мало і собак гавкучих,&lt;br /&gt;</w:t>
        <w:br/>
        <w:t>тисяча скрипок мені увійде в руку.</w:t>
      </w:r>
    </w:p>
    <w:p>
      <w:r>
        <w:br/>
        <w:t>Але плач — то величезний пес,&lt;br /&gt;</w:t>
        <w:br/>
        <w:t>плач — то величезний янгол,&lt;br /&gt;</w:t>
        <w:br/>
        <w:t>плач — то величезна скрипка,&lt;br /&gt;</w:t>
        <w:br/>
        <w:t>сльози душать вітер,&lt;br /&gt;</w:t>
        <w:br/>
        <w:t>і нічого, крім плачу, не чути.</w:t>
      </w:r>
    </w:p>
    <w:p>
      <w:r>
        <w:br/>
        <w:t>КАСИДА ПРО ВІТИ</w:t>
      </w:r>
    </w:p>
    <w:p>
      <w:r>
        <w:br/>
        <w:t>По гаях-садах у Тамариті&lt;br /&gt;</w:t>
        <w:br/>
        <w:t>бігали собаки олив'яні,&lt;br /&gt;</w:t>
        <w:br/>
        <w:t>усе ждали, щоб упали віти,&lt;br /&gt;</w:t>
        <w:br/>
        <w:t>щоб самі собою поламались.</w:t>
      </w:r>
    </w:p>
    <w:p>
      <w:r>
        <w:br/>
        <w:t>Там стоїть десь яблуня крислата,&lt;br /&gt;</w:t>
        <w:br/>
        <w:t>на ній зріє яблуко ридання.&lt;br /&gt;</w:t>
        <w:br/>
        <w:t>Соловей зацитькує зітхання,&lt;br /&gt;</w:t>
        <w:br/>
        <w:t>а фазан жене їх порохaми.</w:t>
      </w:r>
    </w:p>
    <w:p>
      <w:r>
        <w:br/>
        <w:t>Але віти зроду нежурливі,&lt;br /&gt;</w:t>
        <w:br/>
        <w:t>схожі віти на нас, люди, з вами,-&lt;br /&gt;</w:t>
        <w:br/>
        <w:t>про негоду і гадки не мають,&lt;br /&gt;</w:t>
        <w:br/>
        <w:t>засинають, як стій, деревaми.</w:t>
      </w:r>
    </w:p>
    <w:p>
      <w:r>
        <w:br/>
        <w:t>Вбрівши в воду по самі коліна,&lt;br /&gt;</w:t>
        <w:br/>
        <w:t>дві долини осені чекають.&lt;br /&gt;</w:t>
        <w:br/>
        <w:t>Суне морок потоптом слоновим,&lt;br /&gt;</w:t>
        <w:br/>
        <w:t>віти клонить, стовбури штовхає.</w:t>
      </w:r>
    </w:p>
    <w:p>
      <w:r>
        <w:br/>
        <w:t>По гаях-садах у Тамариті&lt;br /&gt;</w:t>
        <w:br/>
        <w:t>ходять діти, вкутані в тумани,&lt;br /&gt;</w:t>
        <w:br/>
        <w:t>усе ждуть, щоб віти мої впали,&lt;br /&gt;</w:t>
        <w:br/>
        <w:t>щоб самі собою поламались.</w:t>
      </w:r>
    </w:p>
    <w:p>
      <w:r>
        <w:br/>
        <w:t>КАСИДА ПРО РОЗПЛАТАНУ ЖІНКУ</w:t>
      </w:r>
    </w:p>
    <w:p>
      <w:r>
        <w:br/>
        <w:t>Туга й нага — нагадуєш ти землю,&lt;br /&gt;</w:t>
        <w:br/>
        <w:t>гладеньку землю, точену, безкінну&lt;br /&gt;</w:t>
        <w:br/>
        <w:t>й безочеретну землю, чисту форму,&lt;br /&gt;</w:t>
        <w:br/>
        <w:t>майбутньому закриту — срібний обрій.</w:t>
      </w:r>
    </w:p>
    <w:p>
      <w:r>
        <w:br/>
        <w:t>Туга й нага — я розумію тyгу&lt;br /&gt;</w:t>
        <w:br/>
        <w:t>дощу, який стрункого стану прагне,&lt;br /&gt;</w:t>
        <w:br/>
        <w:t>і лихоманку моря, що не може&lt;br /&gt;</w:t>
        <w:br/>
        <w:t>побачить світла щік своїх гігантських.</w:t>
      </w:r>
    </w:p>
    <w:p>
      <w:r>
        <w:br/>
        <w:t>Солона кров задзвонить по альковах&lt;br /&gt;</w:t>
        <w:br/>
        <w:t>і прийде з полум'яними мечами,&lt;br /&gt;</w:t>
        <w:br/>
        <w:t>та ти не знаєш, у якому схові&lt;br /&gt;</w:t>
        <w:br/>
        <w:t>жабuне серце скрито і фіалку.</w:t>
      </w:r>
    </w:p>
    <w:p>
      <w:r>
        <w:br/>
        <w:t>Живіт твій — то куйовдище коріння,&lt;br /&gt;</w:t>
        <w:br/>
        <w:t>твої уста — безконтурне світання.&lt;br /&gt;</w:t>
        <w:br/>
        <w:t>Під літеплими квітами постелі&lt;br /&gt;</w:t>
        <w:br/>
        <w:t>лелечуть мертві, ждуть своєї черги.</w:t>
      </w:r>
    </w:p>
    <w:p>
      <w:r>
        <w:br/>
        <w:t>КАСИДА ПРО СОН ПІД ЗОРЯМИ</w:t>
      </w:r>
    </w:p>
    <w:p>
      <w:r>
        <w:br/>
        <w:t>Жасмину цвіт і свіжо вбитий бик.&lt;br /&gt;</w:t>
        <w:br/>
        <w:t>Поміст без краю. Мапа. Зала. Арфа. Рання.&lt;br /&gt;</w:t>
        <w:br/>
        <w:t>Дівча прикинулось жасминовим биком,&lt;br /&gt;</w:t>
        <w:br/>
        <w:t>а бик — то присмерк, що реве багряно.</w:t>
      </w:r>
    </w:p>
    <w:p>
      <w:r>
        <w:br/>
        <w:t>Щоб небо та було дитям маленьким,&lt;br /&gt;</w:t>
        <w:br/>
        <w:t>жасмин би мав півночі у полоні,&lt;br /&gt;</w:t>
        <w:br/>
        <w:t>а бик — арену синю, без тореро,&lt;br /&gt;</w:t>
        <w:br/>
        <w:t>і серце на спочинку при колоні.</w:t>
      </w:r>
    </w:p>
    <w:p>
      <w:r>
        <w:br/>
        <w:t>Коли ж бо небо — слон здоровий,&lt;br /&gt;</w:t>
        <w:br/>
        <w:t>а той жасмин — вода без крові,&lt;br /&gt;</w:t>
        <w:br/>
        <w:t>а те дівча — то вітка ночі росяна&lt;br /&gt;</w:t>
        <w:br/>
        <w:t>на темному безмежному помості.</w:t>
      </w:r>
    </w:p>
    <w:p>
      <w:r>
        <w:br/>
        <w:t>Поміж жасмином і биком&lt;br /&gt;</w:t>
        <w:br/>
        <w:t>чи кістяні гаки, чи люди сонні.&lt;br /&gt;</w:t>
        <w:br/>
        <w:t>Всередині в жасмині слон і хмари,&lt;br /&gt;</w:t>
        <w:br/>
        <w:t>всередині в бику — скелет дівочий.</w:t>
      </w:r>
    </w:p>
    <w:p>
      <w:r>
        <w:br/>
        <w:t>КАСИДА ПРО НЕМОЖЛИВУ РУКУ</w:t>
      </w:r>
    </w:p>
    <w:p>
      <w:r>
        <w:br/>
        <w:t>Нічого не хочу, тільки одну руку,&lt;br /&gt;</w:t>
        <w:br/>
        <w:t>дайте мені руку — ранену, як можна.&lt;br /&gt;</w:t>
        <w:br/>
        <w:t>Нічого не хочу, тільки одну руку:&lt;br /&gt;</w:t>
        <w:br/>
        <w:t>я ладен не спати тисячу ночей.</w:t>
      </w:r>
    </w:p>
    <w:p>
      <w:r>
        <w:br/>
        <w:t>То була б лілея крейдяно-бліда,&lt;br /&gt;</w:t>
        <w:br/>
        <w:t>то була б голубка в кубельці, в моїм серці,&lt;br /&gt;</w:t>
        <w:br/>
        <w:t>то була б доглядачка, що в хвилю мого скону&lt;br /&gt;</w:t>
        <w:br/>
        <w:t>не пустила б місяця й на поріг вікна.</w:t>
      </w:r>
    </w:p>
    <w:p>
      <w:r>
        <w:br/>
        <w:t>Нічого не хочу, тільки тую руку,&lt;br /&gt;</w:t>
        <w:br/>
        <w:t>хай елеєм скропить і в саван угорне.&lt;br /&gt;</w:t>
        <w:br/>
        <w:t>Нічого не хочу, тільки тую руку,&lt;br /&gt;</w:t>
        <w:br/>
        <w:t>нехай потримає крило моїй смерті.</w:t>
      </w:r>
    </w:p>
    <w:p>
      <w:r>
        <w:br/>
        <w:t>Все інше — минає.&lt;br /&gt;</w:t>
        <w:br/>
        <w:t>Сяєво без імені, одвічне світило.&lt;br /&gt;</w:t>
        <w:br/>
        <w:t>Все інше — не те; то вітер мете&lt;br /&gt;</w:t>
        <w:br/>
        <w:t>пожовклого листя сполохані зграї.</w:t>
      </w:r>
    </w:p>
    <w:p>
      <w:r>
        <w:br/>
        <w:t>КАСИДА ПРО ТРОЯНДУ</w:t>
      </w:r>
    </w:p>
    <w:p>
      <w:r>
        <w:br/>
        <w:t>Троянда&lt;br /&gt;</w:t>
        <w:br/>
        <w:t>не шукала світання:&lt;br /&gt;</w:t>
        <w:br/>
        <w:t>на вітці майже вічна,&lt;br /&gt;</w:t>
        <w:br/>
        <w:t>шукала щось незнане.</w:t>
      </w:r>
    </w:p>
    <w:p>
      <w:r>
        <w:br/>
        <w:t>Троянда&lt;br /&gt;</w:t>
        <w:br/>
        <w:t>не шукала ні темряви, ні тями:&lt;br /&gt;</w:t>
        <w:br/>
        <w:t>межа між плоттю й мрією,&lt;br /&gt;</w:t>
        <w:br/>
        <w:t>шукала щось незнане.</w:t>
      </w:r>
    </w:p>
    <w:p>
      <w:r>
        <w:br/>
        <w:t>Троянда&lt;br /&gt;</w:t>
        <w:br/>
        <w:t>не шукала троянди.&lt;br /&gt;</w:t>
        <w:br/>
        <w:t>Стриміла мовчки в небо,&lt;br /&gt;</w:t>
        <w:br/>
        <w:t>шукала щось незнане.</w:t>
      </w:r>
    </w:p>
    <w:p>
      <w:r>
        <w:br/>
        <w:t>КАСИДА ПРО ЗЛОТОТІЛУ ДІВЧИНУ</w:t>
      </w:r>
    </w:p>
    <w:p>
      <w:r>
        <w:br/>
        <w:t>Дівчина злототіла&lt;br /&gt;</w:t>
        <w:br/>
        <w:t>у хвилі хлюпотілась,&lt;br /&gt;</w:t>
        <w:br/>
        <w:t>і хвиля золотіла.</w:t>
      </w:r>
    </w:p>
    <w:p>
      <w:r>
        <w:br/>
        <w:t>А віти й баговиння&lt;br /&gt;</w:t>
        <w:br/>
        <w:t>її тінили тінню,&lt;br /&gt;</w:t>
        <w:br/>
        <w:t>а соловей гульливий&lt;br /&gt;</w:t>
        <w:br/>
        <w:t>співав дівчині білій.</w:t>
      </w:r>
    </w:p>
    <w:p>
      <w:r>
        <w:br/>
        <w:t>Упала ніч сріблиста,&lt;br /&gt;</w:t>
        <w:br/>
        <w:t>імла недобра млиться,&lt;br /&gt;</w:t>
        <w:br/>
        <w:t>на гори по безліссю&lt;br /&gt;</w:t>
        <w:br/>
        <w:t>буланий вітер звівся.</w:t>
      </w:r>
    </w:p>
    <w:p>
      <w:r>
        <w:br/>
        <w:t>Дівчина зволожіла&lt;br /&gt;</w:t>
        <w:br/>
        <w:t>у хвилі стала біла,&lt;br /&gt;</w:t>
        <w:br/>
        <w:t>а хвиля зчервоніла.</w:t>
      </w:r>
    </w:p>
    <w:p>
      <w:r>
        <w:br/>
        <w:t>Зірниця зазоріла&lt;br /&gt;</w:t>
        <w:br/>
        <w:t>на тисячу корівок,&lt;br /&gt;</w:t>
        <w:br/>
        <w:t>жалобним маєм крита,&lt;br /&gt;</w:t>
        <w:br/>
        <w:t>плющами перевита.</w:t>
      </w:r>
    </w:p>
    <w:p>
      <w:r>
        <w:br/>
        <w:t>Дівчина осмутніла&lt;br /&gt;</w:t>
        <w:br/>
        <w:t>в огні плила-леліла,&lt;br /&gt;</w:t>
        <w:br/>
        <w:t>а соловей жалівся,&lt;br /&gt;</w:t>
        <w:br/>
        <w:t>що обгоріли крила.</w:t>
      </w:r>
    </w:p>
    <w:p>
      <w:r>
        <w:br/>
        <w:t>Дівчина злототіла&lt;br /&gt;</w:t>
        <w:br/>
        <w:t>була мов чапля біла,&lt;br /&gt;</w:t>
        <w:br/>
        <w:t>що хвиля золотила.</w:t>
      </w:r>
    </w:p>
    <w:p>
      <w:r>
        <w:br/>
        <w:t>КАСИДА ПРО ДВОХ СИЗОКРИЛИХ ГОРЛИЦЬ</w:t>
      </w:r>
    </w:p>
    <w:p>
      <w:r>
        <w:br/>
        <w:t>Дві горлиці сизопері&lt;br /&gt;</w:t>
        <w:br/>
        <w:t>між лавровим крились листям.&lt;br /&gt;</w:t>
        <w:br/>
        <w:t>Одна була сонце,&lt;br /&gt;</w:t>
        <w:br/>
        <w:t>друга місяць.&lt;br /&gt;</w:t>
        <w:br/>
        <w:t>"Сусідоньки,— я спитав їх,-&lt;br /&gt;</w:t>
        <w:br/>
        <w:t>де моїй могилі місце?"&lt;br /&gt;</w:t>
        <w:br/>
        <w:t>"В мене в хвості",— каже сонце.&lt;br /&gt;</w:t>
        <w:br/>
        <w:t>"В мене в горлі",— каже місяць.&lt;br /&gt;</w:t>
        <w:br/>
        <w:t>Уперезаний землею,&lt;br /&gt;</w:t>
        <w:br/>
        <w:t>я в світи далекі нісся.&lt;br /&gt;</w:t>
        <w:br/>
        <w:t>Бачу: дві орлиці сніжні,&lt;br /&gt;</w:t>
        <w:br/>
        <w:t>третя дівчина голіська.&lt;br /&gt;</w:t>
        <w:br/>
        <w:t>Одна була ніби друга,&lt;br /&gt;</w:t>
        <w:br/>
        <w:t>а дівчина зовсім інша.&lt;br /&gt;</w:t>
        <w:br/>
        <w:t>"Орличеньки,— я спитав їх,-&lt;br /&gt;</w:t>
        <w:br/>
        <w:t>де моїй могилі місце?"&lt;br /&gt;</w:t>
        <w:br/>
        <w:t>"В мене в хвості",— каже сонце.&lt;br /&gt;</w:t>
        <w:br/>
        <w:t>"В мене в горлі",— каже місяць.&lt;br /&gt;</w:t>
        <w:br/>
        <w:t>Дві горлиці голим голі&lt;br /&gt;</w:t>
        <w:br/>
        <w:t>між лавровим крились листям.&lt;br /&gt;</w:t>
        <w:br/>
        <w:t>Одна була ніби друга,&lt;br /&gt;</w:t>
        <w:br/>
        <w:t>і обидві зовсім різні.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(в перекладі Миколи Лукаша)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