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Вірша просітельная</w:t>
      </w:r>
    </w:p>
    <w:p>
      <w:r>
        <w:br/>
        <w:t xml:space="preserve"> &lt;blockquote&gt;До пресвітлого професора&lt;br /&gt;</w:t>
        <w:br/>
        <w:t>Університету Київського&lt;br /&gt;</w:t>
        <w:br/>
        <w:t>Ясновельможного пана&lt;br /&gt;</w:t>
        <w:br/>
        <w:t>Володимира Антоновича&lt;br /&gt;</w:t>
        <w:br/>
        <w:t>Від братчиків цеха писательського&lt;br /&gt;</w:t>
        <w:br/>
        <w:t>У таку ж Київі працюючих&lt;br /&gt;</w:t>
        <w:br/>
        <w:t>При унижоннім поклоні&lt;br /&gt;</w:t>
        <w:br/>
        <w:t>Прудко дедукованная.&lt;/blockquote&gt;&lt;br /&gt;</w:t>
        <w:br/>
        <w:t>Преч з душі нашої смутки уступуйте,&lt;br /&gt;</w:t>
        <w:br/>
        <w:t>Слези й ляменти серця не турбуйте:&lt;br /&gt;</w:t>
        <w:br/>
        <w:t>Юж єсть весели, ах, досить стогнання,&lt;br /&gt;</w:t>
        <w:br/>
        <w:t>Преч нарікання!&lt;br /&gt;</w:t>
        <w:br/>
        <w:t>Радійте, браття, піїти й віршомази,&lt;br /&gt;</w:t>
        <w:br/>
        <w:t>Готуйте в дари срібло й гал мази:&lt;br /&gt;</w:t>
        <w:br/>
        <w:t>Кінець вже вашим бідам окрутним&lt;br /&gt;</w:t>
        <w:br/>
        <w:t>І плачам смутним.&lt;br /&gt;</w:t>
        <w:br/>
        <w:t>Ви, романтисти, пишіть вже сміло,&lt;br /&gt;</w:t>
        <w:br/>
        <w:t>Гімни гукайте по стогонах мило:&lt;br /&gt;</w:t>
        <w:br/>
        <w:t>Що ж то за радість в Російськім Сіоні,&lt;br /&gt;</w:t>
        <w:br/>
        <w:t>В Київській Зоні.&lt;br /&gt;</w:t>
        <w:br/>
        <w:t>Муж бо великий, повний науки&lt;br /&gt;</w:t>
        <w:br/>
        <w:t>Рачив простягти до нас свої руки.&lt;br /&gt;</w:t>
        <w:br/>
        <w:t>О часе вдячний! О літа святиї,&lt;br /&gt;</w:t>
        <w:br/>
        <w:t>Дні золотиї!&lt;br /&gt;</w:t>
        <w:br/>
        <w:t>Годі однині нам, темним, блукати,&lt;br /&gt;</w:t>
        <w:br/>
        <w:t>В архівах страшних правди шукати:&lt;br /&gt;</w:t>
        <w:br/>
        <w:t>Професор ясний дасть всім рятунку&lt;br /&gt;</w:t>
        <w:br/>
        <w:t>По злим фрасунку 1.&lt;br /&gt;</w:t>
        <w:br/>
        <w:t>Чи то про книжки, чи про папери,&lt;br /&gt;</w:t>
        <w:br/>
        <w:t>Всім одчиняє ласкаво він двері,&lt;br /&gt;</w:t>
        <w:br/>
        <w:t>Дає рятунок нашій оздобі&lt;br /&gt;</w:t>
        <w:br/>
        <w:t>В мізерній добі!&lt;br /&gt;</w:t>
        <w:br/>
        <w:t>По всему світі відомо здавна,&lt;br /&gt;</w:t>
        <w:br/>
        <w:t>Що нас тримає рука та славна,&lt;br /&gt;</w:t>
        <w:br/>
        <w:t>В працях одважних, котра вспирає 2,&lt;br /&gt;</w:t>
        <w:br/>
        <w:t>Русь украшає.&lt;br /&gt;</w:t>
        <w:br/>
        <w:t>Тебе, вельможний, віршом вітаю,&lt;br /&gt;</w:t>
        <w:br/>
        <w:t>До тебе з плачем, з жалю волаю:&lt;br /&gt;</w:t>
        <w:br/>
        <w:t>Не дай загинуть хрещеній доні&lt;br /&gt;</w:t>
        <w:br/>
        <w:t>В Київській Зоні.&lt;br /&gt;</w:t>
        <w:br/>
        <w:t>Мої шпаргали з тиждень вакують 3,&lt;br /&gt;</w:t>
        <w:br/>
        <w:t>Атрамент й пера тяжко сумують:&lt;br /&gt;</w:t>
        <w:br/>
        <w:t>Писать без книжки не маю сили&lt;br /&gt;</w:t>
        <w:br/>
        <w:t>Петра Могили!&lt;br /&gt;</w:t>
        <w:br/>
        <w:t>Тобі вже долю свою доручаю,&lt;br /&gt;</w:t>
        <w:br/>
        <w:t>Книжки з жагою прагну, чекаю,&lt;br /&gt;</w:t>
        <w:br/>
        <w:t>О ясний професоре, будь мні Атлантом,&lt;br /&gt;</w:t>
        <w:br/>
        <w:t>Будь Адамантом!&lt;br /&gt;</w:t>
        <w:br/>
        <w:t>Батько цехмейстер Тебе віншує&lt;br /&gt;</w:t>
        <w:br/>
        <w:t>З святом великим й поклон дарує,&lt;br /&gt;</w:t>
        <w:br/>
        <w:t>Я ж буду славить в цілим стороці&lt;br /&gt;</w:t>
        <w:br/>
        <w:t>На кожнім кроці!&lt;br /&gt;</w:t>
        <w:br/>
        <w:t>Пакуй же, пане, многія літа,&lt;br /&gt;</w:t>
        <w:br/>
        <w:t>Од схода сонця по захід світа,&lt;br /&gt;</w:t>
        <w:br/>
        <w:t>Жий многолітнє: ти наша заслона,&lt;br /&gt;</w:t>
        <w:br/>
        <w:t>Тарча 4 й корона.</w:t>
      </w:r>
    </w:p>
    <w:p>
      <w:r>
        <w:br/>
        <w:t>&lt;blockquote&gt;Віршу цю слізну довго складала,&lt;br /&gt;</w:t>
        <w:br/>
        <w:t>Панської ласки за ню сподівала,&lt;br /&gt;</w:t>
        <w:br/>
        <w:t>Коли ж ця вірша не буде мила —&lt;br /&gt;</w:t>
        <w:br/>
        <w:t>Звонпить Людмила!!&lt;br /&gt;</w:t>
        <w:br/>
        <w:t>Року Божого од народження&lt;br /&gt;</w:t>
        <w:br/>
        <w:t>Панського 1896 березоля 16.&lt;br /&gt;</w:t>
        <w:br/>
        <w:t>Писано в місті Київі рукою власною.&lt;/blockquote&gt;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Вірша просітельная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