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Вірш-хатка</w:t>
      </w:r>
    </w:p>
    <w:p>
      <w:r>
        <w:br/>
        <w:t xml:space="preserve"> В цьому віршику нікого&lt;br /&gt;</w:t>
        <w:br/>
        <w:t>ще немає.&lt;br /&gt;</w:t>
        <w:br/>
        <w:t>Ну й дива!..&lt;br /&gt;</w:t>
        <w:br/>
        <w:t>Нумо, зайчика прудкого&lt;br /&gt;</w:t>
        <w:br/>
        <w:t>ми покличемо до нас.</w:t>
      </w:r>
    </w:p>
    <w:p>
      <w:r>
        <w:br/>
        <w:t>Раз!&lt;br /&gt;</w:t>
        <w:br/>
        <w:t>І мчить зайчисько сірий.&lt;br /&gt;</w:t>
        <w:br/>
        <w:t>Два!&lt;br /&gt;</w:t>
        <w:br/>
        <w:t>І ще один біжить.&lt;br /&gt;</w:t>
        <w:br/>
        <w:t>А за ним —&lt;br /&gt;</w:t>
        <w:br/>
        <w:t>і три, й чотири,&lt;br /&gt;</w:t>
        <w:br/>
        <w:t>а за тими —&lt;br /&gt;</w:t>
        <w:br/>
        <w:t>п'ять і шість.</w:t>
      </w:r>
    </w:p>
    <w:p>
      <w:r>
        <w:br/>
        <w:t>Ой, дивися —&lt;br /&gt;</w:t>
        <w:br/>
        <w:t>сім і вісім!&lt;br /&gt;</w:t>
        <w:br/>
        <w:t>Скільки ж там вас?&lt;br /&gt;</w:t>
        <w:br/>
        <w:t>Ого-го!&lt;br /&gt;</w:t>
        <w:br/>
        <w:t>Ви ж не вміститесь&lt;br /&gt;</w:t>
        <w:br/>
        <w:t>у віршик,&lt;br /&gt;</w:t>
        <w:br/>
        <w:t>ви зламаєте його.</w:t>
      </w:r>
    </w:p>
    <w:p>
      <w:r>
        <w:br/>
        <w:t>Стійте, зайчики,&lt;br /&gt;</w:t>
        <w:br/>
        <w:t>чекайте —&lt;br /&gt;</w:t>
        <w:br/>
        <w:t>це ж бо віршик,&lt;br /&gt;</w:t>
        <w:br/>
        <w:t>а не хатка!..</w:t>
      </w:r>
    </w:p>
    <w:p>
      <w:r>
        <w:br/>
        <w:t>Та зайчисьок —&lt;br /&gt;</w:t>
        <w:br/>
        <w:t>більше й більше,&lt;br /&gt;</w:t>
        <w:br/>
        <w:t>їх уже не зупинить...</w:t>
      </w:r>
    </w:p>
    <w:p>
      <w:r>
        <w:br/>
        <w:t>Затремтів&lt;br /&gt;</w:t>
        <w:br/>
        <w:t>маленький віршик,&lt;br /&gt;</w:t>
        <w:br/>
        <w:t>захитався —&lt;br /&gt;</w:t>
        <w:br/>
        <w:t>і за мить&lt;br /&gt;</w:t>
        <w:br/>
        <w:t>всі його рядки розпались.&lt;br /&gt;</w:t>
        <w:br/>
        <w:t>Тільки зайчики зостались.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Вірш-хатка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