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без кінця</w:t>
      </w:r>
    </w:p>
    <w:p>
      <w:r>
        <w:br/>
        <w:t xml:space="preserve"> Я йду собі дорогою,&lt;br /&gt;</w:t>
        <w:br/>
        <w:t>дорогою широкою,&lt;br /&gt;</w:t>
        <w:br/>
        <w:t>аж тут назустріч — кіт.&lt;br /&gt;</w:t>
        <w:br/>
        <w:t>— Куди ти йдеш дорогою,&lt;br /&gt;</w:t>
        <w:br/>
        <w:t>дорогою широкою?—&lt;br /&gt;</w:t>
        <w:br/>
        <w:t>мене питає кіт&lt;br /&gt;</w:t>
        <w:br/>
        <w:t>і жде від мене слова,&lt;br /&gt;</w:t>
        <w:br/>
        <w:t>а я й кажу котові:&lt;br /&gt;</w:t>
        <w:br/>
        <w:t>— Я йду собі дорогою,&lt;br /&gt;</w:t>
        <w:br/>
        <w:t>дорогою широкою,&lt;br /&gt;</w:t>
        <w:br/>
        <w:t>аж тут назустріч — кіт.&lt;br /&gt;</w:t>
        <w:br/>
        <w:t>"Куди ти йдеш дорогою,&lt;br /&gt;</w:t>
        <w:br/>
        <w:t>дорогою широкою?"—&lt;br /&gt;</w:t>
        <w:br/>
        <w:t>мене питає кіт&lt;br /&gt;</w:t>
        <w:br/>
        <w:t>і жде від мене слова,&lt;br /&gt;</w:t>
        <w:br/>
        <w:t>а я й кажу котові:&lt;br /&gt;</w:t>
        <w:br/>
        <w:t>— Читай спочатку&lt;br /&gt;</w:t>
        <w:br/>
        <w:t>знову!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без кінця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