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Віра-Віруня</w:t>
      </w:r>
    </w:p>
    <w:p>
      <w:r>
        <w:br/>
        <w:t xml:space="preserve"> &lt;p&gt;I.</w:t>
      </w:r>
    </w:p>
    <w:p>
      <w:r>
        <w:br/>
        <w:t>— Алло! Я слухаю.</w:t>
      </w:r>
    </w:p>
    <w:p>
      <w:r>
        <w:br/>
        <w:t>Кузьма Пробус притиснув телефонну трубку плечем до щоки і, слухаючи, застібав піжаму. Зав. відділом науки цікавився, коли він здасть матеріал.</w:t>
      </w:r>
    </w:p>
    <w:p>
      <w:r>
        <w:br/>
        <w:t>— Та от, занедужав, — перебільшено кволим голосом говорив Пробус. — Ще в дорозі почав. Основа вже є. Ну, в цілому контури уявляються. Так, звичайно. Дякую. Постараюсь.</w:t>
      </w:r>
    </w:p>
    <w:p>
      <w:r>
        <w:br/>
        <w:t>Поклавши трубку, Пробує почовгав до кушетки. Правду кажучи, він уже шкодував, що взявся написати статтю про "цю спритну ворожку", як висловився завідувач відділом науки. Тоді, під час розмови в його кабіне-ті, завдання здалось легким — не праця, а прогулянка. Усе ж ясно, як двічі по два. Молодичка із середньою освітою, будівельниця (маляр, штукатур) "перекваліфікувалась" на медика! "Лікує" просто так, без медикамен-тів, і довірливі люди потрапляють їй на гачок. Вивести аферистку на чисту воду — хіба ж не приємно?</w:t>
      </w:r>
    </w:p>
    <w:p>
      <w:r>
        <w:br/>
        <w:t>Але скрізь, куди тільки не потикався Кузьма Пробує, чув майже одне й теж:</w:t>
      </w:r>
    </w:p>
    <w:p>
      <w:r>
        <w:br/>
        <w:t>— Віра? Віруня? О, то золота людина!</w:t>
      </w:r>
    </w:p>
    <w:p>
      <w:r>
        <w:br/>
        <w:t>Матеріал чинив опір, потрібно було напружувати сили, а їх саме й не вистачало. Останнім часом Пробує почувався кепсько, — через постійний головний біль швидко втомлювався, а під вечір ледве міг доплестися до своєї потертої кушетки. А це відрядження до райцентру Воляки зовсім вимотало. Не маючи ні апетиту, ні ба-жання щось там шукати в холодильнику, розігрівати, Кузьма Пробус плюхнувся в постіль і заплющив очі. Зне-нацька побачив себе зовсім голим серед снігу. Відчував, знав, що то він, і водночас дивився на себе збоку — трохи зігнута біла постать, а навколо сніг. "Та я ж замерзну, — лячно подумав, — ніякого ж прихистку… А он сонячна доріжка, хоча б устигнути, може, там тепліше, хоч і сніг". Вузенька доріжка починалася неподалік, на-вкруги був холодний морок, тільки ця смужка світилася, і він заспішив туди в надії зігрітися, порятуватись. А доріжка плавно здіймалася вгору.</w:t>
      </w:r>
    </w:p>
    <w:p>
      <w:r>
        <w:br/>
        <w:t>Ступити на ту примарну сонячну еспланаду він так і не встиг — усе миттю зникло: і сніги, і золотиста смужка. Чиясь рука торсала його за плече.</w:t>
      </w:r>
    </w:p>
    <w:p>
      <w:r>
        <w:br/>
        <w:t>— Та прочумайся нарешті!</w:t>
      </w:r>
    </w:p>
    <w:p>
      <w:r>
        <w:br/>
        <w:t>Кузьма розклепив повіки і полегшено зітхнув: над ним схилилась дружина.</w:t>
      </w:r>
    </w:p>
    <w:p>
      <w:r>
        <w:br/>
        <w:t>— Ти що, цілий день спиш? А я дзвонила з роботи… Ну як з’їздив?</w:t>
      </w:r>
    </w:p>
    <w:p>
      <w:r>
        <w:br/>
        <w:t>Кузьма притулив Тамарину руку до щоки, обізвався сонним голосом:</w:t>
      </w:r>
    </w:p>
    <w:p>
      <w:r>
        <w:br/>
        <w:t>— Та як… Мабуть, простудився, скрізь сніги.</w:t>
      </w:r>
    </w:p>
    <w:p>
      <w:r>
        <w:br/>
        <w:t>— Які сніги? Де? Ще ж тільки жовтень!</w:t>
      </w:r>
    </w:p>
    <w:p>
      <w:r>
        <w:br/>
        <w:t>— Пробач, це мені наснилось.</w:t>
      </w:r>
    </w:p>
    <w:p>
      <w:r>
        <w:br/>
        <w:t>— Ну, а як феномен тієї… Віри?</w:t>
      </w:r>
    </w:p>
    <w:p>
      <w:r>
        <w:br/>
        <w:t>— Вона невловна. Не вдалося й побачити. Та мені й так усе ясно… — Кузьма позіхнув. — Експлуатує людську довірливість.</w:t>
      </w:r>
    </w:p>
    <w:p>
      <w:r>
        <w:br/>
        <w:t>— Ну, гаразд, вставай, за обідом розповіси, борщ уже гріється.</w:t>
      </w:r>
    </w:p>
    <w:p>
      <w:r>
        <w:br/>
        <w:t>Кузьма нехотя підвівся, спустив ноги на килимок і чхнув.</w:t>
      </w:r>
    </w:p>
    <w:p>
      <w:r>
        <w:br/>
        <w:t>— На здоров’я, — Тамара відступила до дверей. — Тільки треба прикривати рота.</w:t>
      </w:r>
    </w:p>
    <w:p>
      <w:r>
        <w:br/>
        <w:t>Кузьма хотів щось сказати і знову чхнув, потім ще і ще. Довге чхання трусило його тіло, аж доки не на-тягнув шкарпетки і не ступив у теплі тапочки. Але й потім Кузьма продовжував чхати — через певні проміжки часу, наче за сигналом метронома.</w:t>
      </w:r>
    </w:p>
    <w:p>
      <w:r>
        <w:br/>
        <w:t>— Ачхи! Ачхи! Ачхи!</w:t>
      </w:r>
    </w:p>
    <w:p>
      <w:r>
        <w:br/>
        <w:t>— Надумав рекорд встановити? — зауважила Тамара, накриваючи стіл на кухні. — Потрапиш до книги Гіннеса!</w:t>
      </w:r>
    </w:p>
    <w:p>
      <w:r>
        <w:br/>
        <w:t>— От напасть! До всіх моїх недугів — ачхи! — ще й це…</w:t>
      </w:r>
    </w:p>
    <w:p>
      <w:r>
        <w:br/>
        <w:t>Вазомоторний риніт? Закапали очними каплями — не допомогло.</w:t>
      </w:r>
    </w:p>
    <w:p>
      <w:r>
        <w:br/>
        <w:t>Сверблячка в носі заважала страшенно, Тамара вже не підсміювалась, а стривожено позирала на свого молодого чоловіка. Зовсім розклеївся!</w:t>
      </w:r>
    </w:p>
    <w:p>
      <w:r>
        <w:br/>
        <w:t>У проміжках між чханням Кузьма Пробус таки розповів дружині про своє відрядження. Самозвана зціли-телька — феномен? Просто смішно. Якось їй потрапило на очі хирляве, хворобливе дитя. Погано їсть, майже зовсім не спить і все плаче. Звичайно, воно було під наглядом лікаря-педіатра, але покращення ніяк не настава-ло. А Вірі досить було взяти малюка на руки, почукикати, усміхнутись — і все. Дитина стихла, обличчя освіти-лось посмішкою. Малюк незабаром поправився. Здорово, га? І пішло: Віра, Віруня зцілює! Попередній курс лікування до уваги вже не береться, про це й не згадують. Віра вилікувала!</w:t>
      </w:r>
    </w:p>
    <w:p>
      <w:r>
        <w:br/>
        <w:t>Або привезли до неї школярика — хлопчик зовсім облисів. Десь йому було вісім чи дев’ять років, а го-лова гола, жодної волосини! Батьки возили його й до Києва, показували професорам, хлопець прийняв не один курс лікування — не допомогло. А от побув у Віруні — на білому тім і наче мак посіявся. Через якийсь тиждень материна долоня відчула шорстку щітку… Віра, Віруня допомогла!</w:t>
      </w:r>
    </w:p>
    <w:p>
      <w:r>
        <w:br/>
        <w:t>— Розказують, що так — ачхи! — вона й сама себе називає. Зайде до кого-небудь і вже з порога: "Здрас-туйте, Віруня прийшла!" А ще привезли до неї тяжко хворого астматика… Ачхи!</w:t>
      </w:r>
    </w:p>
    <w:p>
      <w:r>
        <w:br/>
        <w:t>Кузьма, не покладаючись на пам’ять, узяв свого записника і прочитав дружині ще кілька нотаток про "ефект Віри-Віруні", як він іронічно називав медичну практику будівельниці. У багатьох випадках одужання нібито наставало цілковите, в інших — помітне полегшення. Одна жінка середнього віку після розмови з Віру-нею позбулася алергії, на яку страждала багато років і яку, звичайно, безуспішно лікували фахівці.</w:t>
      </w:r>
    </w:p>
    <w:p>
      <w:r>
        <w:br/>
        <w:t>— А чому ти все це поставив під сумнів? — замислено спитала дружина. — Звідки така упередженість?</w:t>
      </w:r>
    </w:p>
    <w:p>
      <w:r>
        <w:br/>
        <w:t>— Та хоча б тому, що чудес на світі не буває! Ти ж фізик, і не мені — ачхи! — тобі пояснювати…</w:t>
      </w:r>
    </w:p>
    <w:p>
      <w:r>
        <w:br/>
        <w:t>Тамарині брови зсунулись докупи, жінка схитнула головою.</w:t>
      </w:r>
    </w:p>
    <w:p>
      <w:r>
        <w:br/>
        <w:t>— Але ж людський організм — це арена зіткнення хтозна-скількох сил. Тут відоме просто мізерне су-проти невідомого, хіба не так?</w:t>
      </w:r>
    </w:p>
    <w:p>
      <w:r>
        <w:br/>
        <w:t>— Та воно-то так…</w:t>
      </w:r>
    </w:p>
    <w:p>
      <w:r>
        <w:br/>
        <w:t>— То чому ж ти настроївся проти Віри, ще й не знаючи її, не бачивши?</w:t>
      </w:r>
    </w:p>
    <w:p>
      <w:r>
        <w:br/>
        <w:t>— Хіба тільки я? — знизав плечима Кузьма і чхнув. — Он і зав. відділом… Та ти не подумай, що я… Ачхи! Це ж антинауково, ось що головне.</w:t>
      </w:r>
    </w:p>
    <w:p>
      <w:r>
        <w:br/>
        <w:t>— Ота Віра, мені здається, добра, співчутлива, любить людей. І любить щиро, справді всім єством. Тому й допомагає недужим.</w:t>
      </w:r>
    </w:p>
    <w:p>
      <w:r>
        <w:br/>
        <w:t>— Та ти в мене філософ, — спробував усміхнутись Кузьма. — Доброта як лікувальний засіб… Ачхи! Оригінально. Але наукою й не пахне.</w:t>
      </w:r>
    </w:p>
    <w:p>
      <w:r>
        <w:br/>
        <w:t>Раптом Тамара спитала:</w:t>
      </w:r>
    </w:p>
    <w:p>
      <w:r>
        <w:br/>
        <w:t>— Скажи по щирості, ти в дитинстві не мучив тварин?</w:t>
      </w:r>
    </w:p>
    <w:p>
      <w:r>
        <w:br/>
        <w:t>— Котів чи собак? Ачхи! Ні, не мучив, але й не цілувався з ними. А чого це ти раптом…</w:t>
      </w:r>
    </w:p>
    <w:p>
      <w:r>
        <w:br/>
        <w:t>Жінка трохи помовчала, а тоді заговорила, не приховуючи іронії:</w:t>
      </w:r>
    </w:p>
    <w:p>
      <w:r>
        <w:br/>
        <w:t>— Ти не вважаєш, що в нас інколи, подекуди, часом, в окремих випадках бракує доброти? А ця Віруня…</w:t>
      </w:r>
    </w:p>
    <w:p>
      <w:r>
        <w:br/>
        <w:t>— О, вона добра! Ось послухай.</w:t>
      </w:r>
    </w:p>
    <w:p>
      <w:r>
        <w:br/>
        <w:t>Хоча чхання не припинялося, кожного разу аж струшувало його худорляве тіло, Кузьма Пробус прочитав Тамарі ще кілька записів про випадки з "медичної практики" будівельниці. Торжествуючи вигукнув:</w:t>
      </w:r>
    </w:p>
    <w:p>
      <w:r>
        <w:br/>
        <w:t>— Анекдоти!</w:t>
      </w:r>
    </w:p>
    <w:p>
      <w:r>
        <w:br/>
        <w:t>Він уже смакував, як то буде задоволений зав. відділом, але дружина чомусь хмурилась, задум статті не захоплював її ніскілечки, чоловікової іронії не сприймала. Кузьмі навіть здалося, що вона вже й не слухає його балачки, а думає про щось інше.</w:t>
      </w:r>
    </w:p>
    <w:p>
      <w:r>
        <w:br/>
        <w:t>— Про що ти замислилась?</w:t>
      </w:r>
    </w:p>
    <w:p>
      <w:r>
        <w:br/>
        <w:t>Тамара наче прокинулась, поглянула на Кузьму так, ніби вперше побачила.</w:t>
      </w:r>
    </w:p>
    <w:p>
      <w:r>
        <w:br/>
        <w:t>— Ти от кажеш — чудес не буває. Коли б ти заглянув у глибину матерії… Та сама Природа — хіба не чудо?</w:t>
      </w:r>
    </w:p>
    <w:p>
      <w:r>
        <w:br/>
        <w:t>II.</w:t>
      </w:r>
    </w:p>
    <w:p>
      <w:r>
        <w:br/>
        <w:t>— Здрастуйте, Віруня прийшла!</w:t>
      </w:r>
    </w:p>
    <w:p>
      <w:r>
        <w:br/>
        <w:t>Чистий, дзвінкий голос. Наче ж і не спить Кузьма, тільки дрімає, та й то уривками, а голос пролунав ди-вовижно чітко, виразно, ніби справдешній. Звукова галюцинація? Але ж він ще не бачив і не чув цієї жінки, то як же…</w:t>
      </w:r>
    </w:p>
    <w:p>
      <w:r>
        <w:br/>
        <w:t>Кузьма чхнув, але очей не розплющив. Почувався зовсім розбитим, не було ні бажання, ні сили навіть поворухнутись.</w:t>
      </w:r>
    </w:p>
    <w:p>
      <w:r>
        <w:br/>
        <w:t>— Невже чхає вві сні? — той самий голос.</w:t>
      </w:r>
    </w:p>
    <w:p>
      <w:r>
        <w:br/>
        <w:t>— Як бачите, Віруню. Їздив у ваші краї та й застудився.</w:t>
      </w:r>
    </w:p>
    <w:p>
      <w:r>
        <w:br/>
        <w:t>Почувши Тамарин голос, Кузьма розплющив очі, повернув голову на подушці. У дверях стояла Тамара, а поряд з нею — жвава молодичка, трохи нижча на зріст, але ставненька. Бистрі її очі позирнули на нього, потім на обстановку кімнати — з неприхованою цікавістю. Може, їй було незвично бачити стільки фаянсових фігурок на полицях, картин на стінах чи книжок на стелажах, що підпирали стелю.</w:t>
      </w:r>
    </w:p>
    <w:p>
      <w:r>
        <w:br/>
        <w:t>— Як у вас гарно… — аж зітхнула гостя. — Море… Боже мій, яка краса…</w:t>
      </w:r>
    </w:p>
    <w:p>
      <w:r>
        <w:br/>
        <w:t>Вбирала, всотувала морську голубінь, і навіть Кузьмі картина в цю мить здалася свіжішою, живою, хоча очі його давно звикли до того синього клаптя.</w:t>
      </w:r>
    </w:p>
    <w:p>
      <w:r>
        <w:br/>
        <w:t>— Ну, от познайомся з Вірунею, а то пишеш про неї… заочно. — Тамара голубила поглядом симпатичну гостю.</w:t>
      </w:r>
    </w:p>
    <w:p>
      <w:r>
        <w:br/>
        <w:t>Кузьма промимрив, як це добре, що Віра завітала. Підвівся, сутулячись у смугастій піжамі, сів у крісло біля свого письмового столу.</w:t>
      </w:r>
    </w:p>
    <w:p>
      <w:r>
        <w:br/>
        <w:t>— А як тобі вдалося… ачхи!.. вловити цю невловну жінку? — звернувся до Тамари, що скидала в кори-дорі плаща.</w:t>
      </w:r>
    </w:p>
    <w:p>
      <w:r>
        <w:br/>
        <w:t>— А отак! — трохи збуджено вигукнула дружина. — І не думай, що це для твоєї писанини. Я попросила Віруню вилікувати тебе!</w:t>
      </w:r>
    </w:p>
    <w:p>
      <w:r>
        <w:br/>
        <w:t>Кузьма криво усміхнувся: добре ж знає, як він ставиться до цього лікування, а, бач, своєї. Незручно якось перед людиною.</w:t>
      </w:r>
    </w:p>
    <w:p>
      <w:r>
        <w:br/>
        <w:t>А Віруня ніякої незручності не почувала. Скинувши плаща, пройшлася по кімнаті, ніби й не помічаючи килима, потім узяла стільця і сіла поряд з господарем, поглядаючи на нього, як на дитину. Кузьма зніяковів, змалів перед цією жінкою, почав щось говорити — і все невлад, все не так, як хотів би. А вона тільки усміха-лася — лагідно так, ласкаво, наче пригрівало весняне сонце.</w:t>
      </w:r>
    </w:p>
    <w:p>
      <w:r>
        <w:br/>
        <w:t>Потроху Кузьма оговтався і в думці відзначив, що Віруня нічого не говорить. Почав запитувати її, де на-родилася, хто батьки, чому не пішла вчитися в медичний інститут, раз уже має потяг до медицини?</w:t>
      </w:r>
    </w:p>
    <w:p>
      <w:r>
        <w:br/>
        <w:t>— Я і сама не знаю, як воно сталося, — сказала Віруня, схиляючись до столу, щоб побачити, як він запи-сує. — Життя якось складається само…</w:t>
      </w:r>
    </w:p>
    <w:p>
      <w:r>
        <w:br/>
        <w:t>Доки вони розмовляли, Тамара на кухні зготувала каву з молоком, розрізала шоколадний торт і все це ра-зом з чашечками, блюдечками та ложечками на легенькій алюмінієвій таці занесла до кабінету. Хотіла постави-ти на журнальний столик, вже й нагнулася — та так і застигла.</w:t>
      </w:r>
    </w:p>
    <w:p>
      <w:r>
        <w:br/>
        <w:t>— Та ти вже не чхаєш?! — вигукнула і мало не впустила тацю.</w:t>
      </w:r>
    </w:p>
    <w:p>
      <w:r>
        <w:br/>
        <w:t>— Що? Справді… — пробурмотів Кузьма. — А скільки ж можна? Остобісіло…</w:t>
      </w:r>
    </w:p>
    <w:p>
      <w:r>
        <w:br/>
        <w:t>— Я вже боялася, що ти потрапиш до реєстру світових рекордів… — усміхнулась Тамара, ставлячи та-цю.— Прошу, Віруню, до кави.</w:t>
      </w:r>
    </w:p>
    <w:p>
      <w:r>
        <w:br/>
        <w:t>Гостя і біля журнального столика сіла ближче до Кузьми — лікоть у лікоть.</w:t>
      </w:r>
    </w:p>
    <w:p>
      <w:r>
        <w:br/>
        <w:t>— Ви от звикли до кави, — сказала Віруня, — а в нас рідко хто вживає.</w:t>
      </w:r>
    </w:p>
    <w:p>
      <w:r>
        <w:br/>
        <w:t>— Може, не смакує? — спитала Тамара. — Беріть торт.</w:t>
      </w:r>
    </w:p>
    <w:p>
      <w:r>
        <w:br/>
        <w:t>— Нічого, дякую.</w:t>
      </w:r>
    </w:p>
    <w:p>
      <w:r>
        <w:br/>
        <w:t>— Божественний напій, — проголосив Кузьма, — тільки я більше полюбляю чорну.</w:t>
      </w:r>
    </w:p>
    <w:p>
      <w:r>
        <w:br/>
        <w:t>Обличчя йому порожевіло, голос зміцнів. "Одужує просто на очах, — раділа і дивувалась Тамара. — Та і я почуваюсь якось бадьоріше. От Віруня! Але як би перевірити? Який тут можна провести експеримент?"</w:t>
      </w:r>
    </w:p>
    <w:p>
      <w:r>
        <w:br/>
        <w:t>Поставивши недопиту каву, Тамара пішла до спальні і повернулася з елегантним японським транзисто-ром.</w:t>
      </w:r>
    </w:p>
    <w:p>
      <w:r>
        <w:br/>
        <w:t>— Ви любите музику, Віруньо?</w:t>
      </w:r>
    </w:p>
    <w:p>
      <w:r>
        <w:br/>
        <w:t>Гостя кивнула головою:</w:t>
      </w:r>
    </w:p>
    <w:p>
      <w:r>
        <w:br/>
        <w:t>— Люблю. А як заспіває Черкаський хор…</w:t>
      </w:r>
    </w:p>
    <w:p>
      <w:r>
        <w:br/>
        <w:t>Тамара ввімкнула приймач, прокрутила тумблер, шукаючи музику.</w:t>
      </w:r>
    </w:p>
    <w:p>
      <w:r>
        <w:br/>
        <w:t>Незабаром крізь шум і тріск просочилась ніжна мелодія — певне, скрипка і віолончель.</w:t>
      </w:r>
    </w:p>
    <w:p>
      <w:r>
        <w:br/>
        <w:t>— Подобається? — спитала Тамара, ставлячи транзистор на столик.</w:t>
      </w:r>
    </w:p>
    <w:p>
      <w:r>
        <w:br/>
        <w:t>— Чудово! — просяяла Віруня.</w:t>
      </w:r>
    </w:p>
    <w:p>
      <w:r>
        <w:br/>
        <w:t>Тамара підсунула транзистор ближче до неї, і звук помітно посилився. Через деякий час відсунула — му-зика почала стихати, знову поставила ближче — ніби замінила батареї. Сумніву не було: Віруня підсилює звук, та ще й як! "Біополе цієї жінки, — думала Тамара, поглядаючи на гостю, — має електромагнітні характеристи-ки. Треба буде запросити її до нашої лабораторії. Цікаве, дуже цікаве явище!"</w:t>
      </w:r>
    </w:p>
    <w:p>
      <w:r>
        <w:br/>
        <w:t>— Ой, засиділась я у вас! — Віра аж руками сплеснула. — Оце так. Мене ж люди ждуть!</w:t>
      </w:r>
    </w:p>
    <w:p>
      <w:r>
        <w:br/>
        <w:t>— Та встигнете, — почала заспокоювати Тамара. — Я не знаю, як і дякувати вам, Віруньо. — Вхопила сумку, що лежала на кріслі, вийняла купюру в двадцять п’ять карбованців і простягла ошелешеній жінці.</w:t>
      </w:r>
    </w:p>
    <w:p>
      <w:r>
        <w:br/>
        <w:t>— Та що ви? З якої речі? — вигукнула Віруня. — Хіба за те, що погрілася в теплій хаті та попила кави? Ні, ні, не візьму.</w:t>
      </w:r>
    </w:p>
    <w:p>
      <w:r>
        <w:br/>
        <w:t>Кузьма Пробус налив собі ще чашечку кави і, попиваючи, мовчки спостерігав цю трохи комічну сценку: одна тицяє гроші, а друга відштовхує її руку і задкує до дверей.</w:t>
      </w:r>
    </w:p>
    <w:p>
      <w:r>
        <w:br/>
        <w:t>— Бувайте здорові, — гукнула Віруня з порога. — І щоб більше не хворіли!</w:t>
      </w:r>
    </w:p>
    <w:p>
      <w:r>
        <w:br/>
        <w:t>— Постараюсь, — відповів Кузьма, сидячи біля столика. Нарешті клацнув замок, повернулась Тамара. — Ну, що — взяла? — спитав, доїдаючи кусень торта.</w:t>
      </w:r>
    </w:p>
    <w:p>
      <w:r>
        <w:br/>
        <w:t>— Ні, ось цей четвертак, — Тамара кинула купюру на столик.</w:t>
      </w:r>
    </w:p>
    <w:p>
      <w:r>
        <w:br/>
        <w:t>— В такому разі, хай буде мені, — криво усміхнувшись, Кузьма простяг руку і накрив папірця долонею. — Наївнячка, хто ж відмовляється від грошей?</w:t>
      </w:r>
    </w:p>
    <w:p>
      <w:r>
        <w:br/>
        <w:t>— Може, й наївнячка, — обізвалась Тамара, дивлячись, як чоловік ховає гроші до кишені, — але ж ти не чхаєш і, бачу, взагалі почуваєшся добре.</w:t>
      </w:r>
    </w:p>
    <w:p>
      <w:r>
        <w:br/>
        <w:t>— Що ж тут дивного? — знизав плечима Кузьма. — Я ж стільки ліків наковтався!</w:t>
      </w:r>
    </w:p>
    <w:p>
      <w:r>
        <w:br/>
        <w:t>— Ну, цього ти вже не кажи, — Тамара почала збирати посуд на тацю. — Якби не Віруня… У мене таке враження, що ця Віра-Віруня розносить… інфекцію здоров’я!</w:t>
      </w:r>
    </w:p>
    <w:p>
      <w:r>
        <w:br/>
        <w:t>— Оце сказала — ха-ха! Інфекція здоров’я!</w:t>
      </w:r>
    </w:p>
    <w:p>
      <w:r>
        <w:br/>
        <w:t>Тамара понесла тацю з посудом на кухню, а він усе ще сміявся, заглушуючи транзистор.</w:t>
      </w:r>
    </w:p>
    <w:p>
      <w:r>
        <w:br/>
        <w:t>III.</w:t>
      </w:r>
    </w:p>
    <w:p>
      <w:r>
        <w:br/>
        <w:t>У листопаді Київ облягли холодні тумани. Тополі ще не скинули зеленого вбрання, а з глибин темного неба падав мокрий сніг. Під ногами чвакало, пронизлива вологість пробиралась під легке Тамарине пальто. Жі-нка щулилась від холоду, раз у раз поправляла рожевий шарфик, бо здавалось, що він сповзає і оголює шию. Ну, та нічого, дома вона вже зігріється, цього вечора вони нікуди не підуть — куди по такій погоді? Кузьма по-дзвонив: затримається ненадовго, одержить гонорар та заскочить у гастроном. Говорив бадьоро, мабуть, добре заплатили — цікавий же матеріал про Віруню! Ти, сказав, поки прочитаєш статтю, я й повернуся. А що б його на вечерю?.. Про таку людину, як Віруня, і вона б написала. Рідкісна, виняткова, і Кузьму оздоровила… Так, саме це слово тут підходить — оздоровила. Бо яке лікування? Посиділа, усміхнулась…</w:t>
      </w:r>
    </w:p>
    <w:p>
      <w:r>
        <w:br/>
        <w:t>У квартирі було тепло, але Тамара, роздягнувшись, шарфика не скинула. Зайшовши до Кузьминої кімна-ти, одразу ж побачила на столі журнал. Нетерпляче вхопила цупку книжку, вмостилася з ногами в кріслі, поча-ла гортати, але прізвища свого Кузьми ніяк не могла знайти. Перебігла очима зміст, — Пробує не значився. Окинула поглядом заголовки і тоді натрапила — "Гримаси знахарства", її наче окропом ошпарило. Невже про Віру? Підписано: К.Любимов. Сховався за псевдонімом… Гримаси, значить… Віра — знахарка… Ну, ну… Любимов…</w:t>
      </w:r>
    </w:p>
    <w:p>
      <w:r>
        <w:br/>
        <w:t>Знайшла статтю, пробігла кілька рядків і одразу відчула, як паленіє від сорому обличчя. Обурення зава-жало читати, думки плуталися, і годі було їх приборкати; насуплювала брови, щоб зосередитись, і — не могла. Рука сіпнулася — пожбурити б геть те чтиво, але якась злостива цікавість не давала відірвати очей від чорних літер, що вигинались довгими рядками. Стогнала, наче від болю, прикушувала нижню губу, однак продовжува-ла читати. Оце так Любимов! Більше року, як побрались, а вона й не знала справжнього Кузьми… І як же так можна? Вочевидячки… Фанатизм навиворіт? Чи вульгарне виляння хвостом? А совість? Де ж його совість?</w:t>
      </w:r>
    </w:p>
    <w:p>
      <w:r>
        <w:br/>
        <w:t>Завжди така врівноважена і стримана, зараз Тамара кипіла. Ошукана! Окрадена! Схопилася з крісла, боса забігала по кімнаті, як пантера в клітці. Раптом погляд її зупинився на великому кольоровому фото, пришпиле-ному до простінка між вікнами. Сонячний спекотний день. Кримський пляж. Синьо-зелене море, вдалині — густий фіолет. Засмаглі тіла чоловіків, жінок, дітей. На передньому плані — вони з Кузьмою. На ньому чорні плавки з червоною каймою, вона в помаранчевому купальнику. На плечах у неї зблискують краплі води, руки в боки… Було, було! Минуло безповоротно…</w:t>
      </w:r>
    </w:p>
    <w:p>
      <w:r>
        <w:br/>
        <w:t>Шарпнула зі стіни той зафіксований на папері золотий день, — на килим полетіло біле ошмаття. Ще одне фото під склом — він приїхав до них на дачу, ще як залицявся. Зірвала і кинула на підлогу. Губи її тремтіли, вії кліпали, їй хотілося заплакати від люті, але сліз не було. Згадала Віру, її ласкаве обличчя і поступово вгамувалася. Зітхнувши, провела долонею по чолу і пішла до спальні. Картала себе за нервовий зрив. Ну хіба ж так можна? От Віра так би не повелася. Треба гасити в собі негативні емоції… Гасити… Це легко сказати… Ех, Пробус…</w:t>
      </w:r>
    </w:p>
    <w:p>
      <w:r>
        <w:br/>
        <w:t>Десь, може, через годину з’явився і він. Лунко клацнув замок, ще раз — уже зсередини, потім почулося шаркання черевиків об килимок. Тамара не виглянула, і завчена посмішка сповзла з його лиця.</w:t>
      </w:r>
    </w:p>
    <w:p>
      <w:r>
        <w:br/>
        <w:t>— Угадай, що я приніс! Де ти там?</w:t>
      </w:r>
    </w:p>
    <w:p>
      <w:r>
        <w:br/>
        <w:t>Тамара не озивалась, і він, поставивши на тумбочку великий кульок із зображенням олімпійського вед-медика, попрямував до спальні — світилось там.</w:t>
      </w:r>
    </w:p>
    <w:p>
      <w:r>
        <w:br/>
        <w:t>— А я сьогодні шампан…</w:t>
      </w:r>
    </w:p>
    <w:p>
      <w:r>
        <w:br/>
        <w:t>Не договорив, проковтнув кінець бравурної фрази, побачивши, який розгардіяш зробила тут Тамара. Шафа розчинена, сукні, светри й інші жіночі строї безладно розкидані на ліжку, кріслах і навіть на підлозі. Все це Тамара, сяк-так згорнувши, запихала в жовтий шкіряний чемодан.</w:t>
      </w:r>
    </w:p>
    <w:p>
      <w:r>
        <w:br/>
        <w:t>— Що сталося, Томо? — В роті йому враз пересохло, голос був глухий, немовби й не його. — Куди це ти збираєшся… так поспішливо?</w:t>
      </w:r>
    </w:p>
    <w:p>
      <w:r>
        <w:br/>
        <w:t>Мовчки обдивилась, чи не забула чого, закрила чемодан, взяла в руку, виважуючи, поставила біля дверей.</w:t>
      </w:r>
    </w:p>
    <w:p>
      <w:r>
        <w:br/>
        <w:t>Кузьми наче й не помічала, ніби його тут і не було,</w:t>
      </w:r>
    </w:p>
    <w:p>
      <w:r>
        <w:br/>
        <w:t>— Слухай, можеш ти мені нарешті…</w:t>
      </w:r>
    </w:p>
    <w:p>
      <w:r>
        <w:br/>
        <w:t>Випросталась, різким, незвичним жестом поправила розтріпане волосся. Очі блищали сухим блиском. "Яка вона зараз наелектризована і… красива!" — промайнуло в нього.</w:t>
      </w:r>
    </w:p>
    <w:p>
      <w:r>
        <w:br/>
        <w:t>— Поїду до Віри пробачатись.</w:t>
      </w:r>
    </w:p>
    <w:p>
      <w:r>
        <w:br/>
        <w:t>— Та ти що? Вона, певне, й не знатиме! Хіба там, у Воляках, читають наш журнал?</w:t>
      </w:r>
    </w:p>
    <w:p>
      <w:r>
        <w:br/>
        <w:t>— Зате я прочитала.</w:t>
      </w:r>
    </w:p>
    <w:p>
      <w:r>
        <w:br/>
        <w:t>— Ну й що там такого… Я тільки підкреслив антинауковість… Полемічна стаття.</w:t>
      </w:r>
    </w:p>
    <w:p>
      <w:r>
        <w:br/>
        <w:t>— Полемічна? Ганебний пасквіль!</w:t>
      </w:r>
    </w:p>
    <w:p>
      <w:r>
        <w:br/>
        <w:t>Тамара одягла пальто, взяла чемодан.</w:t>
      </w:r>
    </w:p>
    <w:p>
      <w:r>
        <w:br/>
        <w:t>— А коли ж ти… повернешся?</w:t>
      </w:r>
    </w:p>
    <w:p>
      <w:r>
        <w:br/>
        <w:t>— До Любимова? Ніколи!</w:t>
      </w:r>
    </w:p>
    <w:p>
      <w:r>
        <w:br/>
        <w:t>І в голосі, і в погляді її було стільки рішучості, що Кузьма отерп, відчув, що це не "сцена", не скороми-нуще шаленство примхливої жінки. Розкинув руки, став на коліна, бурмочучи якісь благання-виправдання.</w:t>
      </w:r>
    </w:p>
    <w:p>
      <w:r>
        <w:br/>
        <w:t>Тамара вийшла, хряснувши дверима.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Віра-Віруня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