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Випадок у лікарні</w:t>
      </w:r>
    </w:p>
    <w:p>
      <w:r>
        <w:br/>
        <w:t xml:space="preserve"> &lt;p&gt;Не терплю хропунів.</w:t>
      </w:r>
    </w:p>
    <w:p>
      <w:r>
        <w:br/>
        <w:t>Можуть же полікуватися! Можуть!</w:t>
      </w:r>
    </w:p>
    <w:p>
      <w:r>
        <w:br/>
        <w:t>Не лікуються, труять іншим життя.</w:t>
      </w:r>
    </w:p>
    <w:p>
      <w:r>
        <w:br/>
        <w:t>Мені підселили хропуна з хропунів.</w:t>
      </w:r>
    </w:p>
    <w:p>
      <w:r>
        <w:br/>
        <w:t>Мені, у якого сон наче в зайця!</w:t>
      </w:r>
    </w:p>
    <w:p>
      <w:r>
        <w:br/>
        <w:t>Рип — і я вже схопився.</w:t>
      </w:r>
    </w:p>
    <w:p>
      <w:r>
        <w:br/>
        <w:t>Трісь — і я вже на рівних.</w:t>
      </w:r>
    </w:p>
    <w:p>
      <w:r>
        <w:br/>
        <w:t>Що?! Де?! Вуха локаторами, і серце під горлом.</w:t>
      </w:r>
    </w:p>
    <w:p>
      <w:r>
        <w:br/>
        <w:t>А тут над самісіньким вухом божевільні рулади сусіда.</w:t>
      </w:r>
    </w:p>
    <w:p>
      <w:r>
        <w:br/>
        <w:t>Ніч терпів... Другу... Відчуваю, що збожеволію.</w:t>
      </w:r>
    </w:p>
    <w:p>
      <w:r>
        <w:br/>
        <w:t>Поскаржився черговому лікареві.</w:t>
      </w:r>
    </w:p>
    <w:p>
      <w:r>
        <w:br/>
        <w:t>— Терпіть, голубчику. Всі палати забиті.</w:t>
      </w:r>
    </w:p>
    <w:p>
      <w:r>
        <w:br/>
        <w:t>Терпіти?.. З глузду з'їхати?.. Не на такого напали! Потинявсь-потинявсь коридором, шукаючи, де б послатися, коли всі поснуть,— знайшов!</w:t>
      </w:r>
    </w:p>
    <w:p>
      <w:r>
        <w:br/>
        <w:t>Симпатичний закуток, де сиділа чергова сестра. Стіл, шафа, а навпроти — диван.</w:t>
      </w:r>
    </w:p>
    <w:p>
      <w:r>
        <w:br/>
        <w:t>Те, що треба!</w:t>
      </w:r>
    </w:p>
    <w:p>
      <w:r>
        <w:br/>
        <w:t>Зачекав до одинадцятої, коли вся лікарня провалилася в сон, зібрав постіль — і до закутка.</w:t>
      </w:r>
    </w:p>
    <w:p>
      <w:r>
        <w:br/>
        <w:t>Сестри ж уже немає, сестра десь куняє, зібгавшися калачиком...</w:t>
      </w:r>
    </w:p>
    <w:p>
      <w:r>
        <w:br/>
        <w:t>Добіг, а сестра на дивані. Вкрилася ковдрою, посапує солодко.</w:t>
      </w:r>
    </w:p>
    <w:p>
      <w:r>
        <w:br/>
        <w:t>Що маю робити? Таж біля дивана он місце! Примощуся, посплю до п'ятої (завжди прокидався о п'ятій) та потихеньку й змотаюсь.</w:t>
      </w:r>
    </w:p>
    <w:p>
      <w:r>
        <w:br/>
        <w:t>Послався, ліг і провалився у сон.</w:t>
      </w:r>
    </w:p>
    <w:p>
      <w:r>
        <w:br/>
        <w:t>І треба ж, щоб якась нечиста сила надумалась о четвертій подзвонити в лікарню.</w:t>
      </w:r>
    </w:p>
    <w:p>
      <w:r>
        <w:br/>
        <w:t>Сонна сестричка зірвалася та й стрибонула босими ногами мені на живіт.</w:t>
      </w:r>
    </w:p>
    <w:p>
      <w:r>
        <w:br/>
        <w:t>Я теж спросоння обома руками вчепився їй в ноги...</w:t>
      </w:r>
    </w:p>
    <w:p>
      <w:r>
        <w:br/>
        <w:t>Вам доводилось чути, як вищить збожеволіла пожежна машина?</w:t>
      </w:r>
    </w:p>
    <w:p>
      <w:r>
        <w:br/>
        <w:t>А мені довелося.</w:t>
      </w:r>
    </w:p>
    <w:p>
      <w:r>
        <w:br/>
        <w:t>Шибки вилітали. Стеля осипалася. Хворі в коридор вискакували.</w:t>
      </w:r>
    </w:p>
    <w:p>
      <w:r>
        <w:br/>
        <w:t>Одкачували сестричку до ранку.</w:t>
      </w:r>
    </w:p>
    <w:p>
      <w:r>
        <w:br/>
        <w:t>Розгніваний завідувач, коли йому доповіли, наказав:</w:t>
      </w:r>
    </w:p>
    <w:p>
      <w:r>
        <w:br/>
        <w:t>— Переселити у бокс! Бо він мені всіх сестер переґвалтує!</w:t>
      </w:r>
    </w:p>
    <w:p>
      <w:r>
        <w:br/>
        <w:t>Переселили. Пенал три на чотири. Вузеньке ліжко й рахітичний стілець. Лікар, сестра тільки боком заходять.</w:t>
      </w:r>
    </w:p>
    <w:p>
      <w:r>
        <w:br/>
        <w:t>Зате тиша вночі, як у могилі.</w:t>
      </w:r>
    </w:p>
    <w:p>
      <w:r>
        <w:br/>
        <w:t>Кр-р-расота!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Випадок у лікарні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