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Випадок на екваторі</w:t>
      </w:r>
    </w:p>
    <w:p>
      <w:r>
        <w:br/>
        <w:t xml:space="preserve"> &lt;p&gt;Кажуть, ніби такої спеки, як на екваторі, немає ніде. І того дня коли наше судно підходило до екватора, сонце пекло нестерпно. Палуба так розпеклася; що босоніж не ступиш. Зрідка долітав вітрець, але теплий і знесилений спекою.</w:t>
      </w:r>
    </w:p>
    <w:p>
      <w:r>
        <w:br/>
        <w:t>А в машинному відділі двигуни аж пашіли від натужної роботи і спека стояла ще більша.</w:t>
      </w:r>
    </w:p>
    <w:p>
      <w:r>
        <w:br/>
        <w:t>Мотористи зразу ж після вахти квапилися в басейн — на головну палубу.</w:t>
      </w:r>
    </w:p>
    <w:p>
      <w:r>
        <w:br/>
        <w:t>На судні було де і в волейбол пограти, і басейн тут був. Місця чимало — це велике судно, перевозили на ньому тисячі тон риби.</w:t>
      </w:r>
    </w:p>
    <w:p>
      <w:r>
        <w:br/>
        <w:t>Мій товариш по каюті Андрій Нікулін і собі взяв чистий одяг і подався до басейну. Та за мить він, схвильований, влетів у каюту Хлопець аж тремтів увесь.</w:t>
      </w:r>
    </w:p>
    <w:p>
      <w:r>
        <w:br/>
        <w:t>— В чім річ? — питаю занепокоєно.</w:t>
      </w:r>
    </w:p>
    <w:p>
      <w:r>
        <w:br/>
        <w:t>— Така спека, а їм дурниці в голові,— відсапуючись, промовив Андрій. Тільки я до води, як там щось об ногу кольнуло. Чи їжака морського вкинули, чи хтозна-що...</w:t>
      </w:r>
    </w:p>
    <w:p>
      <w:r>
        <w:br/>
        <w:t>Андрій розгублено дивився на мене, а я стримував усмішку.</w:t>
      </w:r>
    </w:p>
    <w:p>
      <w:r>
        <w:br/>
        <w:t>— Не віриш? Гайда на палубу, сам переконаєшся.</w:t>
      </w:r>
    </w:p>
    <w:p>
      <w:r>
        <w:br/>
        <w:t>Ми підійшли до басейну. Вода в ньому злегка брижилась. Почали придивлятися. Днище темного кольору, і годі вгледіти щось у воді. Довгенько ми додивлялись, аж поки запримітили, як заворушилась сіра пляма.</w:t>
      </w:r>
    </w:p>
    <w:p>
      <w:r>
        <w:br/>
        <w:t>— Є! — стиха промовив я і поманив рукою до себе Андрія.</w:t>
      </w:r>
    </w:p>
    <w:p>
      <w:r>
        <w:br/>
        <w:t>Але сіра пляма враз десь поділась, і почувся викрик товариша.</w:t>
      </w:r>
    </w:p>
    <w:p>
      <w:r>
        <w:br/>
        <w:t>Я відірвав погляд від води.</w:t>
      </w:r>
    </w:p>
    <w:p>
      <w:r>
        <w:br/>
        <w:t>Андрій відсахнувся вбік, а повз нього пролетіла риба, але не зовсім звичайна: з вузькими крилами. Одлетівши кілька метрів від басейну, вона впала на палубу — замахала сірими крильми, але злетіти вже не змогла.</w:t>
      </w:r>
    </w:p>
    <w:p>
      <w:r>
        <w:br/>
        <w:t>Нагодився боцман. Він почув наші стривожені голоси на палубі.</w:t>
      </w:r>
    </w:p>
    <w:p>
      <w:r>
        <w:br/>
        <w:t>— Що сталося? — запитав, прискіпливо вдивляючись у наші обличчя.</w:t>
      </w:r>
    </w:p>
    <w:p>
      <w:r>
        <w:br/>
        <w:t>— Дивіться,— кивнув Андрій.</w:t>
      </w:r>
    </w:p>
    <w:p>
      <w:r>
        <w:br/>
        <w:t>Боцман озирнувся:</w:t>
      </w:r>
    </w:p>
    <w:p>
      <w:r>
        <w:br/>
        <w:t>— Нема нічого дивного,— усміхнувся він.— Ви ж на екваторі... Це летюча риба. Ось побачите, тут їх цілі зграйки над водою.</w:t>
      </w:r>
    </w:p>
    <w:p>
      <w:r>
        <w:br/>
        <w:t>— А в басейн як вона потрапила? — питаю я.</w:t>
      </w:r>
    </w:p>
    <w:p>
      <w:r>
        <w:br/>
        <w:t>Боцман відповів:</w:t>
      </w:r>
    </w:p>
    <w:p>
      <w:r>
        <w:br/>
        <w:t>— Пролетіти вона може метрів тридцять, а то й більше. Відпочине на воді і знову летить. Часом злітає високо, навіть на палубі корабля може опинитися, як сьогодні ось.</w:t>
      </w:r>
    </w:p>
    <w:p>
      <w:r>
        <w:br/>
        <w:t>Боцман взяв рибку і опустив її за борт. Вона легко, ніби планер, опустилась на воду. Пронеслась по тому місцю хвиля, що її збурунило наше судно, і наша гостя зникла з очей.</w:t>
      </w:r>
    </w:p>
    <w:p>
      <w:r>
        <w:br/>
        <w:t>Діти з океанського берега</w:t>
      </w:r>
    </w:p>
    <w:p>
      <w:r>
        <w:br/>
        <w:t>Із нашим штурманом Артемчуком сталося лихо. Він зірвався з крутого схилу сопки, упав, поранив і вивихнув ногу.</w:t>
      </w:r>
    </w:p>
    <w:p>
      <w:r>
        <w:br/>
        <w:t>Години чотири тому ми вийшли удвох із порту в ліс по дикий виноград і кедрові горіхи. Тайгою через сопки нам тепер годі було й думати повертатися до свого судна.</w:t>
      </w:r>
    </w:p>
    <w:p>
      <w:r>
        <w:br/>
        <w:t>В обох була таємна сподіванка: може, десь тут є селище? Хтозна...</w:t>
      </w:r>
    </w:p>
    <w:p>
      <w:r>
        <w:br/>
        <w:t>— А-го-го-о-ов,— загукав я щосили.— Люди, відгукніться!</w:t>
      </w:r>
    </w:p>
    <w:p>
      <w:r>
        <w:br/>
        <w:t>Тільки тайга луною озвалася на мої слова, і знову все довкола затихло.</w:t>
      </w:r>
    </w:p>
    <w:p>
      <w:r>
        <w:br/>
        <w:t>— Зачекай, я зараз,— метнувся я на вершину сопки. Та й звідси було видно лише ліс і ліс.</w:t>
      </w:r>
    </w:p>
    <w:p>
      <w:r>
        <w:br/>
        <w:t>— А-го-го-о-ов,— гукав я знову і знову.</w:t>
      </w:r>
    </w:p>
    <w:p>
      <w:r>
        <w:br/>
        <w:t>"...О-о-ов..." — відлунювало вдалині.</w:t>
      </w:r>
    </w:p>
    <w:p>
      <w:r>
        <w:br/>
        <w:t>Назад я повернувся пригнічений. Штурман невесело всміхнувся.</w:t>
      </w:r>
    </w:p>
    <w:p>
      <w:r>
        <w:br/>
        <w:t>— Ну, не журись,— втішав він мене.— Відпочинемо трохи, переболить, і на трьох ногах вийдемо звідси.</w:t>
      </w:r>
    </w:p>
    <w:p>
      <w:r>
        <w:br/>
        <w:t>Я намірився сісти поруч, коли це щось затріщало поблизу. Я нашорошився. Неспокій опанував мене. "Ще бракувало нам тут зустрічі з ведмедем або тигром",— майнула тривожна думка. У тайзі ж ці звірі не дивина. А тріск усе наближався.</w:t>
      </w:r>
    </w:p>
    <w:p>
      <w:r>
        <w:br/>
        <w:t>Коли враз гілля заворушилося, і тут із лісової хащі виринула чубата голівка смаглявого, років дев'яти, хлопчини. Ну й чуб — аж до брів.</w:t>
      </w:r>
    </w:p>
    <w:p>
      <w:r>
        <w:br/>
        <w:t>— Ц-с-с-с... — поважно приклав він палець до вуст. — Людина спить.— І, загадково поманивши до себе рукою, зник.</w:t>
      </w:r>
    </w:p>
    <w:p>
      <w:r>
        <w:br/>
        <w:t>Ніби рятівний круг, була для нас ця несподівана поява хлопця. Я обережно повів Артемчука в гущавину. А хлопець так майнув, що лише тремтливі гілочки були нам за дороговказ.</w:t>
      </w:r>
    </w:p>
    <w:p>
      <w:r>
        <w:br/>
        <w:t>Коли ж ми нарешті вийшли на галявину, хлопець по-дорослому запросив нас сісти і швидко взявся підкидати хмиз у пригасле вогнище, посеред якого стояло відро з водою. Аж тепер я почув сильний шум. Ніби вітер ганяв у верховітті дерев. Але ж погода була напрочуд тиха. Дубки, модрини, клени довкола лише стиха погойдувались.</w:t>
      </w:r>
    </w:p>
    <w:p>
      <w:r>
        <w:br/>
        <w:t>Осторонь я побачив чималий рівчак, звівся й пішов до нього. Тепер усе збагнув: там, серед каміння, вирувала вода. Вона мчала так шалено, аж каміння дрижало та гуркотіло. Наче від кипіння все клекотіло. Біла піна та бризки злітали високо вгору.</w:t>
      </w:r>
    </w:p>
    <w:p>
      <w:r>
        <w:br/>
        <w:t>Я озирнувся навкруги: де ж та людина, якої малий попросив не будити. Швидко глянувши на мене, хлопчина відхилив кущ калини, і тут я побачив на брезенті маленьку, ще меншу за нього дівчинку. Вона калачиком згорнулась і спала.</w:t>
      </w:r>
    </w:p>
    <w:p>
      <w:r>
        <w:br/>
        <w:t>— Це Люська,— пояснив хлопчина.— Малишня-комашня — і, махнувши зверхньо на дівчинку рукою, розважливо додав: — Їй ще тільки шість років. її батьки з моїми шукають корисні копалини в тайзі.</w:t>
      </w:r>
    </w:p>
    <w:p>
      <w:r>
        <w:br/>
        <w:t>— А тебе ж як звати,— питаю.</w:t>
      </w:r>
    </w:p>
    <w:p>
      <w:r>
        <w:br/>
        <w:t>— Леонід Леонідович.</w:t>
      </w:r>
    </w:p>
    <w:p>
      <w:r>
        <w:br/>
        <w:t>— Он як,— весело здивувався я.</w:t>
      </w:r>
    </w:p>
    <w:p>
      <w:r>
        <w:br/>
        <w:t>— Усі мене так називають,— пояснив малий.— І мама, і тато, і їхні товариші — геологи...— І, помовчавши, додав: — Маму мою звати Леоніда Василівна, тата — Леонід Петрович. А мене от Леонідом Леонідовичем. Щоб ніхто не плутав із батьками.</w:t>
      </w:r>
    </w:p>
    <w:p>
      <w:r>
        <w:br/>
        <w:t>— От що, Леоніде Леонідовичу,— кажу йому,— у мого товариша вивихнута нога. І поранена. Чи нема тут у вас десь фельдшера?</w:t>
      </w:r>
    </w:p>
    <w:p>
      <w:r>
        <w:br/>
        <w:t>— На геологорозвідувальній станції,— сказав хлопець,— а тут фельдшера немає. А ми тут недалеко живемо,— і він махнув рукою вбік.</w:t>
      </w:r>
    </w:p>
    <w:p>
      <w:r>
        <w:br/>
        <w:t>Там за деревами ледь виднілися дахи трьох будинків.</w:t>
      </w:r>
    </w:p>
    <w:p>
      <w:r>
        <w:br/>
        <w:t>— А як же нам дістатись до геологорозвідувальної станції? — питаю.</w:t>
      </w:r>
    </w:p>
    <w:p>
      <w:r>
        <w:br/>
        <w:t>— А в мене є розкладний брезентовий човен. Он Люська на ньому спить. Невеликий. На одну людину. Та ми якось і вдвох із вашим товаришем помістимось,— запевнив малий.</w:t>
      </w:r>
    </w:p>
    <w:p>
      <w:r>
        <w:br/>
        <w:t>Я вражено дивився на хлоп'я: ну й ну. Як же це, цікаво, збирався він пливти човном цією зміненою річкою, де й води нема, а саме каміння.</w:t>
      </w:r>
    </w:p>
    <w:p>
      <w:r>
        <w:br/>
        <w:t>Хлопчина помітив моє здивування.</w:t>
      </w:r>
    </w:p>
    <w:p>
      <w:r>
        <w:br/>
        <w:t>— Скоро в океані почнеться приплив,— озвався він швидко.— Вода в річці почне підійматися. І не така швидка стане, як зараз, побачите.</w:t>
      </w:r>
    </w:p>
    <w:p>
      <w:r>
        <w:br/>
        <w:t>І вже весело хлопчик позирнув на мене:</w:t>
      </w:r>
    </w:p>
    <w:p>
      <w:r>
        <w:br/>
        <w:t>— Веслом тоді зовсім не горнеш, а тільки упираєшся собі ним у дно та тримаєш човна по руслу. Я вже не раз випливав цією річкою аж до Тихого океану. А на березі потім собі висушу човна і тайгою принесу додому. Там є стежка. Люська мене часто просила взяти з собою, та я їй сказав: навчися спершу плавати. А нехай човен перекинеться? То мала й на мілині може з переляку захлинутися. Он там,— хлопець кивнув у бік невеличкого світлого озерця,— екзамен із плавання складала. Навчив я таки її триматися на воді. Сьогодні вже збирався повезти до Тихого океану. Та нічого, тепер іншим разом повезу.</w:t>
      </w:r>
    </w:p>
    <w:p>
      <w:r>
        <w:br/>
        <w:t>Вогнище вже пригасло, і хлопчина заходився підкидати в нього хмиз.</w:t>
      </w:r>
    </w:p>
    <w:p>
      <w:r>
        <w:br/>
        <w:t>— Пити хочу,— стиха озвався штурман, і я мерщій схопився на ноги. Та хлопець випередив мене — метнувся до річки і приніс баночку води.</w:t>
      </w:r>
    </w:p>
    <w:p>
      <w:r>
        <w:br/>
        <w:t>— А її ж можна пити? — засумнівався я.</w:t>
      </w:r>
    </w:p>
    <w:p>
      <w:r>
        <w:br/>
        <w:t>— Авжеж, — нахмурився хлопчик. — Це ж гірська вода. Вона і холодна, і смачна. Ми й варимо все з нею. Ця річка тече — бачите? — з оцієї гори. Онде та гора видніється. Там і влітку лежить сніг. Тане, тане і ніяк не може до зими розтанути. А взимку гора знову запасається снігом на цілий рік.</w:t>
      </w:r>
    </w:p>
    <w:p>
      <w:r>
        <w:br/>
        <w:t>Штурман подякував хлопчині за воду, спрагло напився, а решту вихлюпнув собі на груди.</w:t>
      </w:r>
    </w:p>
    <w:p>
      <w:r>
        <w:br/>
        <w:t>— Болить нога? — схилився до нього хлопець.</w:t>
      </w:r>
    </w:p>
    <w:p>
      <w:r>
        <w:br/>
        <w:t>Штурман мовчав.</w:t>
      </w:r>
    </w:p>
    <w:p>
      <w:r>
        <w:br/>
        <w:t>— Може, ліків принести?</w:t>
      </w:r>
    </w:p>
    <w:p>
      <w:r>
        <w:br/>
        <w:t>І, не чекаючи на відповідь, майнув у ліс.</w:t>
      </w:r>
    </w:p>
    <w:p>
      <w:r>
        <w:br/>
        <w:t>Ми думали, що хлопець удома візьме йод чи щось там інше, а він, виявляється, побіг у тайгові хащі.</w:t>
      </w:r>
    </w:p>
    <w:p>
      <w:r>
        <w:br/>
        <w:t>Довго чекати його не довелося. Повернувсь із дрібним якимось листячком у жмені й тут же пояснив:</w:t>
      </w:r>
    </w:p>
    <w:p>
      <w:r>
        <w:br/>
        <w:t>— Це астрагал. У нас у тайзі росте така рослина. З його кореня роблять ліки, а листочки кладуть до ран.</w:t>
      </w:r>
    </w:p>
    <w:p>
      <w:r>
        <w:br/>
        <w:t>Я взявся перев'язувати товаришеві ногу, а Леонід Леонідович порався біля вогнища.</w:t>
      </w:r>
    </w:p>
    <w:p>
      <w:r>
        <w:br/>
        <w:t>— Гляньте,— радо підхопився хлопчик,— вже вода починає підійматись. От і попливемо,— і хлопчина підбадьорливо моргнув бровою штурманові.</w:t>
      </w:r>
    </w:p>
    <w:p>
      <w:r>
        <w:br/>
        <w:t>Я вирішив пересвідчитися. Справді, гострозубих камінців уже не видно було з води. Гомінкий потік угамувався.</w:t>
      </w:r>
    </w:p>
    <w:p>
      <w:r>
        <w:br/>
        <w:t>Побачивши, що Люська прокинулася, хлопчик звелів їй:</w:t>
      </w:r>
    </w:p>
    <w:p>
      <w:r>
        <w:br/>
        <w:t>— Дивись за вогнищем. Вода скоро закипить. А я йду по рибу на юшку.</w:t>
      </w:r>
    </w:p>
    <w:p>
      <w:r>
        <w:br/>
        <w:t>Я гадав, що коли вже хлопець надумав варити юшку, то риба б уже мала бути десь тут. Ба ні! Він аж тепер витяг із кишені волосінь і почав її розмотувати.</w:t>
      </w:r>
    </w:p>
    <w:p>
      <w:r>
        <w:br/>
        <w:t>А що вже спостерігати, як хлопець ловить рибу,— то це була велика втіха. Вода вражала своєю незвичайною прозорістю, і дуже добре було видно, як хлопчик просто підносив гачок із принадою рибі-гольяні. Рибина, обнюхавши дар, хапала його і вмить опинялася на гачку,</w:t>
      </w:r>
    </w:p>
    <w:p>
      <w:r>
        <w:br/>
        <w:t>Я ходив слідом за хлопцем уздовж берега, і ми стиха вели таку розмову:</w:t>
      </w:r>
    </w:p>
    <w:p>
      <w:r>
        <w:br/>
        <w:t>— Ви хто такі будете? — спитав хлопчик.</w:t>
      </w:r>
    </w:p>
    <w:p>
      <w:r>
        <w:br/>
        <w:t>— Рибалки.</w:t>
      </w:r>
    </w:p>
    <w:p>
      <w:r>
        <w:br/>
        <w:t>— З бухти Голубої?</w:t>
      </w:r>
    </w:p>
    <w:p>
      <w:r>
        <w:br/>
        <w:t>— Так.</w:t>
      </w:r>
    </w:p>
    <w:p>
      <w:r>
        <w:br/>
        <w:t>— З якого траулера?</w:t>
      </w:r>
    </w:p>
    <w:p>
      <w:r>
        <w:br/>
        <w:t>— А ти хіба знаєш назви траулерів?</w:t>
      </w:r>
    </w:p>
    <w:p>
      <w:r>
        <w:br/>
        <w:t>— Я в бухті Голубій вчуся в школі-інтернаті. Там вчаться діти з усього океанського берега,— пояснив він,</w:t>
      </w:r>
    </w:p>
    <w:p>
      <w:r>
        <w:br/>
        <w:t>— Ми з плавбази,— кажу я.</w:t>
      </w:r>
    </w:p>
    <w:p>
      <w:r>
        <w:br/>
        <w:t>— З "Дунаю"?</w:t>
      </w:r>
    </w:p>
    <w:p>
      <w:r>
        <w:br/>
        <w:t>— З "Дунаю",— кажу.</w:t>
      </w:r>
    </w:p>
    <w:p>
      <w:r>
        <w:br/>
        <w:t>— Знаю таку. Одна вона в Голубій бухті. Ваш капітан сказав. Ми всім класом були у вас на екскурсії.</w:t>
      </w:r>
    </w:p>
    <w:p>
      <w:r>
        <w:br/>
        <w:t>Хлопчик якийсь час помовчав, а потім вимовив одним подихом:</w:t>
      </w:r>
    </w:p>
    <w:p>
      <w:r>
        <w:br/>
        <w:t>— А ми з Люською — геологи.</w:t>
      </w:r>
    </w:p>
    <w:p>
      <w:r>
        <w:br/>
        <w:t>Ці слова були сказані без хизування. Навпаки, хлопчик силкувався приховати, як побоюється він насміхання.</w:t>
      </w:r>
    </w:p>
    <w:p>
      <w:r>
        <w:br/>
        <w:t>— Скучаєш за татом і мамою?</w:t>
      </w:r>
    </w:p>
    <w:p>
      <w:r>
        <w:br/>
        <w:t>— Ні...</w:t>
      </w:r>
    </w:p>
    <w:p>
      <w:r>
        <w:br/>
        <w:t>— А це чому? — здивувався я.</w:t>
      </w:r>
    </w:p>
    <w:p>
      <w:r>
        <w:br/>
        <w:t>Хлопець звірився:</w:t>
      </w:r>
    </w:p>
    <w:p>
      <w:r>
        <w:br/>
        <w:t>— Вони тепер щовечора приходять додому. А як, буває, лишаються на кілька днів, тоді скучаю. Тільки про це ніхто не знає, навіть Люська. А то ще насміхатися буде, малишня-комашня.</w:t>
      </w:r>
    </w:p>
    <w:p>
      <w:r>
        <w:br/>
        <w:t>— Вода кипить,— з'явилася на березі Люська.</w:t>
      </w:r>
    </w:p>
    <w:p>
      <w:r>
        <w:br/>
        <w:t>Аж тепер я звернув увагу на прозору торбину з водою. Там було повно риби.</w:t>
      </w:r>
    </w:p>
    <w:p>
      <w:r>
        <w:br/>
        <w:t>Юшка вийшла смачна. Штурман сказав це дітям. Вони весело всміхалися.</w:t>
      </w:r>
    </w:p>
    <w:p>
      <w:r>
        <w:br/>
        <w:t>Хлопчина сказав дуже просто:</w:t>
      </w:r>
    </w:p>
    <w:p>
      <w:r>
        <w:br/>
        <w:t>— Ми щодня для всіх варимо. Поприходять геологи з роботи, поки вмиються в річці, а ми з Люською вже й юшки наварили.</w:t>
      </w:r>
    </w:p>
    <w:p>
      <w:r>
        <w:br/>
        <w:t>Тим часом потік вже зовсім поглинув каміння. Вже човен і поплив би.</w:t>
      </w:r>
    </w:p>
    <w:p>
      <w:r>
        <w:br/>
        <w:t>Хлопець раз у раз поглядав на воду, але мовчав.</w:t>
      </w:r>
    </w:p>
    <w:p>
      <w:r>
        <w:br/>
        <w:t>— Будемо збиратися,— сказав він нарешті. І пояснив: — Можна б і трошки раніше було вирушити, але ж течія ще сильна йшла. Хворого ж везтиму.</w:t>
      </w:r>
    </w:p>
    <w:p>
      <w:r>
        <w:br/>
        <w:t>Я допоміг хлопцеві скласти човна, і ми з ним обережно допомогли штурманові сісти. Тепер гайда. Хлопчина стояв попереду і вправно веслував за течією.</w:t>
      </w:r>
    </w:p>
    <w:p>
      <w:r>
        <w:br/>
        <w:t>Човен незабаром зник із очей. А ми з Люською пішли стежкою понад річкою.</w:t>
      </w:r>
    </w:p>
    <w:p>
      <w:r>
        <w:br/>
        <w:t>Нарешті я побачив перед собою незнайоме поселення і на березі хлопчину,— човна свого на той час він встиг уже розкласти і сушив тут же.</w:t>
      </w:r>
    </w:p>
    <w:p>
      <w:r>
        <w:br/>
        <w:t>Хлопчик відразу ж пояснив:</w:t>
      </w:r>
    </w:p>
    <w:p>
      <w:r>
        <w:br/>
        <w:t>— Ваш товариш уже в медпункті. Його підвезли, я попросив шофера з радгоспу...</w:t>
      </w:r>
    </w:p>
    <w:p>
      <w:r>
        <w:br/>
        <w:t>І несподівано всміхнувся:</w:t>
      </w:r>
    </w:p>
    <w:p>
      <w:r>
        <w:br/>
        <w:t>— Бідкається ваш товариш. Завтра, каже, в море виходити... А фельдшер жартує,— чого ж ви тоді сюди прийшли: якщо можете бігти в порт, то біжіть і зараз!</w:t>
      </w:r>
    </w:p>
    <w:p>
      <w:r>
        <w:br/>
        <w:t>— Спасибі тобі, Леоніде Леонідовичу! До зустрічі, хлопче, через півроку в бухті Голубій. Приходь зустрічати з рейсу.</w:t>
      </w:r>
    </w:p>
    <w:p>
      <w:r>
        <w:br/>
        <w:t>Тоді ми й розлучилися. Я пішов до медпункту, а хлопчина згорнув брезентового човна і почимчикував з Люською додому.</w:t>
      </w:r>
    </w:p>
    <w:p>
      <w:r>
        <w:br/>
        <w:t>Штурмана до вечора лікували в медпункті, а вже смерком ми повернулися на попутній машині в бухту Голубу.</w:t>
      </w:r>
    </w:p>
    <w:p>
      <w:r>
        <w:br/>
        <w:t>А другого дня почався в нас промисловий рейс. "Дунай" відчалив і йшов попід скелястими берегами. Рибалки стояли на палубі і роздивлялися вже знайомі нам краєвиди. Рвучкий вітер з океану стругав верхівки хвиль. Прощай, рідна радянська земле! Не скоро ми тебе побачимо.</w:t>
      </w:r>
    </w:p>
    <w:p>
      <w:r>
        <w:br/>
        <w:t>Попереду на зеленавій сопці замаячіли дві сірі плямки. Капітан пройшовся біноклем по берегу і весело промовив:</w:t>
      </w:r>
    </w:p>
    <w:p>
      <w:r>
        <w:br/>
        <w:t>— Он якісь діти прощаються з нами!</w:t>
      </w:r>
    </w:p>
    <w:p>
      <w:r>
        <w:br/>
        <w:t>Здогад одразу полонив мене. Я попросив у капітана бінокль. Так і є!</w:t>
      </w:r>
    </w:p>
    <w:p>
      <w:r>
        <w:br/>
        <w:t>— Та це ж знаєте хто? — вигукнув я.— Це ж наш Леонід Леонідович із Люською.</w:t>
      </w:r>
    </w:p>
    <w:p>
      <w:r>
        <w:br/>
        <w:t>— Та який там іще Леонід Леонідович,— усміхнувся капітан.— Хлопчина якийсь із дівчинкою.</w:t>
      </w:r>
    </w:p>
    <w:p>
      <w:r>
        <w:br/>
        <w:t>— Так, так, товаришу капітан,— кажу я.— А називають цього хлопчину на березі Леонід Леонідович!</w:t>
      </w:r>
    </w:p>
    <w:p>
      <w:r>
        <w:br/>
        <w:t>І розповів про наші із штурманом Артемчуком учорашні пригоди.</w:t>
      </w:r>
    </w:p>
    <w:p>
      <w:r>
        <w:br/>
        <w:t>— Славні ростуть у нас діти,— задумливо промовив капітан.— А як же вони тепер доберуться додому? Проти течії із веслом не попливеш.</w:t>
      </w:r>
    </w:p>
    <w:p>
      <w:r>
        <w:br/>
        <w:t>— Пішки,— пояснив я.</w:t>
      </w:r>
    </w:p>
    <w:p>
      <w:r>
        <w:br/>
        <w:t>— Довгенько ж доведеться їм іти,— спохмурнів капітан, а потім голосно дав команду: — Стоп машина!</w:t>
      </w:r>
    </w:p>
    <w:p>
      <w:r>
        <w:br/>
        <w:t>— Єсть стоп машина! — почулось із штурманської рубки.</w:t>
      </w:r>
    </w:p>
    <w:p>
      <w:r>
        <w:br/>
        <w:t>За хвилину судно стишувало хід, перемагаючи піняві хвилі.</w:t>
      </w:r>
    </w:p>
    <w:p>
      <w:r>
        <w:br/>
        <w:t>І ось уже спущено на воду моторну шлюпку, щоб відвезти дітей річкою додому.</w:t>
      </w:r>
    </w:p>
    <w:p>
      <w:r>
        <w:br/>
        <w:t>Наш Леонід Леонідович із Люською, певно, здогадалися, що це по них пливе шлюпка, і побігли назустріч із сопки. Рибалка забрав дітей з їхнім човном до себе. Весело завурчав двигун, і шлюпка пішла проти течії. Люська сиділа скраю і міцно трималася обома руками за борт, а хлопець стояв посередині і махав веслом на прощання.</w:t>
      </w:r>
    </w:p>
    <w:p>
      <w:r>
        <w:br/>
        <w:t>Штурман Артемчук, накульгуючи, зайшов до рубки і натис кнопку гудка. Далеко над морем полетіло басовите гудіння. Нам так хотілося, щоб, почувши його, на шлюпці здогадалися про наше прощальне побажання.</w:t>
      </w:r>
    </w:p>
    <w:p>
      <w:r>
        <w:br/>
        <w:t>— Щастя у житті вам, Люсько і Леоніде Леонідовичу!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Випадок на екваторі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