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Віно</w:t>
      </w:r>
    </w:p>
    <w:p>
      <w:r>
        <w:br/>
        <w:t xml:space="preserve"> У кованій скрині&lt;br /&gt;</w:t>
        <w:br/>
        <w:t>Заховано-скрито&lt;br /&gt;</w:t>
        <w:br/>
        <w:t>Ще прабабусями&lt;br /&gt;</w:t>
        <w:br/>
        <w:t>Для мене.&lt;br /&gt;</w:t>
        <w:br/>
        <w:t>Роки повили,&lt;br /&gt;</w:t>
        <w:br/>
        <w:t>Вітри побили,&lt;br /&gt;</w:t>
        <w:br/>
        <w:t>Сніги покрили&lt;br /&gt;</w:t>
        <w:br/>
        <w:t>Віко дублене.&lt;br /&gt;</w:t>
        <w:br/>
        <w:t>Нене,&lt;br /&gt;</w:t>
        <w:br/>
        <w:t>Я йшла крізь ночі,&lt;br /&gt;</w:t>
        <w:br/>
        <w:t>Крізь жаху очі,&lt;br /&gt;</w:t>
        <w:br/>
        <w:t>По тернах-болях,&lt;br /&gt;</w:t>
        <w:br/>
        <w:t>Крізь лід і млості,&lt;br /&gt;</w:t>
        <w:br/>
        <w:t>Несла тертілу*.</w:t>
      </w:r>
    </w:p>
    <w:p>
      <w:r>
        <w:br/>
        <w:t>І бігла, бігла —&lt;br /&gt;</w:t>
        <w:br/>
        <w:t>Не йшла поволі&lt;br /&gt;</w:t>
        <w:br/>
        <w:t>Крізь ватру білу&lt;br /&gt;</w:t>
        <w:br/>
        <w:t>До тої долі,&lt;br /&gt;</w:t>
        <w:br/>
        <w:t>Що у подолі&lt;br /&gt;</w:t>
        <w:br/>
        <w:t>Сизої хмари,—&lt;br /&gt;</w:t>
        <w:br/>
        <w:t>А що там в скрині,&lt;br /&gt;</w:t>
        <w:br/>
        <w:t>У тій святині,&lt;br /&gt;</w:t>
        <w:br/>
        <w:t>За ста дверима,&lt;br /&gt;</w:t>
        <w:br/>
        <w:t>За ста замками?..&lt;br /&gt;</w:t>
        <w:br/>
        <w:t>І ніч дурила,&lt;br /&gt;</w:t>
        <w:br/>
        <w:t>І слизнув камінь&lt;br /&gt;</w:t>
        <w:br/>
        <w:t>Попід ногами.&lt;br /&gt;</w:t>
        <w:br/>
        <w:t>Вже зорі стигнуть,&lt;br /&gt;</w:t>
        <w:br/>
        <w:t>Вже сови скиглять,&lt;br /&gt;</w:t>
        <w:br/>
        <w:t>Вже сиві сосни&lt;br /&gt;</w:t>
        <w:br/>
        <w:t>Вертати просять.</w:t>
      </w:r>
    </w:p>
    <w:p>
      <w:r>
        <w:br/>
        <w:t>Я в хащі бігла,&lt;br /&gt;</w:t>
        <w:br/>
        <w:t>У хату білу.&lt;br /&gt;</w:t>
        <w:br/>
        <w:t>За ста дверима,&lt;br /&gt;</w:t>
        <w:br/>
        <w:t>За ста замками&lt;br /&gt;</w:t>
        <w:br/>
        <w:t>Дубова скриня,&lt;br /&gt;</w:t>
        <w:br/>
        <w:t>Вкрита віками.&lt;br /&gt;</w:t>
        <w:br/>
        <w:t>В тій кованій скрині&lt;br /&gt;</w:t>
        <w:br/>
        <w:t>Заховано-скрито&lt;br /&gt;</w:t>
        <w:br/>
        <w:t>Три сиві зернини —&lt;br /&gt;</w:t>
        <w:br/>
        <w:t>Три часу злитки.&lt;br /&gt;</w:t>
        <w:br/>
        <w:t>І кожне —&lt;br /&gt;</w:t>
        <w:br/>
        <w:t>Перше,&lt;br /&gt;</w:t>
        <w:br/>
        <w:t>Важливе —&lt;br /&gt;</w:t>
        <w:br/>
        <w:t>Кожне.&lt;br /&gt;</w:t>
        <w:br/>
        <w:t>Руками зерен&lt;br /&gt;</w:t>
        <w:br/>
        <w:t>Рушати не можна.</w:t>
      </w:r>
    </w:p>
    <w:p>
      <w:r>
        <w:br/>
        <w:t>Сльоза то перша,&lt;br /&gt;</w:t>
        <w:br/>
        <w:t>Кохання перше,&lt;br /&gt;</w:t>
        <w:br/>
        <w:t>Ще й слово перше —&lt;br /&gt;</w:t>
        <w:br/>
        <w:t>Пташа завмерше…&lt;br /&gt;</w:t>
        <w:br/>
        <w:t>Упала падма —&lt;br /&gt;</w:t>
        <w:br/>
        <w:t>Лежу, конаю.&lt;br /&gt;</w:t>
        <w:br/>
        <w:t>Як тії скарби&lt;br /&gt;</w:t>
        <w:br/>
        <w:t>Дізнати маю?&lt;br /&gt;</w:t>
        <w:br/>
        <w:t>А серце встало&lt;br /&gt;</w:t>
        <w:br/>
        <w:t>І каже: знаю.&lt;br /&gt;</w:t>
        <w:br/>
        <w:t>Збери очима&lt;br /&gt;</w:t>
        <w:br/>
        <w:t>Сльозу дитинства,&lt;br /&gt;</w:t>
        <w:br/>
        <w:t>Торкнись кохання&lt;br /&gt;</w:t>
        <w:br/>
        <w:t>Чуттями чистими,&lt;br /&gt;</w:t>
        <w:br/>
        <w:t>А слово-пташку&lt;br /&gt;</w:t>
        <w:br/>
        <w:t>Зігрій устами,—&lt;br /&gt;</w:t>
        <w:br/>
        <w:t>Тоді ж і сонце&lt;br /&gt;</w:t>
        <w:br/>
        <w:t>Край ночі встане…</w:t>
      </w:r>
    </w:p>
    <w:p>
      <w:r>
        <w:br/>
        <w:t>Ой нене,нене,&lt;br /&gt;</w:t>
        <w:br/>
        <w:t>Яка дорога&lt;br /&gt;</w:t>
        <w:br/>
        <w:t>Від твого болю&lt;br /&gt;</w:t>
        <w:br/>
        <w:t>У світ розлогий…&lt;br /&gt;</w:t>
        <w:br/>
        <w:t>Від твого співу&lt;br /&gt;</w:t>
        <w:br/>
        <w:t>До того блуду,&lt;br /&gt;</w:t>
        <w:br/>
        <w:t>Де вже була я&lt;br /&gt;</w:t>
        <w:br/>
        <w:t>І де ще буду.&lt;br /&gt;</w:t>
        <w:br/>
        <w:t>Людина —&lt;br /&gt;</w:t>
        <w:br/>
        <w:t>Дивна,&lt;br /&gt;</w:t>
        <w:br/>
        <w:t>Знає й не вірить,&lt;br /&gt;</w:t>
        <w:br/>
        <w:t>Що в три етапи&lt;br /&gt;</w:t>
        <w:br/>
        <w:t>Самітність змірить.&lt;br /&gt;</w:t>
        <w:br/>
        <w:t>Всі вони перші,&lt;br /&gt;</w:t>
        <w:br/>
        <w:t>Всі неминучі,&lt;br /&gt;</w:t>
        <w:br/>
        <w:t>Як сіять,&lt;br /&gt;</w:t>
        <w:br/>
        <w:t>Як жати,&lt;br /&gt;</w:t>
        <w:br/>
        <w:t>Як поле орати:&lt;br /&gt;</w:t>
        <w:br/>
        <w:t>Кожен за себе,&lt;br /&gt;</w:t>
        <w:br/>
        <w:t>Сам кожен мусить&lt;br /&gt;</w:t>
        <w:br/>
        <w:t>родитись, кохати, вмирати.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