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Винагорода за збитки</w:t>
      </w:r>
    </w:p>
    <w:p>
      <w:r>
        <w:br/>
        <w:t xml:space="preserve"> &lt;p&gt;Старий селянин зупинився на ганку школи. Ще надворі він скинув капелюха і, щоб дати про себе знати, затупав ногами, ніби збиває з чобіт болото. Та де взятися болоту? Адже було сухо, стояло літо вповні, пора гарячої праці. Коли вже вчитель зробив старому селянинові таку честь, що в будень покликав його до школи, то старий хоче повестися так, як учили його батьки. А батьки вчили виявляти до панів шану.</w:t>
      </w:r>
    </w:p>
    <w:p>
      <w:r>
        <w:br/>
        <w:t>Старий ще раз потупотів ногами і прокашлявся: може, нарешті, почують його.</w:t>
      </w:r>
    </w:p>
    <w:p>
      <w:r>
        <w:br/>
        <w:t>Учитель уже чекав старого, вийшов йому назустріч.</w:t>
      </w:r>
    </w:p>
    <w:p>
      <w:r>
        <w:br/>
        <w:t>— Вітаю вас, дядьку Яноше! Заходьте далі, заходьте, заходьте!</w:t>
      </w:r>
    </w:p>
    <w:p>
      <w:r>
        <w:br/>
        <w:t>Учитель розмовляв з ним так, як личить розмовляти молодому вчителеві, що хоче догодити селянинові. Він хотів показати, який бажаний гість завітав до нього, і тому всміхався, увивався коло старого, що не заходив до школи, відколи полагодили будинок.</w:t>
      </w:r>
    </w:p>
    <w:p>
      <w:r>
        <w:br/>
        <w:t>— Красненько дякую, пане учителю,— відповів старий і з тривогою в серці, ніби тут чигало на нього щось неприємне, переступив поріг. Ніколи не знаєш, чого ті пани хочуть.</w:t>
      </w:r>
    </w:p>
    <w:p>
      <w:r>
        <w:br/>
        <w:t>Вчителева кімната така ж нова, як і весь шкільний будинок. Старий не дуже розглядався, але йому відразу не сподобалося, що в невеличкому селі побудували під школу такий величезний палац. Не до вподоби було йому і те, що в кімнаті такого хирлявого вчителя занадто панські меблі. Не так-то жилося за часів його молодості, коли школа була покрита очеретом, а вчитель був старий і жив дуже бідно.</w:t>
      </w:r>
    </w:p>
    <w:p>
      <w:r>
        <w:br/>
        <w:t>— Ну, дядьку Яноше, чи здогадуєтесь, для чого я вас покликав?</w:t>
      </w:r>
    </w:p>
    <w:p>
      <w:r>
        <w:br/>
        <w:t>— Скажете, пане вчителю, то знатиму,— обережно відповів старий.</w:t>
      </w:r>
    </w:p>
    <w:p>
      <w:r>
        <w:br/>
        <w:t>— Покликав я вас, дядьку Яноше, у дуже важливій справі.</w:t>
      </w:r>
    </w:p>
    <w:p>
      <w:r>
        <w:br/>
        <w:t>Сімдесятирічний дід уважно і незрушно дивився на вчителя. Йому не подобався солодкий вчителів тон. За його молодості пани не так розмовляли з селянином. Тоді до селянина озивалися такими словами: "Гей, ти!" Та ще: "Мовчати!.." Мабуть, щось нині ховається за отим медом...</w:t>
      </w:r>
    </w:p>
    <w:p>
      <w:r>
        <w:br/>
        <w:t>— Отже, дядьку Яноше, річ у тім, що я з вашого онука хочу зробити пана.</w:t>
      </w:r>
    </w:p>
    <w:p>
      <w:r>
        <w:br/>
        <w:t>На обличчі старого не ворухнувся жоден м'яз. Він чекав. Чекав, що з того вийде.</w:t>
      </w:r>
    </w:p>
    <w:p>
      <w:r>
        <w:br/>
        <w:t>— У вашого онука Яніка розумна голова... Уже шостий рік він — гордість нашої школи. Найкращий, найстаранніший, найспритніший учень. А я вже давно збираюся віддати якусь убогу дитину до вищої школи. До колегіуму. Знаєте, що таке колегіум? Куди панські діти ходять. Дорого коштує та школа, та я вже все влаштував: вашого онука приймуть і безкоштовно вчитимуть — дадуть йому освіту. З нього може вийти будь-хто. Піп, учитель, адвокат або суддя. Зрозуміли?</w:t>
      </w:r>
    </w:p>
    <w:p>
      <w:r>
        <w:br/>
        <w:t>— Чую ж, вельможний пане! — сказав старий задумавшись.</w:t>
      </w:r>
    </w:p>
    <w:p>
      <w:r>
        <w:br/>
        <w:t>— То що скажете? Віддасте його?</w:t>
      </w:r>
    </w:p>
    <w:p>
      <w:r>
        <w:br/>
        <w:t>Бодай би був учитель не питав цього, бо дід одразу догадався, що тут дещо й від нього залежить. Коли щось просять, то треба добре обмізкувати справу.</w:t>
      </w:r>
    </w:p>
    <w:p>
      <w:r>
        <w:br/>
        <w:t>— Щодо нього,—сказав старий, — то він — мій.</w:t>
      </w:r>
    </w:p>
    <w:p>
      <w:r>
        <w:br/>
        <w:t>— Правда, він — ваш.</w:t>
      </w:r>
    </w:p>
    <w:p>
      <w:r>
        <w:br/>
        <w:t>— Він мій, вельможний пане, бо його батько помер на хворобу, яку придбав на війні. То був мій син. Коли він помер, залишилося на мене троє дітей. А коли і невістка упокоїлася, то всі трійко дітей стали моїми. Я їх годую, я їх зодягаю, я сплачую за них штраф. Коли діти сидять дома, бо дуже далеко живемо і взимку без добрих чобіт годі добратися до школи, мене карають.</w:t>
      </w:r>
    </w:p>
    <w:p>
      <w:r>
        <w:br/>
        <w:t>— Ну гаразд, це не так уже й страшно. За Яніка вас ніколи не карали. Натомість на кожне різдво він діставав чоботи. Правда?</w:t>
      </w:r>
    </w:p>
    <w:p>
      <w:r>
        <w:br/>
        <w:t>Старий мовчав: пани хочуть позбавити його права на дитину.</w:t>
      </w:r>
    </w:p>
    <w:p>
      <w:r>
        <w:br/>
        <w:t>— Та цим ще не розрахувалися за нього,— відказав селянин.</w:t>
      </w:r>
    </w:p>
    <w:p>
      <w:r>
        <w:br/>
        <w:t>— Не будемо торгуватися,—сказав учитель.— Тепер таке щастя спіткало дитину, за яке ніколи не зможе віддячити. Запишемо вашого онука до колегіуму.</w:t>
      </w:r>
    </w:p>
    <w:p>
      <w:r>
        <w:br/>
        <w:t>— Та це ще не зовсім так,— мовив старий.</w:t>
      </w:r>
    </w:p>
    <w:p>
      <w:r>
        <w:br/>
        <w:t>— Чому?</w:t>
      </w:r>
    </w:p>
    <w:p>
      <w:r>
        <w:br/>
        <w:t>— Нема в нього путящого одягу.</w:t>
      </w:r>
    </w:p>
    <w:p>
      <w:r>
        <w:br/>
        <w:t>— Не біда,— сказав учитель.— Я так люблю вашого хлопчика, що ладний зібрати в сільської інтелігенції кошти на одяг і на дорожні витрати. Сам поїду з ним і все влаштую. Я щасливий, що можу віддати до колегіуму такого здібного хлопчика.</w:t>
      </w:r>
    </w:p>
    <w:p>
      <w:r>
        <w:br/>
        <w:t>— А чому ви, пане вчителю, хочете, щоб з нього був пан?</w:t>
      </w:r>
    </w:p>
    <w:p>
      <w:r>
        <w:br/>
        <w:t>— Бо здібний. Бог наділив його неабияким розумом. Така іскра не сміє погаснути. Ну! Що ж, домовилися?</w:t>
      </w:r>
    </w:p>
    <w:p>
      <w:r>
        <w:br/>
        <w:t>Старий мовчав.</w:t>
      </w:r>
    </w:p>
    <w:p>
      <w:r>
        <w:br/>
        <w:t>— Хлопець мій,— нарешті відказав серйозно.— Спритний дітвак. Уже маю з нього користь на господарстві. Він, треба сказати, до всього удатний. Уже править кіньми так, наче господар. Навесні вже орав. Перевертав плуг, що аж. А тепер уже не треба буде ходити до школи — може працювати.</w:t>
      </w:r>
    </w:p>
    <w:p>
      <w:r>
        <w:br/>
        <w:t>— Ким він хоче бути? — запально мовив молодий учитель.— Хіба ви не раді, що ваш онук стане паном?</w:t>
      </w:r>
    </w:p>
    <w:p>
      <w:r>
        <w:br/>
        <w:t>— Радий, вельможний пане. Але я хотів би знати, що я за те дістану?</w:t>
      </w:r>
    </w:p>
    <w:p>
      <w:r>
        <w:br/>
        <w:t>— Як це — дістанете?</w:t>
      </w:r>
    </w:p>
    <w:p>
      <w:r>
        <w:br/>
        <w:t>— Бо панам дуже поталанить з ним. Чудовий хлопчина. Бо коли віддам його, то таку славну дитину матимуть, що аж. Оддати таке старанне, працьовите, метке хлоп'я? То, повірте, не легка справа.</w:t>
      </w:r>
    </w:p>
    <w:p>
      <w:r>
        <w:br/>
        <w:t>— А як ви думаєте?</w:t>
      </w:r>
    </w:p>
    <w:p>
      <w:r>
        <w:br/>
        <w:t>— Бачите, пане, дитина моя. Від мене її ніхто не може забрати, навіть закон. Раз візьмуть її од мене тепер, коли вже користь дає, то що мені буде?</w:t>
      </w:r>
    </w:p>
    <w:p>
      <w:r>
        <w:br/>
        <w:t>Учитель здивовано слухав старого.</w:t>
      </w:r>
    </w:p>
    <w:p>
      <w:r>
        <w:br/>
        <w:t>— Бо дотепер не мав я з нього користі,— вів далі старий.— Він був малий, та й до школи мусив ходити. А тепер виріс, став такий, що серце плакатиме за ним, коли його візьмуть.</w:t>
      </w:r>
    </w:p>
    <w:p>
      <w:r>
        <w:br/>
        <w:t>— То що ви хочете?</w:t>
      </w:r>
    </w:p>
    <w:p>
      <w:r>
        <w:br/>
        <w:t>— Коли візьмуть його... за пана... Хто відшкодує мені збитки?</w:t>
      </w:r>
    </w:p>
    <w:p>
      <w:r>
        <w:br/>
        <w:t>І непохитно вірячи в свою правоту, старий спокійно дивився в обличчя вчителя — представника панів, що хочуть для своєї користі відібрати од нього його власне добро.</w:t>
      </w:r>
    </w:p>
    <w:p>
      <w:r>
        <w:br/>
        <w:t>— Даром, пане, я його не віддам. А заплатять мені за збитки, то я не проти.</w:t>
      </w:r>
    </w:p>
    <w:p>
      <w:r>
        <w:br/>
        <w:t>Старий скидався на варвара-работорговця, що продає дитину в неволю.</w:t>
      </w:r>
    </w:p>
    <w:p>
      <w:r>
        <w:br/>
        <w:t>— А що хочете дістати за нього?</w:t>
      </w:r>
    </w:p>
    <w:p>
      <w:r>
        <w:br/>
        <w:t>— Нехай вельможний пан чи інші пани дадуть мені замість нього іншого хлопця. За той час, поки мій онук навчатиметься, нехай би той хлопчина робив дома його роботу.</w:t>
      </w:r>
    </w:p>
    <w:p>
      <w:r>
        <w:br/>
        <w:t>— Так не можна, батечку,— учитель почав губити надію.</w:t>
      </w:r>
    </w:p>
    <w:p>
      <w:r>
        <w:br/>
        <w:t>— А інакше угоди не буде... Пани відбирають од нас гроші, нашу землю, навіть повітря, а тепер забаглося їм і наших найкращих дітей? Бо й для вас не годиться погане. І ви лише найкраще вибираєте. Отже, коли хочете примножити панів,— платіть.</w:t>
      </w:r>
    </w:p>
    <w:p>
      <w:r>
        <w:br/>
        <w:t>І вчитель не міг заперечити старому селянинові.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Винагорода за збитки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