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Вільйонелла</w:t>
      </w:r>
    </w:p>
    <w:p>
      <w:r>
        <w:br/>
        <w:t xml:space="preserve"> Скажи мені, які пісні&lt;br /&gt;</w:t>
        <w:br/>
        <w:t>Сирени-звабниці співали,&lt;br /&gt;</w:t>
        <w:br/>
        <w:t>Що греки кидали штурвали&lt;br /&gt;</w:t>
        <w:br/>
        <w:t>I потопали в нуртині?</w:t>
      </w:r>
    </w:p>
    <w:p>
      <w:r>
        <w:br/>
        <w:t>Ахілл, що, скрившися в коні,&lt;br /&gt;</w:t>
        <w:br/>
        <w:t>Узяв був Трою в оні дні,&lt;br /&gt;</w:t>
        <w:br/>
        <w:t>Був воїн, що й казать, бувалий.&lt;br /&gt;</w:t>
        <w:br/>
        <w:t>Але й героя чарували&lt;br /&gt;</w:t>
        <w:br/>
        <w:t>Ахейських дів пісні знадні.&lt;br /&gt;</w:t>
        <w:br/>
        <w:t>Скажи, Венеро, що за співи,&lt;br /&gt;</w:t>
        <w:br/>
        <w:t>I на які такі мотиви?</w:t>
      </w:r>
    </w:p>
    <w:p>
      <w:r>
        <w:br/>
        <w:t>Раз в агарянській стороні&lt;br /&gt;</w:t>
        <w:br/>
        <w:t>Такі співав невольник жалі,&lt;br /&gt;</w:t>
        <w:br/>
        <w:t>Що бусурмени без платні&lt;br /&gt;</w:t>
        <w:br/>
        <w:t>Його на місці розкували&lt;br /&gt;</w:t>
        <w:br/>
        <w:t>Й плачущій оддали рідні.</w:t>
      </w:r>
    </w:p>
    <w:p>
      <w:r>
        <w:br/>
        <w:t>I Пенелопа в ролі ткалі,&lt;br /&gt;</w:t>
        <w:br/>
        <w:t>I Навсікая десь на пралі,&lt;br /&gt;</w:t>
        <w:br/>
        <w:t>I Зевксіс при своїй мазні&lt;br /&gt;</w:t>
        <w:br/>
        <w:t>Водно співали тралі-валі!..&lt;br /&gt;</w:t>
        <w:br/>
        <w:t>А при вині пісні масні?</w:t>
      </w:r>
    </w:p>
    <w:p>
      <w:r>
        <w:br/>
        <w:t>А луни лун із дальних далей,&lt;br /&gt;</w:t>
        <w:br/>
        <w:t>А емігрантів тужний спів?&lt;br /&gt;</w:t>
        <w:br/>
        <w:t>Де приспіви старих часів,&lt;br /&gt;</w:t>
        <w:br/>
        <w:t>Що всюди вітер їх носив?&lt;br /&gt;</w:t>
        <w:br/>
        <w:t>Де чари білозубих дів,&lt;br /&gt;</w:t>
        <w:br/>
        <w:t>Яких за спів не покидали?&lt;br /&gt;</w:t>
        <w:br/>
        <w:t>А де мої пісні? Згадали...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Вільйонелла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