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Вихор у затишку</w:t>
      </w:r>
    </w:p>
    <w:p>
      <w:r>
        <w:br/>
        <w:t xml:space="preserve"> &lt;p&gt;ВИХОР У ЗАТИШКУ</w:t>
      </w:r>
    </w:p>
    <w:p>
      <w:r>
        <w:br/>
        <w:t>Ґуральня гордовито, як храм, піднесла димаря до хмар і з презирством дивиться на приплесканий до землі шкільний будинок. Так, певно, дивиться жирафа з височини своєї довгої шиї на приземну черепаху.</w:t>
      </w:r>
    </w:p>
    <w:p>
      <w:r>
        <w:br/>
        <w:t>Школа стара й ветха. Колись вона була робітничою казармою. А як не став пан держати постійних робітників, а старий казарме ний будинок був придатний хіба лише на дрова, заворушились у панській душі честолюбні наміри, здійснити які небагато коштувало.</w:t>
      </w:r>
    </w:p>
    <w:p>
      <w:r>
        <w:br/>
        <w:t>Одним словом, ціною двох сажнів трухлявих дров зажив пан слави діяча та благодійника освіти народної.</w:t>
      </w:r>
    </w:p>
    <w:p>
      <w:r>
        <w:br/>
        <w:t>З великою урочистістю будинок подаровано земству на школу. З цього приводу багато випито та з'їдено, а ще більше довелося земству витратитись на ремонт того будинку.</w:t>
      </w:r>
    </w:p>
    <w:p>
      <w:r>
        <w:br/>
        <w:t>З того часу, пишним стилем кажучи, темне царство Бахуса пронизав промінь освіти, але був він немічний та блідий, і ґуральня ні на крихту не збавила свого гонору.</w:t>
      </w:r>
    </w:p>
    <w:p>
      <w:r>
        <w:br/>
        <w:t>Навпаки, димар її зробився немов вищий, і коли раніш не сягав до хмар, то тепер, гордий з учинку свого пана, напевно, мішав дим з хмарами, приємно лоскочучи божі ніздрі алкогольними випарами.</w:t>
      </w:r>
    </w:p>
    <w:p>
      <w:r>
        <w:br/>
        <w:t>Хіба могла конкурувати в такому ділі школа, навіть висунувши рекордсменом Онуфрія Петровича Лопатку? Ні. Лопатка не поступився б перед ґуральнею алкогольними пахощами, але пахощі його були, так би мовити, призначені для земних сфер, а не для небесних.</w:t>
      </w:r>
    </w:p>
    <w:p>
      <w:r>
        <w:br/>
        <w:t>Лопатка був за вчителя в цій школі з самого її початку. Його сизий ніс на сто відсотків виправдував близьке сусідство з ґуральнею, а вдавлене чоло, що гарантувало оД жодних крамольних вимог, спричинило призначення Лопатки за вчителя в маєток. Доброчинність та богобояз-</w:t>
      </w:r>
    </w:p>
    <w:p>
      <w:r>
        <w:br/>
        <w:t>ність були основними рисами Лопатчиної вдачі до революції. Як же з початку революції ці риси стали не модні, а до того ж і випить не було чого, Лопатка цілими днями гриз свою жінку, довготелесу Агафію Павлівну, обтяжену численними нащадками од трьох місяців до п'ятнадцяти років віку включно.</w:t>
      </w:r>
    </w:p>
    <w:p>
      <w:r>
        <w:br/>
        <w:t>Коли од ґуральні пройти через панську садибу та столітній парк — дійдеш до села Корецького. Через це й ґуральня зветься Корецькою.</w:t>
      </w:r>
    </w:p>
    <w:p>
      <w:r>
        <w:br/>
        <w:t>Корецьке — глухе поліське село, в якому за сім років школу скінчило лише четверо хлопців.</w:t>
      </w:r>
    </w:p>
    <w:p>
      <w:r>
        <w:br/>
        <w:t>Солдати, зреволюціоновані на фронтах, повертаючи до Корецького, не могли сколихнути пасивності глухого поліського села. Вони, як гарматні набої в болоті, заглухали в нетрях трясовини.</w:t>
      </w:r>
    </w:p>
    <w:p>
      <w:r>
        <w:br/>
        <w:t>Ходячою алегорією села був дід Хведь, глухий і підсліпуватий, що, ^за старою звичкою, охороняв ґуральню й школу. За працю йому ніхто нічого от уже три роки не платив, але він вірив, що пан повернеться і заплатить йому одразу.</w:t>
      </w:r>
    </w:p>
    <w:p>
      <w:r>
        <w:br/>
        <w:t>Онуфрій Петрович жив з дідом Хведем у будиночку школи, а другий учитель, Йосип Іванович Петренко, мешкав в колишній панській конторі.</w:t>
      </w:r>
    </w:p>
    <w:p>
      <w:r>
        <w:br/>
        <w:t>Петренка вже з рік як прислали з центру, з народної управи чи з ревкому. Яка тоді була влада, в маєтку не пам'ятають.</w:t>
      </w:r>
    </w:p>
    <w:p>
      <w:r>
        <w:br/>
        <w:t>Оселився новий учитель у будинку на одшибі, цілими днями лежав і читав книжки з панської бібліотеки, які лишились не скурені якимсь щасливим випадком.</w:t>
      </w:r>
    </w:p>
    <w:p>
      <w:r>
        <w:br/>
        <w:t>Інколи Петренко ходив на село, інколи до нього приходили хлопці, і Лопатка відразу оцінив свого колегу, як особу босяцького штибу, з якою не варт товаришувати порядній людині.</w:t>
      </w:r>
    </w:p>
    <w:p>
      <w:r>
        <w:br/>
        <w:t>Цю думку про нового вчителя цілком поділяв колишній винокур Владислав Владиславович Шпон, людина огрядна, як сорокавідерна бочка, з перевернутим глечиком замість голови. У Шпона одна нога була на коло-Дянці і щоразу грузла в землю, як винокур реготом трубив своє засмальцьоване черево. А причин для реготу Шпон не дуже й шукав.</w:t>
      </w:r>
    </w:p>
    <w:p>
      <w:r>
        <w:br/>
        <w:t>Майже щозечора пожильці маєтку сходились біля Щколи, частували один одного тютюном власного виробу *&gt; Переказавши всі НОБИНИ, переходили до дебатів.</w:t>
      </w:r>
    </w:p>
    <w:p>
      <w:r>
        <w:br/>
        <w:t>Лопатка був тієї думки, що найкраще демократична</w:t>
      </w:r>
    </w:p>
    <w:p>
      <w:r>
        <w:br/>
        <w:t>°— А. Слісаренко</w:t>
      </w:r>
    </w:p>
    <w:p>
      <w:r>
        <w:br/>
        <w:t>129</w:t>
      </w:r>
    </w:p>
    <w:p>
      <w:r>
        <w:br/>
        <w:t>республіка з гетьманом або королем на чолі, а Петренко обстоював більшовиків, але не московських, а українських. Шпон участь у дебатах брав своїм реготом і, нареготавшись досхочу, йшов собі спати.</w:t>
      </w:r>
    </w:p>
    <w:p>
      <w:r>
        <w:br/>
        <w:t>Маєток коло ґуральні з якихось причин не був розбитий під час революції, і він стояв високою мумією, загортаючи трухляві ребра в зелений саван старого парку та великого овочевого саду.</w:t>
      </w:r>
    </w:p>
    <w:p>
      <w:r>
        <w:br/>
        <w:t>Парк своїми липами заманював невибагливих поліщуків перспективами нових личаків. З цього приводу Лопатка сварився:</w:t>
      </w:r>
    </w:p>
    <w:p>
      <w:r>
        <w:br/>
        <w:t>— До того ж некультурність... це чортзна-що — обдерти живцем дерево. За це розстрілювати мало...</w:t>
      </w:r>
    </w:p>
    <w:p>
      <w:r>
        <w:br/>
        <w:t>А дід Хведь, зрозумівши, про що мова мовиться, бурчав:</w:t>
      </w:r>
    </w:p>
    <w:p>
      <w:r>
        <w:br/>
        <w:t>— А на моє умлєніє, коли в чоловєка пасталів нєту, так хай дере на здоров'я...— А помовчавши, в тоні глибокодумного додав: — Ремінь сильно дорогий...</w:t>
      </w:r>
    </w:p>
    <w:p>
      <w:r>
        <w:br/>
        <w:t>У школі зимою відбувалося навчання, але мляво, "як мокре горить", бо Лопатка їздив кудись спекулювати жінчиними кофточками та власними старими штанами. Ці торговельні операції й були матеріальною базою його існування.</w:t>
      </w:r>
    </w:p>
    <w:p>
      <w:r>
        <w:br/>
        <w:t>Петренкові спекулювати не було чим, проте він часто зникав днів на два, на три, а прийшовши додому, купував мішок картоплі і живився нею до нових мандрів.</w:t>
      </w:r>
    </w:p>
    <w:p>
      <w:r>
        <w:br/>
        <w:t>Куди ходив, де бував Петренко, ніхто не знав, а сам він нікому про це не говорив. Шпон і Лопатка врешті дійшли думки, що Петренко — агент якоїсь партії, може, навіть чекіст, приставлений стежити за ними. Тому розмовляли з ним обережно, і в суперечці, нападаючи на Петренка, на всяк випадок вихваляли Радянську владу.</w:t>
      </w:r>
    </w:p>
    <w:p>
      <w:r>
        <w:br/>
        <w:t>Шпон нікуди не їздив, сидів дома, маючи власні корови, свині, птицю та економку Настю, успадкував її правом од пана. Крім того, сусідня сільська громада доручила йому доглядати колишнього панського, а тепер громадського бугая.</w:t>
      </w:r>
    </w:p>
    <w:p>
      <w:r>
        <w:br/>
        <w:t>Цей бугай, на ймення Нерон, був предметом Шпо-нового закохання, і як приводили селяни своїх миршавих корівок до бугая, Шпон із задоволенням ляпав себе по череву, од сміху дриґав колодянкою і неодмінно казав:</w:t>
      </w:r>
    </w:p>
    <w:p>
      <w:r>
        <w:br/>
        <w:t>— А все ж наше зверху. Го-го-го!..</w:t>
      </w:r>
    </w:p>
    <w:p>
      <w:r>
        <w:br/>
        <w:t>революція старанно обминала цілі три роки і Корець-ку ґуральню з маєтком, і сіре поліське село Корецьке. За три роки нічого не змінилося, і можна подумати, що старі порядки не розтрощено та викинуто на смітник, а лише чинність їх на якийсь час припинено.</w:t>
      </w:r>
    </w:p>
    <w:p>
      <w:r>
        <w:br/>
        <w:t>Староста сільський Максим Тюхтій, як і три роки тому, скликав людей на сход до зборні неділями, по обідні пив чай у сусіднього парафіяльного попа Михайла, а як заїздили до Корецького військові частини по підводи, Тюхтій з мальовничим адміністративним пафосом лупцював своїм старорежимним костуром односельчан, що уникали поїздок у підводи. За це він мав завжди подяку військових, незалежно від їхніх політичних переконань.</w:t>
      </w:r>
    </w:p>
    <w:p>
      <w:r>
        <w:br/>
        <w:t>Під ознакою припинення, а не руйнування старого ладу, непомітно прошкандибали три роки, а за ці три роки було дві події, що^одзначили хід історії. Перша, коли ділили дві тисячі десятин панської землі. Друга, як пішли корецькі хлопці гетьмана вигонити та й поробились більшовиками. Цим тільки й ознаменувалася революція, якої по правді в Корецькому не було, а прислали її готовеньку через волость із центру...</w:t>
      </w:r>
    </w:p>
    <w:p>
      <w:r>
        <w:br/>
        <w:t>Хлопці, пішовши на гетьмана, не повернулись, так само, як і попович Гриша, що зорганізував їх. Тільки через людей дізнався піп, що його Гриша перейшов до більшовиків. Кожної служби поминає з того часу піп "блудного раба воїна Григорія" та молиться про "навернення на путі праведні" його.</w:t>
      </w:r>
    </w:p>
    <w:p>
      <w:r>
        <w:br/>
        <w:t>В маєтку різно ставились до подій. Лопатка мовчав і тільки збільшив порцію лайки на адресу жінки. Петренко, що все шептався з поповичем та хлопцями, не пішов чомусь з ними, а Шпон обережно підступав:</w:t>
      </w:r>
    </w:p>
    <w:p>
      <w:r>
        <w:br/>
        <w:t>— А я думав, що й ви підете... Я б і сам пішов, та нога...</w:t>
      </w:r>
    </w:p>
    <w:p>
      <w:r>
        <w:br/>
        <w:t>— Ні,— муркав Петренко, а що "ні", не пояснював. Потім Шпон казав Лопатці:</w:t>
      </w:r>
    </w:p>
    <w:p>
      <w:r>
        <w:br/>
        <w:t>— Боюсь я цього Петренка... Що воно за їден?</w:t>
      </w:r>
    </w:p>
    <w:p>
      <w:r>
        <w:br/>
        <w:t>Не сколихнулось Корецьке і під час денікінського наступу. Біла армія не дійшла до нього верстов за п'ятде-Сят, і мовчазні мрії обережного Лопатки так і не справдилися.</w:t>
      </w:r>
    </w:p>
    <w:p>
      <w:r>
        <w:br/>
        <w:t>А Двадцятого року, як наступали поляки, Шпон утратив рівновагу. Казав Шпон Лопатці та Петренкові з таким виглядом, ніби він вів польську армію на Україну.</w:t>
      </w:r>
    </w:p>
    <w:p>
      <w:r>
        <w:br/>
        <w:t>— Пождіть, поляки навчать, як лад встановляти. Поляки зроблять під оріх...</w:t>
      </w:r>
    </w:p>
    <w:p>
      <w:r>
        <w:br/>
        <w:t>Лопатка підтакував, Петренко, кусаючи вуса, буркав сердито:</w:t>
      </w:r>
    </w:p>
    <w:p>
      <w:r>
        <w:br/>
        <w:t>— Буде й полякам те, що німцям було! Битимемо, аж пір'я летітиме.</w:t>
      </w:r>
    </w:p>
    <w:p>
      <w:r>
        <w:br/>
        <w:t>Шпонові жирні очі бігали, як роздратовані миші.</w:t>
      </w:r>
    </w:p>
    <w:p>
      <w:r>
        <w:br/>
        <w:t>— Ви, пане Петренку, придержали б язика, щоб не довелося прикушувати згодом! — Шпон прибрав роль заступника панівної нації.</w:t>
      </w:r>
    </w:p>
    <w:p>
      <w:r>
        <w:br/>
        <w:t>— Так? А хто нещодавно казав, більшовики молодці? Га?</w:t>
      </w:r>
    </w:p>
    <w:p>
      <w:r>
        <w:br/>
        <w:t>— Для дурнів казалося! — Шпон почервонів од хвилювання.</w:t>
      </w:r>
    </w:p>
    <w:p>
      <w:r>
        <w:br/>
        <w:t>— Ах ти шпаче опудало! *&amp;•</w:t>
      </w:r>
    </w:p>
    <w:p>
      <w:r>
        <w:br/>
        <w:t>Шпон стрибнув до Петренка на своїй колодянці й, певно, упав би, коли б його не підхопив Лопатка!</w:t>
      </w:r>
    </w:p>
    <w:p>
      <w:r>
        <w:br/>
        <w:t>— Заспокойтесь, Владиславе Владиславовичу, охота зв'язуваться з цим хуліганом... Плюньте,— нашіптував Лопатка Шпонаві, ведучи його до хати.</w:t>
      </w:r>
    </w:p>
    <w:p>
      <w:r>
        <w:br/>
        <w:t>З того часу Петренка обминали. Віч-на-віч Лопатка говорив Шпонові, мрійливо підводячи очі:</w:t>
      </w:r>
    </w:p>
    <w:p>
      <w:r>
        <w:br/>
        <w:t>— Ех, і вип'єм же ми з паном, згадавши старі добрі часи.— І довго й нудно розповідав, хто в його роду був поляком.</w:t>
      </w:r>
    </w:p>
    <w:p>
      <w:r>
        <w:br/>
        <w:t>— Буде це Польща, а не Україна. ТТо Дніпро одійде під Польщу,— майже з дитячою радістю повторював Шпон.</w:t>
      </w:r>
    </w:p>
    <w:p>
      <w:r>
        <w:br/>
        <w:t>Про Петренка не згадували.</w:t>
      </w:r>
    </w:p>
    <w:p>
      <w:r>
        <w:br/>
        <w:t>Одного разу, як пожильці в маєтку спали по обіді й тільки Лопатчиха воювала з непокірним плем'ям своїх синів та дочок, до ґуральні підійшов отець Михайло й Тюхтій:</w:t>
      </w:r>
    </w:p>
    <w:p>
      <w:r>
        <w:br/>
        <w:t>— Добридень, Агафіє Павлівно,— доброчинно привітався отець Михайло.</w:t>
      </w:r>
    </w:p>
    <w:p>
      <w:r>
        <w:br/>
        <w:t>— Трясця вам у печінки, ідолова дітвора!.. Чисто весь город запаскудили...</w:t>
      </w:r>
    </w:p>
    <w:p>
      <w:r>
        <w:br/>
        <w:t>Піп удруге привітався.</w:t>
      </w:r>
    </w:p>
    <w:p>
      <w:r>
        <w:br/>
        <w:t>На цей раз Агафія Павлівна почула й одразу змінила роздратований вираз на привітний:</w:t>
      </w:r>
    </w:p>
    <w:p>
      <w:r>
        <w:br/>
        <w:t>— Добридень, батюшко! Ви пробачте мені, так клята дітвора сердить...</w:t>
      </w:r>
    </w:p>
    <w:p>
      <w:r>
        <w:br/>
        <w:t>— На те вона й дітвора,— подав гол оса Тюхтій.— Вй краще викличте до нас Онуфрія Петровича.</w:t>
      </w:r>
    </w:p>
    <w:p>
      <w:r>
        <w:br/>
        <w:t>Та заходьте ж до хати.</w:t>
      </w:r>
    </w:p>
    <w:p>
      <w:r>
        <w:br/>
        <w:t>__Ні, ми тут підождемо. Ми з панотцем ненадовго</w:t>
      </w:r>
    </w:p>
    <w:p>
      <w:r>
        <w:br/>
        <w:t>Й по ділу...</w:t>
      </w:r>
    </w:p>
    <w:p>
      <w:r>
        <w:br/>
        <w:t>Вийшов заспаний Лопатка, покликали ще Петренка і з виглядом людей, що затіяли державну змову, пішли всі четверо до порожньої шкільної аудиторії.</w:t>
      </w:r>
    </w:p>
    <w:p>
      <w:r>
        <w:br/>
        <w:t>— Панове, я маю до всіх вас пильну справу, дуже важне діло...—почав піп і замовк.</w:t>
      </w:r>
    </w:p>
    <w:p>
      <w:r>
        <w:br/>
        <w:t>Всі очікували на дальші слова.</w:t>
      </w:r>
    </w:p>
    <w:p>
      <w:r>
        <w:br/>
        <w:t>Прокашлявшись, піп виклав причину свого візиту. Поляки наближаються і жорстоко карають не тільки більшовиків, а й їхніх родичів. У попа син більшовик, а в Тюхтія так само, а про Петренка й говорити нема чого. Всі кажуть, що він сам більшовик. Та й про Лопатку пле-щуть, ніби він допомагав селянам землю панську розміряти, а за це може сильно нагоріти!..</w:t>
      </w:r>
    </w:p>
    <w:p>
      <w:r>
        <w:br/>
        <w:t>— Часи такі, панове, що суду правого не жди, як що — розстріл...— сумно закінчив панотець свою промову.</w:t>
      </w:r>
    </w:p>
    <w:p>
      <w:r>
        <w:br/>
        <w:t>"Через сина в денце стукає, чорт гриватий",— думав Петренко. Щодо політичної благонадійності він був най-безнадійніший. Він мав підстави гадати, що поляки його не помилують, а тому не мав навіть охоти вишукувати спосіб легалізуватись при них. Тюхтій мав сина в більшовиках і дуже тішився думкою, що не в нього одного таке нещастя, а навіть і в такої людини, як "батюшка". Піп же найдужче боявся, що поляки-католики будуть мати сина за причіпку до православного попа.</w:t>
      </w:r>
    </w:p>
    <w:p>
      <w:r>
        <w:br/>
        <w:t>— Що ж ви робити думаєте, отець Михайло? — запитав Петренко.</w:t>
      </w:r>
    </w:p>
    <w:p>
      <w:r>
        <w:br/>
        <w:t>— А я думаю, що треба нам зустріти польсько-українське військо з корогвами-святощами, хлібом-сіллю та й з дзвоном церковним, а для цього треба нам умовитись...</w:t>
      </w:r>
    </w:p>
    <w:p>
      <w:r>
        <w:br/>
        <w:t>— Так, так!..— запобігливо підтакував Тюхтій.</w:t>
      </w:r>
    </w:p>
    <w:p>
      <w:r>
        <w:br/>
        <w:t>Лопатка й Петренко якийсь час мовчали. Перший заговорив Лопатка, висякавши червоного носа у хустку непевного кольору.</w:t>
      </w:r>
    </w:p>
    <w:p>
      <w:r>
        <w:br/>
        <w:t>— Воно так-то так, а як після поляків знов більшовики прийдуть?</w:t>
      </w:r>
    </w:p>
    <w:p>
      <w:r>
        <w:br/>
        <w:t>Це запитання повисло на мовчанці присутніх. Петренко нахнюпив білі брови й думав. Тюхтій колупав косту-Ром підлогу, а піп дивився у вікно на горобців, що без-їУрботно вовтузились на бузовому кущі.</w:t>
      </w:r>
    </w:p>
    <w:p>
      <w:r>
        <w:br/>
        <w:t>— Плювать мені на поляків, я сьогодні у повстанці йду! — сердито буркнув Петренко.</w:t>
      </w:r>
    </w:p>
    <w:p>
      <w:r>
        <w:br/>
        <w:t>Хід думок у отця Михайла під впливом цих слів прикро змінився. "А що, коли цей Петренко справді більшовик... та коли поляки не вдержуться?" Одвівши очі од вікна, він дипломатично відступив од своєї пропозиції:</w:t>
      </w:r>
    </w:p>
    <w:p>
      <w:r>
        <w:br/>
        <w:t>— Звичайно, панове, поляків можна було б зустрічати з почестями задля того, щоб вони не катували бідних селян, але я не настоюю...</w:t>
      </w:r>
    </w:p>
    <w:p>
      <w:r>
        <w:br/>
        <w:t>— Так, так! — хитав головою Тюхтій.</w:t>
      </w:r>
    </w:p>
    <w:p>
      <w:r>
        <w:br/>
        <w:t>— А я так думаю, що краще сидіти нам усім по хатах і не рипатись! — Це рештки непропитого здорового глузду взяли гору в Лопатчиній голові.</w:t>
      </w:r>
    </w:p>
    <w:p>
      <w:r>
        <w:br/>
        <w:t>Питання вичерпано. Умовившись захищати один одного, як до чого дійдеться, нарада розійшлась.</w:t>
      </w:r>
    </w:p>
    <w:p>
      <w:r>
        <w:br/>
        <w:t>Надворі отець Михайло, взявши під лікоть Лопатку, шепотом казав:</w:t>
      </w:r>
    </w:p>
    <w:p>
      <w:r>
        <w:br/>
        <w:t>— Ви; Онуфрію Петровичу, попрохайте Шпона, щоб він замовив своє слово. Він же поляк...</w:t>
      </w:r>
    </w:p>
    <w:p>
      <w:r>
        <w:br/>
        <w:t>Петренка другого дня в маєтку вже не було. Він пішов, взявши свою торбу і ні з ким не попрощавшись.</w:t>
      </w:r>
    </w:p>
    <w:p>
      <w:r>
        <w:br/>
        <w:t>Десь із північного сходу далекі гармати гупали, немов ступи, обтрушуючи просо. А дні проходили тривожно і по-новому напружені.</w:t>
      </w:r>
    </w:p>
    <w:p>
      <w:r>
        <w:br/>
        <w:t>Раз приніс Тюхтій чутку, що в десятьох верствах зупинилося більшовицьке військо. Відступають. Про Петренка казав, що той був на селі й подався з десятком корецьких хлопців на Чернечу Оболонь. Кажуть, поляків будуть бити...</w:t>
      </w:r>
    </w:p>
    <w:p>
      <w:r>
        <w:br/>
        <w:t>Об обіді наступного дня приїхали квартир'єри і крейдою списали всі двері в маєтку. Тут тобі штаб, тут тобі розвідча кімната, а далі роти, батареї, ескадрони...</w:t>
      </w:r>
    </w:p>
    <w:p>
      <w:r>
        <w:br/>
        <w:t>Шпон не виходив з хати, аж доки не прийшла пора по господарству поратись. Надів драні штани на живу ногу, а колодянку любовно оголив, як талісмана проти злого більшовицького духу...</w:t>
      </w:r>
    </w:p>
    <w:p>
      <w:r>
        <w:br/>
        <w:t>На дворі димилися вже похідні кухні. Прибув штаб і розташувався у панському будинку... Двір оживав щодалі більше.</w:t>
      </w:r>
    </w:p>
    <w:p>
      <w:r>
        <w:br/>
        <w:t>Шпон пішов напоїти Нерона. Кілька червоноармійців оглядали бугая, хапали його за зад і сміялись.</w:t>
      </w:r>
    </w:p>
    <w:p>
      <w:r>
        <w:br/>
        <w:t>— Братва, кому порція мала!</w:t>
      </w:r>
    </w:p>
    <w:p>
      <w:r>
        <w:br/>
        <w:t>Нерон сердито брязкав ланцюгом і поводив налитими кров'ю очима.</w:t>
      </w:r>
    </w:p>
    <w:p>
      <w:r>
        <w:br/>
        <w:t>— Товариші, не чіпайте бугая, він зірватись може!</w:t>
      </w:r>
    </w:p>
    <w:p>
      <w:r>
        <w:br/>
        <w:t>Всі подивились на Шпона.</w:t>
      </w:r>
    </w:p>
    <w:p>
      <w:r>
        <w:br/>
        <w:t>_ Не лякай, папаша, ми лякані,— відгукнувся той,</w:t>
      </w:r>
    </w:p>
    <w:p>
      <w:r>
        <w:br/>
        <w:t>що запитував про порцію.</w:t>
      </w:r>
    </w:p>
    <w:p>
      <w:r>
        <w:br/>
        <w:t>._ Чий бугай? — звернувся до Шпона високий червоно-</w:t>
      </w:r>
    </w:p>
    <w:p>
      <w:r>
        <w:br/>
        <w:t>армієць, видимо, командир.</w:t>
      </w:r>
    </w:p>
    <w:p>
      <w:r>
        <w:br/>
        <w:t>' — Громадський... Корецької громади...— Шпон кляв у душі той час, коли задумав поїти бугая.</w:t>
      </w:r>
    </w:p>
    <w:p>
      <w:r>
        <w:br/>
        <w:t>— А ти хто? Шпон пояснив.</w:t>
      </w:r>
    </w:p>
    <w:p>
      <w:r>
        <w:br/>
        <w:t>— Так от, цього бугая ми зараз шльопнемо, понімаєш, папаша?</w:t>
      </w:r>
    </w:p>
    <w:p>
      <w:r>
        <w:br/>
        <w:t>Такого звороту не сподівався ще більш наляканий Шпон.</w:t>
      </w:r>
    </w:p>
    <w:p>
      <w:r>
        <w:br/>
        <w:t>— Та ви краще... той... візьміть у селі... теляток там... чи бичків... Це ж бугай породистий... медалю на виставці...</w:t>
      </w:r>
    </w:p>
    <w:p>
      <w:r>
        <w:br/>
        <w:t>— Брось, дядя, заливать. "Породистий"! Ми породистих людей шльопаєм, а він, в три христа його мать, за бугаєм плаче!..</w:t>
      </w:r>
    </w:p>
    <w:p>
      <w:r>
        <w:br/>
        <w:t>Високий, виходячи з сарая, наказав:</w:t>
      </w:r>
    </w:p>
    <w:p>
      <w:r>
        <w:br/>
        <w:t>— Щоб порції на обід усім були!</w:t>
      </w:r>
    </w:p>
    <w:p>
      <w:r>
        <w:br/>
        <w:t>Шпон тремтів, як зламана ресора. Колодянка стрибала по цегловій підлозі, наче її одкидало од землі електричним струмом.</w:t>
      </w:r>
    </w:p>
    <w:p>
      <w:r>
        <w:br/>
        <w:t>Після двох пострілів велика Неронова туша гепнулась на дощату підлогу, а з рота та ніздрів потекла густа чорна кров.</w:t>
      </w:r>
    </w:p>
    <w:p>
      <w:r>
        <w:br/>
        <w:t>— Готово! Свіжуй, хлопці!</w:t>
      </w:r>
    </w:p>
    <w:p>
      <w:r>
        <w:br/>
        <w:t>Шпон лишив відро в шопі, несила було нести, і, хитаючись, пішов додому.</w:t>
      </w:r>
    </w:p>
    <w:p>
      <w:r>
        <w:br/>
        <w:t>— Теж бугаець! Породистий! — почув він услід.</w:t>
      </w:r>
    </w:p>
    <w:p>
      <w:r>
        <w:br/>
        <w:t>Не врятував Шпон панського бугая. Лопатка того дня не виходив з хати, прикинувся хворим, через що у Лопат-чихи в борщі варився порядний шмат бугаятини, командир прислав "хворому вчителеві".</w:t>
      </w:r>
    </w:p>
    <w:p>
      <w:r>
        <w:br/>
        <w:t>Удосвіта з маєтку рушали червоні частини, лишивши по собі купи попелу там, де стояли похідні кухні, купу соломи та неприбрані Неронові кендюхи.</w:t>
      </w:r>
    </w:p>
    <w:p>
      <w:r>
        <w:br/>
        <w:t>Два дні нікого не було, а на третій до маєтку заскочило з півста польської кінноти...</w:t>
      </w:r>
    </w:p>
    <w:p>
      <w:r>
        <w:br/>
        <w:t>Перед цим Лопатка й Шпон розмовляли на ґанку коло ніколи. Розмова не відходила далеко од забитого Нерона.</w:t>
      </w:r>
    </w:p>
    <w:p>
      <w:r>
        <w:br/>
        <w:t>— Коли б не нога, сам би пішов бити цих вошо-прудів...</w:t>
      </w:r>
    </w:p>
    <w:p>
      <w:r>
        <w:br/>
        <w:t>Шпон за ці два дні схуд, але тепер очікування "своїх" бадьорило його.</w:t>
      </w:r>
    </w:p>
    <w:p>
      <w:r>
        <w:br/>
        <w:t>Забачивши кіннотників, він побіг їм назустріч, але почув вигук:</w:t>
      </w:r>
    </w:p>
    <w:p>
      <w:r>
        <w:br/>
        <w:t>— Стій, пшя крев...— і зупинився...</w:t>
      </w:r>
    </w:p>
    <w:p>
      <w:r>
        <w:br/>
        <w:t>Офіцер під'їхав до Шпона, поперед наказавши підвести руки вгору.</w:t>
      </w:r>
    </w:p>
    <w:p>
      <w:r>
        <w:br/>
        <w:t>Тільки вияснивши, хто такий Шпон, обшукавши його кишені, офіцер дозволив опустити руки.</w:t>
      </w:r>
    </w:p>
    <w:p>
      <w:r>
        <w:br/>
        <w:t>— А то хто? Більшовик? — показав офіцер нагаєм на Лопатку.</w:t>
      </w:r>
    </w:p>
    <w:p>
      <w:r>
        <w:br/>
        <w:t>— Ні, пане офіцере, то не більшовик. Більшовики втекли...</w:t>
      </w:r>
    </w:p>
    <w:p>
      <w:r>
        <w:br/>
        <w:t>— Обшукати двір...</w:t>
      </w:r>
    </w:p>
    <w:p>
      <w:r>
        <w:br/>
        <w:t>Шпон сподобився частувати у своїй господі пана капітана горілкою, прихованою "на всякий випадок". Від'їжджаючи, офіцер стиснув руку Шпонові.</w:t>
      </w:r>
    </w:p>
    <w:p>
      <w:r>
        <w:br/>
        <w:t>— Ви, пане, як що, сповіщайте...</w:t>
      </w:r>
    </w:p>
    <w:p>
      <w:r>
        <w:br/>
        <w:t>Після цього візиту проходили дні й тижні, а до маєтку ніхто не заїздив. Не з руки було, та й нецікаво.</w:t>
      </w:r>
    </w:p>
    <w:p>
      <w:r>
        <w:br/>
        <w:t>Але Шпон чекав, що ще хтось із "своїх" його одвідає, і дочекався.</w:t>
      </w:r>
    </w:p>
    <w:p>
      <w:r>
        <w:br/>
        <w:t>Як цвіла вже картопля, а баклажани вилискували на сонці масними ребрами, промайнула непевна чутка: поляків б'ють, поляки відступають.</w:t>
      </w:r>
    </w:p>
    <w:p>
      <w:r>
        <w:br/>
        <w:t>— Не може того бути! — тупав Шпон колодянкою і ввечері пішов до отця Михайла.</w:t>
      </w:r>
    </w:p>
    <w:p>
      <w:r>
        <w:br/>
        <w:t>— Кажуть, Владиславе Владиславовичу,— сумно хитав головою піп.— Кажуть ще, що ваш Петренко на Чернечій Оболоні босоту збирає проти поляків.</w:t>
      </w:r>
    </w:p>
    <w:p>
      <w:r>
        <w:br/>
        <w:t>Отця Михайла за поляків не чіпали, так само, як і Тюхтія, що сидів саме тут.</w:t>
      </w:r>
    </w:p>
    <w:p>
      <w:r>
        <w:br/>
        <w:t>— Люди кажуть... Збаламутився народ, не знає, чого йому треба.</w:t>
      </w:r>
    </w:p>
    <w:p>
      <w:r>
        <w:br/>
        <w:t>— А в Корецькому тихо? — поцікавився Шпон.</w:t>
      </w:r>
    </w:p>
    <w:p>
      <w:r>
        <w:br/>
        <w:t>— Як на мене, то тихо, не чувати чогось такого, а от Вишнянку поляки спалили, потому коло Вишнянки в лісі двох поляків забито... Як на мене, так не по правді це, хоч і сволоч народ!..</w:t>
      </w:r>
    </w:p>
    <w:p>
      <w:r>
        <w:br/>
        <w:t>— Я, панотче, хочу пару коней та биндюга купити, то пак виміняти на свої корови...</w:t>
      </w:r>
    </w:p>
    <w:p>
      <w:r>
        <w:br/>
        <w:t>— А це можна. Зараз кожен ладен коней здихатись, щоб у підводи не їздити...</w:t>
      </w:r>
    </w:p>
    <w:p>
      <w:r>
        <w:br/>
        <w:t>Додому вертався Шпон з твердим наміром їхати в Польщу.</w:t>
      </w:r>
    </w:p>
    <w:p>
      <w:r>
        <w:br/>
        <w:t>А чутка про відступ поляків була не дурна. Незабаром стало чути гарматні вибухи і з боку Дніпра, і з півдня.</w:t>
      </w:r>
    </w:p>
    <w:p>
      <w:r>
        <w:br/>
        <w:t>Шпон хапливо ліквідував своє господарство. Пара коней і новий віз стояли в шопі там, де були раніш корови та свині.</w:t>
      </w:r>
    </w:p>
    <w:p>
      <w:r>
        <w:br/>
        <w:t>Надвечір одного дня, як збирався вже Шпон виїздити, чути стало в маєтку рушничну та кулеметну стрілянину, а вночі пройшли повз маєток польські частини...</w:t>
      </w:r>
    </w:p>
    <w:p>
      <w:r>
        <w:br/>
        <w:t>Шпон не спав цілу ніч, а ледве на світ позначило, навантажена хура з двома людськими постатями вирушила з панського двору.</w:t>
      </w:r>
    </w:p>
    <w:p>
      <w:r>
        <w:br/>
        <w:t>Лопатка прокинувся рано. За маєтком чітко стукотів кулемет.</w:t>
      </w:r>
    </w:p>
    <w:p>
      <w:r>
        <w:br/>
        <w:t>— Гашко, буди дітей та веди-но швидше до льоху! — гукав він жінці, а сам похапцем одягався.</w:t>
      </w:r>
    </w:p>
    <w:p>
      <w:r>
        <w:br/>
        <w:t>Не встигли сховатись, як над парком вибухнув гарматний набій, потім другий, третій...</w:t>
      </w:r>
    </w:p>
    <w:p>
      <w:r>
        <w:br/>
        <w:t>Кулемет замовк, а згорблені жахом постаті польських жовнірів перебігали в яр на протилежний бік маєтку.</w:t>
      </w:r>
    </w:p>
    <w:p>
      <w:r>
        <w:br/>
        <w:t>У вогкому льоху Лопатчина сім'я забилась у найдальший куток. За кожним вибухом кричали діти, а Лопатка хрестився й утягував голову в плечі.</w:t>
      </w:r>
    </w:p>
    <w:p>
      <w:r>
        <w:br/>
        <w:t>Незабаром у отвір дверей помітив Лопатка дим. У дворі щось горіло.</w:t>
      </w:r>
    </w:p>
    <w:p>
      <w:r>
        <w:br/>
        <w:t>Що життя, коли в хаті можуть погоріти убогі лахи, без яких Лопатчиній сім'ї і голод, і холод?.. Вискочив Лопатка із схованки і похапцем почав виносити з хати до саду майно...</w:t>
      </w:r>
    </w:p>
    <w:p>
      <w:r>
        <w:br/>
        <w:t>Через маєток бігли якісь люди, щось кричали йому, але вчитель не звертав уваги ні на людей, ні на постріли... Думками й тілом він був з перинами, ковдрами та стільцями, що виносив він їх до саду. Коли ж не було чого носити, сів Лопатка на ліжку й закам'янів.</w:t>
      </w:r>
    </w:p>
    <w:p>
      <w:r>
        <w:br/>
        <w:t>Вже як пройшли лави червоних і дотлівали рештки спаленої ґуральні, а сонце десь на заході доганяло втікачів, Лопатка очуняв. Пострілів не чути було. Жінка з дітьми метушилася між садком та шкільним будинком, що лишився цілий, і Лопатка почав допомагати вносити речі.</w:t>
      </w:r>
    </w:p>
    <w:p>
      <w:r>
        <w:br/>
        <w:t>Взявши мішка з житом на плечі, він побачив, що по Дворищу, прямуючи до нього і спираючись на рушницю, Шкандибав Петренко.</w:t>
      </w:r>
    </w:p>
    <w:p>
      <w:r>
        <w:br/>
        <w:t>Одна нога його була без чобота, обмотана полотняним Рушником, через який просякала кров.</w:t>
      </w:r>
    </w:p>
    <w:p>
      <w:r>
        <w:br/>
        <w:t>Лопатка, широко розплющивши очі, дивився на Петренка. Сизий ніс йому зблід, немов його хтось намазав крейдою. Жінка й старші діти полохливо збились докупи.</w:t>
      </w:r>
    </w:p>
    <w:p>
      <w:r>
        <w:br/>
        <w:t>Коли Петренко підійшов ближче, Лопатка поставив мішка на землю:</w:t>
      </w:r>
    </w:p>
    <w:p>
      <w:r>
        <w:br/>
        <w:t>— Що це у вас з ногою?</w:t>
      </w:r>
    </w:p>
    <w:p>
      <w:r>
        <w:br/>
        <w:t>— Трохи поляки у лісі подряпали... та й болить же, клята! — скривився він і сів на мішка.</w:t>
      </w:r>
    </w:p>
    <w:p>
      <w:r>
        <w:br/>
        <w:t>— А Шпон поїхав...— не знаючи що казати, промовив Лопатка.</w:t>
      </w:r>
    </w:p>
    <w:p>
      <w:r>
        <w:br/>
        <w:t>Петренко з легенькою посмішкою подивився на нього:</w:t>
      </w:r>
    </w:p>
    <w:p>
      <w:r>
        <w:br/>
        <w:t>— Поїхав, та недалеко... Під лісом з простреленою головою лежить... манаття коло нього... Певне, поляки, однімаючи коні, пристрелили... Втікати їм швидко довелося...— Петренко скривився од болю...</w:t>
      </w:r>
    </w:p>
    <w:p>
      <w:r>
        <w:br/>
        <w:t>В цей час близький грім хряснув і розлігся тисячами лун у вогкому вечірньому парку... Земля задрижала...</w:t>
      </w:r>
    </w:p>
    <w:p>
      <w:r>
        <w:br/>
        <w:t>Лопатка від жаху впав на землю, а Петренко, забувши про ранену ногу, підскочив з мішка.</w:t>
      </w:r>
    </w:p>
    <w:p>
      <w:r>
        <w:br/>
        <w:t>Над ґуральнею піднялася хмара попелу й диму. Димаря не було...</w:t>
      </w:r>
    </w:p>
    <w:p>
      <w:r>
        <w:br/>
        <w:t>Коли спала курява, перевів Петренко очі на школу. Вона стала ніби вища, а перекошені вікна її гордовито дивилися через руїну в далечінь полів...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Вихор у затишку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