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Війна</w:t>
      </w:r>
    </w:p>
    <w:p>
      <w:r>
        <w:br/>
        <w:t xml:space="preserve"> на зеленії поля,&lt;br /&gt;</w:t>
        <w:br/>
        <w:t>й полють просо, жито та пшениченьку.&lt;br /&gt;</w:t>
        <w:br/>
        <w:t>Стала й мати у своїй пашні,&lt;br /&gt;</w:t>
        <w:br/>
        <w:t>і син став, їй помагаючи.&lt;br /&gt;</w:t>
        <w:br/>
        <w:t>Тінь від них упала аж на яр&lt;br /&gt;</w:t>
        <w:br/>
        <w:t>й пересікла ріку мутную,&lt;br /&gt;</w:t>
        <w:br/>
        <w:t>що кістки несла і людські, і твариннії&lt;br /&gt;</w:t>
        <w:br/>
        <w:t>та й глушила мову ту,&lt;br /&gt;</w:t>
        <w:br/>
        <w:t>що син матері проказував:</w:t>
      </w:r>
    </w:p>
    <w:p>
      <w:r>
        <w:br/>
        <w:t>,,Мила ненько, біла вишне,&lt;br /&gt;</w:t>
        <w:br/>
        <w:t>снився сон мені, як диво:&lt;br /&gt;</w:t>
        <w:br/>
        <w:t>мов ти жито жати вийшла,&lt;br /&gt;</w:t>
        <w:br/>
        <w:t>як у гай на стиглу ниву.</w:t>
      </w:r>
    </w:p>
    <w:p>
      <w:r>
        <w:br/>
        <w:t>Й не одну годину жала&lt;br /&gt;</w:t>
        <w:br/>
        <w:t>золоту пашню у полі&lt;br /&gt;</w:t>
        <w:br/>
        <w:t>й силу снопів нав'язала,&lt;br /&gt;</w:t>
        <w:br/>
        <w:t>й поколола ноги голі...</w:t>
      </w:r>
    </w:p>
    <w:p>
      <w:r>
        <w:br/>
        <w:t>И на сніп сіла спочивати,&lt;br /&gt;</w:t>
        <w:br/>
        <w:t>а шуліка аж із яру&lt;br /&gt;</w:t>
        <w:br/>
        <w:t>впав на груди тобі, мати,&lt;br /&gt;</w:t>
        <w:br/>
        <w:t>з кам'яною люттю вдару.</w:t>
      </w:r>
    </w:p>
    <w:p>
      <w:r>
        <w:br/>
        <w:t>Й вирвав серце тобі тепле&lt;br /&gt;</w:t>
        <w:br/>
        <w:t>й до криниці, що під лісом&lt;br /&gt;</w:t>
        <w:br/>
        <w:t>поніс яром, далі степом&lt;br /&gt;</w:t>
        <w:br/>
        <w:t>й на високім сів горісі,</w:t>
      </w:r>
    </w:p>
    <w:p>
      <w:r>
        <w:br/>
        <w:t>що крив цямринам полицю...&lt;br /&gt;</w:t>
        <w:br/>
        <w:t>И наче зорі вночі в кручу,&lt;br /&gt;</w:t>
        <w:br/>
        <w:t>кров котилась у криницю,&lt;br /&gt;</w:t>
        <w:br/>
        <w:t>у безодню неминучу.</w:t>
      </w:r>
    </w:p>
    <w:p>
      <w:r>
        <w:br/>
        <w:t>Як загавкали ж лисиці&lt;br /&gt;</w:t>
        <w:br/>
        <w:t>у тумані вранці яром,&lt;br /&gt;</w:t>
        <w:br/>
        <w:t>бо шуліка у криницю,&lt;br /&gt;</w:t>
        <w:br/>
        <w:t>кинув серце твоє, мамо.</w:t>
      </w:r>
    </w:p>
    <w:p>
      <w:r>
        <w:br/>
        <w:t>И на шляхах середохресних&lt;br /&gt;</w:t>
        <w:br/>
        <w:t>до стовпа я був прикутий,&lt;br /&gt;</w:t>
        <w:br/>
        <w:t>ти ж кривавила десь верстви,&lt;br /&gt;</w:t>
        <w:br/>
        <w:t>вся обірвана й роззута ...</w:t>
      </w:r>
    </w:p>
    <w:p>
      <w:r>
        <w:br/>
        <w:t>И повертала груди рвані&lt;br /&gt;</w:t>
        <w:br/>
        <w:t>все на північ, а не в Вирій,&lt;br /&gt;</w:t>
        <w:br/>
        <w:t>і твій крик там був останній:&lt;br /&gt;</w:t>
        <w:br/>
        <w:t>"Верніть серце моє, звірі!"</w:t>
      </w:r>
    </w:p>
    <w:p>
      <w:r>
        <w:br/>
        <w:t>Туга рядна вистеляла&lt;br /&gt;</w:t>
        <w:br/>
        <w:t>у степу,&lt;br /&gt;</w:t>
        <w:br/>
        <w:t>а ніч полами змітала&lt;br /&gt;</w:t>
        <w:br/>
        <w:t>повні зорі в рядна чорні,&lt;br /&gt;</w:t>
        <w:br/>
        <w:t>в миту пашню золоту.&lt;br /&gt;</w:t>
        <w:br/>
        <w:t>А ярами вовки грали&lt;br /&gt;</w:t>
        <w:br/>
        <w:t>над кривавою рікою&lt;br /&gt;</w:t>
        <w:br/>
        <w:t>й білі зуби полоскали&lt;br /&gt;</w:t>
        <w:br/>
        <w:t>віковою глибиною.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Війна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