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Відмикаю світанок скрипковим ключем...</w:t>
      </w:r>
    </w:p>
    <w:p>
      <w:r>
        <w:br/>
        <w:t xml:space="preserve"> * * *</w:t>
      </w:r>
    </w:p>
    <w:p>
      <w:r>
        <w:br/>
        <w:t>Відмикаю світанок скрипковим ключем.&lt;br /&gt;</w:t>
        <w:br/>
        <w:t>Чорна ніч інкрустована ніжністю.&lt;br /&gt;</w:t>
        <w:br/>
        <w:t>Горизонт піднімає багряним плечем&lt;br /&gt;</w:t>
        <w:br/>
        <w:t>день —&lt;br /&gt;</w:t>
        <w:br/>
        <w:t>як нотну сторінку вічності.&lt;br /&gt;</w:t>
        <w:br/>
        <w:t>Що сьогодні?&lt;br /&gt;</w:t>
        <w:br/>
        <w:t>Який веселий фрагмент&lt;br /&gt;</w:t>
        <w:br/>
        <w:t>із моєї шаленої долі?&lt;br /&gt;</w:t>
        <w:br/>
        <w:t>Усміхається правда очима легенд&lt;br /&gt;</w:t>
        <w:br/>
        <w:t>і свобода — очима неволі.</w:t>
      </w:r>
    </w:p>
    <w:p>
      <w:r>
        <w:br/>
        <w:t>Любов неповторна —&lt;br /&gt;</w:t>
        <w:br/>
        <w:t>моя валторна.&lt;br /&gt;</w:t>
        <w:br/>
        <w:t>Шляхи прощальні —&lt;br /&gt;</w:t>
        <w:br/>
        <w:t>перша скрипка печалі.&lt;br /&gt;</w:t>
        <w:br/>
        <w:t>А в сірі будні&lt;br /&gt;</w:t>
        <w:br/>
        <w:t>буду бити, як в бубни.&lt;br /&gt;</w:t>
        <w:br/>
        <w:t>Дуже мені легко. Дуже мені трудно.</w:t>
      </w:r>
    </w:p>
    <w:p>
      <w:r>
        <w:br/>
        <w:t>Еволюція гусячих пер.&lt;br /&gt;</w:t>
        <w:br/>
        <w:t>Філософій забрьоханий німб.&lt;br /&gt;</w:t>
        <w:br/>
        <w:t>Слово — прізвище думки тепер,&lt;br /&gt;</w:t>
        <w:br/>
        <w:t>а частіше — її псевдонім.</w:t>
      </w:r>
    </w:p>
    <w:p>
      <w:r>
        <w:br/>
        <w:t>То чого ж я шукаю і чим я жива?!&lt;br /&gt;</w:t>
        <w:br/>
        <w:t>Велемовний світ, велелюдний.&lt;br /&gt;</w:t>
        <w:br/>
        <w:t>Ви поезія, вірші?&lt;br /&gt;</w:t>
        <w:br/>
        <w:t>Чи тільки слова?&lt;br /&gt;</w:t>
        <w:br/>
        <w:t>У майбутнього слух абсолютний.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Відмикаю світанок скрипковим ключем...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