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Відьма</w:t>
      </w:r>
    </w:p>
    <w:p>
      <w:r>
        <w:br/>
        <w:t xml:space="preserve"> ПОЕМА</w:t>
      </w:r>
    </w:p>
    <w:p>
      <w:r>
        <w:br/>
        <w:t>Молюся, знову уповаю,&lt;br /&gt;</w:t>
        <w:br/>
        <w:t>І знову сльози виливаю,&lt;br /&gt;</w:t>
        <w:br/>
        <w:t>І думу тяжкую мою&lt;br /&gt;</w:t>
        <w:br/>
        <w:t>Німим стінам передаю.&lt;br /&gt;</w:t>
        <w:br/>
        <w:t>Озовітеся ж, заплачте,&lt;br /&gt;</w:t>
        <w:br/>
        <w:t>Німії, зо мною&lt;br /&gt;</w:t>
        <w:br/>
        <w:t>Над неправдою людською,&lt;br /&gt;</w:t>
        <w:br/>
        <w:t>Над долею злою.&lt;br /&gt;</w:t>
        <w:br/>
        <w:t>Озовітесь? А за вами,&lt;br /&gt;</w:t>
        <w:br/>
        <w:t>Може, озоветься&lt;br /&gt;</w:t>
        <w:br/>
        <w:t>Безталання невсипуще&lt;br /&gt;</w:t>
        <w:br/>
        <w:t>І нам усміхнеться.&lt;br /&gt;</w:t>
        <w:br/>
        <w:t>Поєднає з недолею&lt;br /&gt;</w:t>
        <w:br/>
        <w:t>І з людьми і скаже&lt;br /&gt;</w:t>
        <w:br/>
        <w:t>Спасибі нам. Помолиться&lt;br /&gt;</w:t>
        <w:br/>
        <w:t>Й тихо спати ляже.&lt;br /&gt;</w:t>
        <w:br/>
        <w:t>І примиренному присняться&lt;br /&gt;</w:t>
        <w:br/>
        <w:t>І люди добрі, і любов,&lt;br /&gt;</w:t>
        <w:br/>
        <w:t>І все добро. І встане вранці&lt;br /&gt;</w:t>
        <w:br/>
        <w:t>Веселий і забуде знов&lt;br /&gt;</w:t>
        <w:br/>
        <w:t>Свою недолю. І в неволі&lt;br /&gt;</w:t>
        <w:br/>
        <w:t>Познає рай, познає волю&lt;br /&gt;</w:t>
        <w:br/>
        <w:t>І всетворящую любов.</w:t>
      </w:r>
    </w:p>
    <w:p>
      <w:r>
        <w:br/>
        <w:t>Коло осіннього Миколи,&lt;br /&gt;</w:t>
        <w:br/>
        <w:t>Обідрані, трохи не голі,&lt;br /&gt;</w:t>
        <w:br/>
        <w:t>Бендерським шляхом уночі&lt;br /&gt;</w:t>
        <w:br/>
        <w:t>Ішли цигани. А йдучи —&lt;br /&gt;</w:t>
        <w:br/>
        <w:t>Звичайне, вольниє — співали.&lt;br /&gt;</w:t>
        <w:br/>
        <w:t>Ішли, ішли, а потім стали.&lt;br /&gt;</w:t>
        <w:br/>
        <w:t>Шатро край шляху розп'яли,&lt;br /&gt;</w:t>
        <w:br/>
        <w:t>Огонь чималий розвели&lt;br /&gt;</w:t>
        <w:br/>
        <w:t>І кругом його посідали.&lt;br /&gt;</w:t>
        <w:br/>
        <w:t>Хто з шашликом, а хто і так —&lt;br /&gt;</w:t>
        <w:br/>
        <w:t>Зате він вольний, як козак&lt;br /&gt;</w:t>
        <w:br/>
        <w:t>Колись-то був. Сидять, куняють,&lt;br /&gt;</w:t>
        <w:br/>
        <w:t>А за шатром в степу співає,&lt;br /&gt;</w:t>
        <w:br/>
        <w:t>Неначе п'яна з приданок:&lt;br /&gt;</w:t>
        <w:br/>
        <w:t>Додому йдучи, молодиця:</w:t>
      </w:r>
    </w:p>
    <w:p>
      <w:r>
        <w:br/>
        <w:t>"Ой у новій хаті&lt;br /&gt;</w:t>
        <w:br/>
        <w:t>Полягали спати,&lt;br /&gt;</w:t>
        <w:br/>
        <w:t>Молодій приснилось,&lt;br /&gt;</w:t>
        <w:br/>
        <w:t>Що мати сказилась,&lt;br /&gt;</w:t>
        <w:br/>
        <w:t>Свекор оженився,&lt;br /&gt;</w:t>
        <w:br/>
        <w:t>Батько утопився.&lt;br /&gt;</w:t>
        <w:br/>
        <w:t>І... гу..."</w:t>
      </w:r>
    </w:p>
    <w:p>
      <w:r>
        <w:br/>
        <w:t>Цигани слухають, сміються:</w:t>
      </w:r>
    </w:p>
    <w:p>
      <w:r>
        <w:br/>
        <w:t>— І де ті люди тут возьмуться?&lt;br /&gt;</w:t>
        <w:br/>
        <w:t>Оце, мабуть, із-за Дністра,&lt;br /&gt;</w:t>
        <w:br/>
        <w:t>Бо тут все степ... Мара! Мара! —&lt;br /&gt;</w:t>
        <w:br/>
        <w:t>Цигани крикнули, схопились.&lt;br /&gt;</w:t>
        <w:br/>
        <w:t>А перед ними опинилось&lt;br /&gt;</w:t>
        <w:br/>
        <w:t>Те, що співало. Жаль і страх!&lt;br /&gt;</w:t>
        <w:br/>
        <w:t>В свитині латаній дрижала&lt;br /&gt;</w:t>
        <w:br/>
        <w:t>Якась людина. На ногах&lt;br /&gt;</w:t>
        <w:br/>
        <w:t>І на руках повиступала&lt;br /&gt;</w:t>
        <w:br/>
        <w:t>Од стужі кров; аж струпом стала.&lt;br /&gt;</w:t>
        <w:br/>
        <w:t>І довгі коси в реп'яхах&lt;br /&gt;</w:t>
        <w:br/>
        <w:t>О поли бились в ковтунах.&lt;br /&gt;</w:t>
        <w:br/>
        <w:t>Постояла, а потім сіла&lt;br /&gt;</w:t>
        <w:br/>
        <w:t>Коло огню і руки гріла&lt;br /&gt;</w:t>
        <w:br/>
        <w:t>На самім полум'ї. — Ну, так!&lt;br /&gt;</w:t>
        <w:br/>
        <w:t>Оженився неборак! —&lt;br /&gt;</w:t>
        <w:br/>
        <w:t>Сама собі вона шептала&lt;br /&gt;</w:t>
        <w:br/>
        <w:t>І тяжко, страшно усміхалась.&lt;br /&gt;</w:t>
        <w:br/>
        <w:t>Що се таке? Се не мара.&lt;br /&gt;</w:t>
        <w:br/>
        <w:t>Моя се мати і сестра,&lt;br /&gt;</w:t>
        <w:br/>
        <w:t>Моя се відьма, щоб ви знали.</w:t>
      </w:r>
    </w:p>
    <w:p>
      <w:r>
        <w:br/>
        <w:t>Цигани</w:t>
      </w:r>
    </w:p>
    <w:p>
      <w:r>
        <w:br/>
        <w:t>А відкіля ти, молодице?</w:t>
      </w:r>
    </w:p>
    <w:p>
      <w:r>
        <w:br/>
        <w:t>Відьма</w:t>
      </w:r>
    </w:p>
    <w:p>
      <w:r>
        <w:br/>
        <w:t>Хто, я?</w:t>
      </w:r>
    </w:p>
    <w:p>
      <w:r>
        <w:br/>
        <w:t>(співає)</w:t>
      </w:r>
    </w:p>
    <w:p>
      <w:r>
        <w:br/>
        <w:t>"Як була я молодиця,&lt;br /&gt;</w:t>
        <w:br/>
        <w:t>Цілували мене в лице,&lt;br /&gt;</w:t>
        <w:br/>
        <w:t>А як стала стара баба,&lt;br /&gt;</w:t>
        <w:br/>
        <w:t>Цілували б, була б рада"</w:t>
      </w:r>
    </w:p>
    <w:p>
      <w:r>
        <w:br/>
        <w:t>Циган</w:t>
      </w:r>
    </w:p>
    <w:p>
      <w:r>
        <w:br/>
        <w:t>Співуча, нічого сказать.&lt;br /&gt;</w:t>
        <w:br/>
        <w:t>Якби собі таку достать,&lt;br /&gt;</w:t>
        <w:br/>
        <w:t>Та ще й з медведем...</w:t>
      </w:r>
    </w:p>
    <w:p>
      <w:r>
        <w:br/>
        <w:t>Відьма</w:t>
      </w:r>
    </w:p>
    <w:p>
      <w:r>
        <w:br/>
        <w:t>Я співаю.&lt;br /&gt;</w:t>
        <w:br/>
        <w:t>Чи то сижу, чи то гуляю,&lt;br /&gt;</w:t>
        <w:br/>
        <w:t>Все співаю, все співаю,&lt;br /&gt;</w:t>
        <w:br/>
        <w:t>Уже забула говорить...&lt;br /&gt;</w:t>
        <w:br/>
        <w:t>А перше добре говорила.</w:t>
      </w:r>
    </w:p>
    <w:p>
      <w:r>
        <w:br/>
        <w:t>Циган</w:t>
      </w:r>
    </w:p>
    <w:p>
      <w:r>
        <w:br/>
        <w:t>Де ж ти була, що заблудила?</w:t>
      </w:r>
    </w:p>
    <w:p>
      <w:r>
        <w:br/>
        <w:t>Відьма</w:t>
      </w:r>
    </w:p>
    <w:p>
      <w:r>
        <w:br/>
        <w:t>Хто, я? чи ти?</w:t>
      </w:r>
    </w:p>
    <w:p>
      <w:r>
        <w:br/>
        <w:t>(шепче)</w:t>
      </w:r>
    </w:p>
    <w:p>
      <w:r>
        <w:br/>
        <w:t>Цить лишень, цить.&lt;br /&gt;</w:t>
        <w:br/>
        <w:t>Он, бач, зо мною пан лежить.&lt;br /&gt;</w:t>
        <w:br/>
        <w:t>Огонь погас, а місяць сходить,&lt;br /&gt;</w:t>
        <w:br/>
        <w:t>В яру пасеться вовкулак...</w:t>
      </w:r>
    </w:p>
    <w:p>
      <w:r>
        <w:br/>
        <w:t>(усміхнувшись)</w:t>
      </w:r>
    </w:p>
    <w:p>
      <w:r>
        <w:br/>
        <w:t>Я в приданках була, впилася,&lt;br /&gt;</w:t>
        <w:br/>
        <w:t>І молода не придалася...&lt;br /&gt;</w:t>
        <w:br/>
        <w:t>А все то прокляті пани&lt;br /&gt;</w:t>
        <w:br/>
        <w:t>З дівчатами такеє діють...&lt;br /&gt;</w:t>
        <w:br/>
        <w:t>Ще треба другу одружить.&lt;br /&gt;</w:t>
        <w:br/>
        <w:t>Піду, без мене не зуміють&lt;br /&gt;</w:t>
        <w:br/>
        <w:t>І в домовину положить...</w:t>
      </w:r>
    </w:p>
    <w:p>
      <w:r>
        <w:br/>
        <w:t>Цигани</w:t>
      </w:r>
    </w:p>
    <w:p>
      <w:r>
        <w:br/>
        <w:t>Не йди, небого, будь ти з нами!&lt;br /&gt;</w:t>
        <w:br/>
        <w:t>У нас, їй-богу, добре жить.</w:t>
      </w:r>
    </w:p>
    <w:p>
      <w:r>
        <w:br/>
        <w:t>Відьма</w:t>
      </w:r>
    </w:p>
    <w:p>
      <w:r>
        <w:br/>
        <w:t>А діти єсть у вас?</w:t>
      </w:r>
    </w:p>
    <w:p>
      <w:r>
        <w:br/>
        <w:t>Цигани</w:t>
      </w:r>
    </w:p>
    <w:p>
      <w:r>
        <w:br/>
        <w:t>Немає.</w:t>
      </w:r>
    </w:p>
    <w:p>
      <w:r>
        <w:br/>
        <w:t>Відьма</w:t>
      </w:r>
    </w:p>
    <w:p>
      <w:r>
        <w:br/>
        <w:t>Кого ж годуєте єсте?&lt;br /&gt;</w:t>
        <w:br/>
        <w:t>Кого ви спати кладете?&lt;br /&gt;</w:t>
        <w:br/>
        <w:t>Кого колишете вночі?&lt;br /&gt;</w:t>
        <w:br/>
        <w:t>Лягаючи і встаючи,&lt;br /&gt;</w:t>
        <w:br/>
        <w:t>За кого молитесь? Ох, діти!&lt;br /&gt;</w:t>
        <w:br/>
        <w:t>І все діти! І все діти!&lt;br /&gt;</w:t>
        <w:br/>
        <w:t>Не знаю, де од їх подітись.&lt;br /&gt;</w:t>
        <w:br/>
        <w:t>Де не піду, й вони за мною,&lt;br /&gt;</w:t>
        <w:br/>
        <w:t>Вони з'їдять мене колись...</w:t>
      </w:r>
    </w:p>
    <w:p>
      <w:r>
        <w:br/>
        <w:t>Цигани</w:t>
      </w:r>
    </w:p>
    <w:p>
      <w:r>
        <w:br/>
        <w:t>Не плач, небого, не журись.&lt;br /&gt;</w:t>
        <w:br/>
        <w:t>У нас дітей нема й заводу.</w:t>
      </w:r>
    </w:p>
    <w:p>
      <w:r>
        <w:br/>
        <w:t>Відьма</w:t>
      </w:r>
    </w:p>
    <w:p>
      <w:r>
        <w:br/>
        <w:t>Хоч з гори та в воду.</w:t>
      </w:r>
    </w:p>
    <w:p>
      <w:r>
        <w:br/>
        <w:t>І відьма тяжко заридала.&lt;br /&gt;</w:t>
        <w:br/>
        <w:t>Цигани мовчки дивувались,&lt;br /&gt;</w:t>
        <w:br/>
        <w:t>Поки поснули, де хто впав,&lt;br /&gt;</w:t>
        <w:br/>
        <w:t>Вона ж не спала, не журилась.&lt;br /&gt;</w:t>
        <w:br/>
        <w:t>Сиділа, ноги устромила&lt;br /&gt;</w:t>
        <w:br/>
        <w:t>В гарячий попіл. Виступав&lt;br /&gt;</w:t>
        <w:br/>
        <w:t>Щербатий місяць з-за могили&lt;br /&gt;</w:t>
        <w:br/>
        <w:t>І на шатро мов позирав,&lt;br /&gt;</w:t>
        <w:br/>
        <w:t>Аж поки хмари заступили.</w:t>
      </w:r>
    </w:p>
    <w:p>
      <w:r>
        <w:br/>
        <w:t>Чом не спиться багатому&lt;br /&gt;</w:t>
        <w:br/>
        <w:t>Сивому, гладкому?&lt;br /&gt;</w:t>
        <w:br/>
        <w:t>Чом не спиться убогому&lt;br /&gt;</w:t>
        <w:br/>
        <w:t>Сироті старому?&lt;br /&gt;</w:t>
        <w:br/>
        <w:t>Один дума, як би його&lt;br /&gt;</w:t>
        <w:br/>
        <w:t>Достроїть палати.&lt;br /&gt;</w:t>
        <w:br/>
        <w:t>Другий дума, як би його&lt;br /&gt;</w:t>
        <w:br/>
        <w:t>На подзвін придбати.&lt;br /&gt;</w:t>
        <w:br/>
        <w:t>Один старий одпочине&lt;br /&gt;</w:t>
        <w:br/>
        <w:t>В пишній домовині.&lt;br /&gt;</w:t>
        <w:br/>
        <w:t>Другий старий і так собі&lt;br /&gt;</w:t>
        <w:br/>
        <w:t>Де-небудь під тином.&lt;br /&gt;</w:t>
        <w:br/>
        <w:t>І обидва спочивають&lt;br /&gt;</w:t>
        <w:br/>
        <w:t>І гадки не мають.&lt;br /&gt;</w:t>
        <w:br/>
        <w:t>Убогого не згадують,&lt;br /&gt;</w:t>
        <w:br/>
        <w:t>А того ще й лають.</w:t>
      </w:r>
    </w:p>
    <w:p>
      <w:r>
        <w:br/>
        <w:t>Коло огню старий циган&lt;br /&gt;</w:t>
        <w:br/>
        <w:t>З люлькою куняє.&lt;br /&gt;</w:t>
        <w:br/>
        <w:t>Позирає на приблуду&lt;br /&gt;</w:t>
        <w:br/>
        <w:t>Й на подзвін не дбає.</w:t>
      </w:r>
    </w:p>
    <w:p>
      <w:r>
        <w:br/>
        <w:t>Циган</w:t>
      </w:r>
    </w:p>
    <w:p>
      <w:r>
        <w:br/>
        <w:t>Чому не ляжеш, не спочинеш?&lt;br /&gt;</w:t>
        <w:br/>
        <w:t>Зірниця сходить, подивись</w:t>
      </w:r>
    </w:p>
    <w:p>
      <w:r>
        <w:br/>
        <w:t>Відьма</w:t>
      </w:r>
    </w:p>
    <w:p>
      <w:r>
        <w:br/>
        <w:t>Дивилась я — вже ти дивись.</w:t>
      </w:r>
    </w:p>
    <w:p>
      <w:r>
        <w:br/>
        <w:t>Циган</w:t>
      </w:r>
    </w:p>
    <w:p>
      <w:r>
        <w:br/>
        <w:t>Ми рано рушимо, покинем,&lt;br /&gt;</w:t>
        <w:br/>
        <w:t>Як не проспишся.</w:t>
      </w:r>
    </w:p>
    <w:p>
      <w:r>
        <w:br/>
        <w:t>Відьма</w:t>
      </w:r>
    </w:p>
    <w:p>
      <w:r>
        <w:br/>
        <w:t>Не просплюсь.&lt;br /&gt;</w:t>
        <w:br/>
        <w:t>Я вже ніколи не просплюсь.&lt;br /&gt;</w:t>
        <w:br/>
        <w:t>Отак де-небудь і загину&lt;br /&gt;</w:t>
        <w:br/>
        <w:t>У бур'яні...</w:t>
      </w:r>
    </w:p>
    <w:p>
      <w:r>
        <w:br/>
        <w:t>(співає тихо)</w:t>
      </w:r>
    </w:p>
    <w:p>
      <w:r>
        <w:br/>
        <w:t>"Гаю, гаю, темі лй гаю,&lt;br /&gt;</w:t>
        <w:br/>
        <w:t>Тихенький Дунаю!&lt;br /&gt;</w:t>
        <w:br/>
        <w:t>Ой у гаї погуляю,&lt;br /&gt;</w:t>
        <w:br/>
        <w:t>В Дунаю скупаюсь.&lt;br /&gt;</w:t>
        <w:br/>
        <w:t>В зеленому баговинні&lt;br /&gt;</w:t>
        <w:br/>
        <w:t>Трохи одпочину...&lt;br /&gt;</w:t>
        <w:br/>
        <w:t>Та, може, ще хоч каліку&lt;br /&gt;</w:t>
        <w:br/>
        <w:t>Приведу дитину..."&lt;br /&gt;</w:t>
        <w:br/>
        <w:t>Дарма! аби собі ходило&lt;br /&gt;</w:t>
        <w:br/>
        <w:t>Та вміло матір проклинать.&lt;br /&gt;</w:t>
        <w:br/>
        <w:t>А он, чи бачиш, на могилі&lt;br /&gt;</w:t>
        <w:br/>
        <w:t>Очима лупа кошеня?&lt;br /&gt;</w:t>
        <w:br/>
        <w:t>Іди до мене. Кицю, кицю...&lt;br /&gt;</w:t>
        <w:br/>
        <w:t>Не йде, прокляте бісеня!&lt;br /&gt;</w:t>
        <w:br/>
        <w:t>А то дала б тобі напиться&lt;br /&gt;</w:t>
        <w:br/>
        <w:t>З моєї чистої криниці...</w:t>
      </w:r>
    </w:p>
    <w:p>
      <w:r>
        <w:br/>
        <w:t>(приспівує)</w:t>
      </w:r>
    </w:p>
    <w:p>
      <w:r>
        <w:br/>
        <w:t>"Стоїть кутя на покуті,&lt;br /&gt;</w:t>
        <w:br/>
        <w:t>А в запічку діти.&lt;br /&gt;</w:t>
        <w:br/>
        <w:t>Наплодила, наводила,&lt;br /&gt;</w:t>
        <w:br/>
        <w:t>Та нема де діти:&lt;br /&gt;</w:t>
        <w:br/>
        <w:t>Чи то потопити?&lt;br /&gt;</w:t>
        <w:br/>
        <w:t>Чи то подушити?&lt;br /&gt;</w:t>
        <w:br/>
        <w:t>Чи жидові на кров продать,&lt;br /&gt;</w:t>
        <w:br/>
        <w:t>А гроші пропити?"&lt;br /&gt;</w:t>
        <w:br/>
        <w:t>Що, добре наші завдають?&lt;br /&gt;</w:t>
        <w:br/>
        <w:t>Сідай лиш ближченько, отут.&lt;br /&gt;</w:t>
        <w:br/>
        <w:t>Ото-то й то! А ти не знаєш...&lt;br /&gt;</w:t>
        <w:br/>
        <w:t>Що я в Волощині була.&lt;br /&gt;</w:t>
        <w:br/>
        <w:t>Я розкажу, як нагадаю.&lt;br /&gt;</w:t>
        <w:br/>
        <w:t>Близнят в Бендерах привела,&lt;br /&gt;</w:t>
        <w:br/>
        <w:t>У білих Яссах колихала,&lt;br /&gt;</w:t>
        <w:br/>
        <w:t>У Дунаєві купала,&lt;br /&gt;</w:t>
        <w:br/>
        <w:t>В Туреччині сповила&lt;br /&gt;</w:t>
        <w:br/>
        <w:t>Та додому однесла —&lt;br /&gt;</w:t>
        <w:br/>
        <w:t>Аж у Київ. Та вже дома,&lt;br /&gt;</w:t>
        <w:br/>
        <w:t>Без кадила, без кропила,&lt;br /&gt;</w:t>
        <w:br/>
        <w:t>За три шаги охрестила,&lt;br /&gt;</w:t>
        <w:br/>
        <w:t>А три шаги пропила.&lt;br /&gt;</w:t>
        <w:br/>
        <w:t>Упилася, упилась!&lt;br /&gt;</w:t>
        <w:br/>
        <w:t>І досі п'яна!..&lt;br /&gt;</w:t>
        <w:br/>
        <w:t>І вже ніколи не просплюся.&lt;br /&gt;</w:t>
        <w:br/>
        <w:t>Бо я вже й бога не боюся&lt;br /&gt;</w:t>
        <w:br/>
        <w:t>І не соромлюся людей.&lt;br /&gt;</w:t>
        <w:br/>
        <w:t>Коли б мені отих дітей&lt;br /&gt;</w:t>
        <w:br/>
        <w:t>Найти де-небудь! Ти не знаєш,&lt;br /&gt;</w:t>
        <w:br/>
        <w:t>Чи є в Туреччині война?</w:t>
      </w:r>
    </w:p>
    <w:p>
      <w:r>
        <w:br/>
        <w:t>Циган</w:t>
      </w:r>
    </w:p>
    <w:p>
      <w:r>
        <w:br/>
        <w:t>Була колись, — тепер нема.&lt;br /&gt;</w:t>
        <w:br/>
        <w:t>Умер найстарший старшина.</w:t>
      </w:r>
    </w:p>
    <w:p>
      <w:r>
        <w:br/>
        <w:t>Відьма</w:t>
      </w:r>
    </w:p>
    <w:p>
      <w:r>
        <w:br/>
        <w:t>А я думала, що й досі...&lt;br /&gt;</w:t>
        <w:br/>
        <w:t>Аж уже немає.&lt;br /&gt;</w:t>
        <w:br/>
        <w:t>Слухай лишень, скажу тобі,&lt;br /&gt;</w:t>
        <w:br/>
        <w:t>Кого я шукаю.&lt;br /&gt;</w:t>
        <w:br/>
        <w:t>Я шукаю Наталочку&lt;br /&gt;</w:t>
        <w:br/>
        <w:t>Та сина Івана.&lt;br /&gt;</w:t>
        <w:br/>
        <w:t>Дочку свою Наталоньку...&lt;br /&gt;</w:t>
        <w:br/>
        <w:t>Та шукаю пана,&lt;br /&gt;</w:t>
        <w:br/>
        <w:t>Того Ірода, що, знаєш?..&lt;br /&gt;</w:t>
        <w:br/>
        <w:t>Стривай, нагадала.&lt;br /&gt;</w:t>
        <w:br/>
        <w:t>Як була я молодою —&lt;br /&gt;</w:t>
        <w:br/>
        <w:t>І гадки не мала,&lt;br /&gt;</w:t>
        <w:br/>
        <w:t>По садочку похожала,&lt;br /&gt;</w:t>
        <w:br/>
        <w:t>Квітчалась, пишалась.&lt;br /&gt;</w:t>
        <w:br/>
        <w:t>А він мене і набачив,&lt;br /&gt;</w:t>
        <w:br/>
        <w:t>Ірод!.. І не снилось,&lt;br /&gt;</w:t>
        <w:br/>
        <w:t>Що я була крепачкою,&lt;br /&gt;</w:t>
        <w:br/>
        <w:t>А то б утопилась, —&lt;br /&gt;</w:t>
        <w:br/>
        <w:t>Було б легше. От набачив,&lt;br /&gt;</w:t>
        <w:br/>
        <w:t>Та й бере в покої,&lt;br /&gt;</w:t>
        <w:br/>
        <w:t>І стриже, неначе хлопця,&lt;br /&gt;</w:t>
        <w:br/>
        <w:t>І в поход з собою&lt;br /&gt;</w:t>
        <w:br/>
        <w:t>Бере мене. У Бендери&lt;br /&gt;</w:t>
        <w:br/>
        <w:t>Прийшли ми. Стояли&lt;br /&gt;</w:t>
        <w:br/>
        <w:t>З москалями на кватирях.&lt;br /&gt;</w:t>
        <w:br/>
        <w:t>А москалі за Дунаєм&lt;br /&gt;</w:t>
        <w:br/>
        <w:t>Турка воювали.&lt;br /&gt;</w:t>
        <w:br/>
        <w:t>Тут дав бог мені близнята&lt;br /&gt;</w:t>
        <w:br/>
        <w:t>Якраз протав спаса.&lt;br /&gt;</w:t>
        <w:br/>
        <w:t>А він мене і покинув.&lt;br /&gt;</w:t>
        <w:br/>
        <w:t>Не вступив і в хату,&lt;br /&gt;</w:t>
        <w:br/>
        <w:t>На дітей своїх не глянув,&lt;br /&gt;</w:t>
        <w:br/>
        <w:t>Луципер проклятий!&lt;br /&gt;</w:t>
        <w:br/>
        <w:t>Пішов собі з москалями,&lt;br /&gt;</w:t>
        <w:br/>
        <w:t>А я з байстрюками&lt;br /&gt;</w:t>
        <w:br/>
        <w:t>Повертала в Україну&lt;br /&gt;</w:t>
        <w:br/>
        <w:t>Степами, тернами,&lt;br /&gt;</w:t>
        <w:br/>
        <w:t>Острижена. Та й байдуже.&lt;br /&gt;</w:t>
        <w:br/>
        <w:t>У селах питала&lt;br /&gt;</w:t>
        <w:br/>
        <w:t>Шлях у Київ. І що з мене&lt;br /&gt;</w:t>
        <w:br/>
        <w:t>Люди насміялись...&lt;br /&gt;</w:t>
        <w:br/>
        <w:t>Трохи була не втопилась,&lt;br /&gt;</w:t>
        <w:br/>
        <w:t>Та жаль було кинуть&lt;br /&gt;</w:t>
        <w:br/>
        <w:t>Близняточок. То сяк, то так&lt;br /&gt;</w:t>
        <w:br/>
        <w:t>На свою країну&lt;br /&gt;</w:t>
        <w:br/>
        <w:t>Придибала. Одпочила.&lt;br /&gt;</w:t>
        <w:br/>
        <w:t>Вечора діждалась,&lt;br /&gt;</w:t>
        <w:br/>
        <w:t>Та й у село. Хотілось, бач,&lt;br /&gt;</w:t>
        <w:br/>
        <w:t>Щоб люди не знали.&lt;br /&gt;</w:t>
        <w:br/>
        <w:t>От я крадусь попідтинню&lt;br /&gt;</w:t>
        <w:br/>
        <w:t>До своєї хати.&lt;br /&gt;</w:t>
        <w:br/>
        <w:t>В хаті темно, нема дома,&lt;br /&gt;</w:t>
        <w:br/>
        <w:t>Лбо вже ліг спати&lt;br /&gt;</w:t>
        <w:br/>
        <w:t>Мій батечко одинокий.&lt;br /&gt;</w:t>
        <w:br/>
        <w:t>Я ледве ступаю:&lt;br /&gt;</w:t>
        <w:br/>
        <w:t>Вхожу в хату. Аж щось стогне,&lt;br /&gt;</w:t>
        <w:br/>
        <w:t>Ніби умирає, —&lt;br /&gt;</w:t>
        <w:br/>
        <w:t>То мій батько. І нікому&lt;br /&gt;</w:t>
        <w:br/>
        <w:t>Ні перехрестити,&lt;br /&gt;</w:t>
        <w:br/>
        <w:t>Ні рук скласти. О прокляті,&lt;br /&gt;</w:t>
        <w:br/>
        <w:t>Лукавії діти,&lt;br /&gt;</w:t>
        <w:br/>
        <w:t>Що ви дієте на світі!..&lt;br /&gt;</w:t>
        <w:br/>
        <w:t>Я перелякалась,&lt;br /&gt;</w:t>
        <w:br/>
        <w:t>Хата пусткою смерділа...&lt;br /&gt;</w:t>
        <w:br/>
        <w:t>От я заховала&lt;br /&gt;</w:t>
        <w:br/>
        <w:t>Близнят своїх у коморі,&lt;br /&gt;</w:t>
        <w:br/>
        <w:t>Вбігаю у хату,&lt;br /&gt;</w:t>
        <w:br/>
        <w:t>А він уже ледве дише.&lt;br /&gt;</w:t>
        <w:br/>
        <w:t>Я до його. — Тату!&lt;br /&gt;</w:t>
        <w:br/>
        <w:t>Мій таточку! це я прийшла. —&lt;br /&gt;</w:t>
        <w:br/>
        <w:t>За руки хватаю.&lt;br /&gt;</w:t>
        <w:br/>
        <w:t>— Це я, — кажу. А він мені&lt;br /&gt;</w:t>
        <w:br/>
        <w:t>Шепче: — Я прощаю.&lt;br /&gt;</w:t>
        <w:br/>
        <w:t>Я прощаю. — Тільки й чула.&lt;br /&gt;</w:t>
        <w:br/>
        <w:t>Здається, я впала.&lt;br /&gt;</w:t>
        <w:br/>
        <w:t>І заснула. Якби була&lt;br /&gt;</w:t>
        <w:br/>
        <w:t>Довіку проспала!&lt;br /&gt;</w:t>
        <w:br/>
        <w:t>Опівночі прокинулась:&lt;br /&gt;</w:t>
        <w:br/>
        <w:t>Як у ямі, в хаті.&lt;br /&gt;</w:t>
        <w:br/>
        <w:t>А за руку батько давить.&lt;br /&gt;</w:t>
        <w:br/>
        <w:t>— Тату! — кричу. — Тату! —&lt;br /&gt;</w:t>
        <w:br/>
        <w:t>А він уже так як крига...&lt;br /&gt;</w:t>
        <w:br/>
        <w:t>Насилу я руку&lt;br /&gt;</w:t>
        <w:br/>
        <w:t>Випручала. Що, цигане,&lt;br /&gt;</w:t>
        <w:br/>
        <w:t>Якби таку суку&lt;br /&gt;</w:t>
        <w:br/>
        <w:t>Тобі дочку. Що б зробив?</w:t>
      </w:r>
    </w:p>
    <w:p>
      <w:r>
        <w:br/>
        <w:t>Циган&lt;br /&gt;</w:t>
        <w:br/>
        <w:t>Їй-богу, не знаю.</w:t>
      </w:r>
    </w:p>
    <w:p>
      <w:r>
        <w:br/>
        <w:t>Відьма&lt;br /&gt;</w:t>
        <w:br/>
        <w:t>Та мовчи вже, бо забуду.&lt;br /&gt;</w:t>
        <w:br/>
        <w:t>Потім не згадаю.&lt;br /&gt;</w:t>
        <w:br/>
        <w:t>Дітей, бачся, годувала&lt;br /&gt;</w:t>
        <w:br/>
        <w:t>Та в засік ховала.&lt;br /&gt;</w:t>
        <w:br/>
        <w:t>Та очіпок, се вже вранці,&lt;br /&gt;</w:t>
        <w:br/>
        <w:t>Клоччям вимощала,&lt;br /&gt;</w:t>
        <w:br/>
        <w:t>Щоб не знать було, що стрига"&lt;br /&gt;</w:t>
        <w:br/>
        <w:t>Прибралась, ходила,&lt;br /&gt;</w:t>
        <w:br/>
        <w:t>Поки люди домовину&lt;br /&gt;</w:t>
        <w:br/>
        <w:t>Надворі робили.&lt;br /&gt;</w:t>
        <w:br/>
        <w:t>Доробили, положили,&lt;br /&gt;</w:t>
        <w:br/>
        <w:t>Понесли, сховали...&lt;br /&gt;</w:t>
        <w:br/>
        <w:t>І одна я, як билина&lt;br /&gt;</w:t>
        <w:br/>
        <w:t>На полі, осталась&lt;br /&gt;</w:t>
        <w:br/>
        <w:t>На сім світі... Були діти —&lt;br /&gt;</w:t>
        <w:br/>
        <w:t>І тих не осталось.&lt;br /&gt;</w:t>
        <w:br/>
        <w:t>"Через яр ходила&lt;br /&gt;</w:t>
        <w:br/>
        <w:t>Та воду носила,&lt;br /&gt;</w:t>
        <w:br/>
        <w:t>Коровай сама бгала,&lt;br /&gt;</w:t>
        <w:br/>
        <w:t>Дочку оддавала,&lt;br /&gt;</w:t>
        <w:br/>
        <w:t>Сина оженила...&lt;br /&gt;</w:t>
        <w:br/>
        <w:t>І... гу..."</w:t>
      </w:r>
    </w:p>
    <w:p>
      <w:r>
        <w:br/>
        <w:t>Циган</w:t>
      </w:r>
    </w:p>
    <w:p>
      <w:r>
        <w:br/>
        <w:t>Не скигли, бо ти всіх побудиш.</w:t>
      </w:r>
    </w:p>
    <w:p>
      <w:r>
        <w:br/>
        <w:t>Відьма</w:t>
      </w:r>
    </w:p>
    <w:p>
      <w:r>
        <w:br/>
        <w:t>Хіба я скиглю, навісний?</w:t>
      </w:r>
    </w:p>
    <w:p>
      <w:r>
        <w:br/>
        <w:t>Циган</w:t>
      </w:r>
    </w:p>
    <w:p>
      <w:r>
        <w:br/>
        <w:t>Та добре, добре. Що дальш буде?&lt;br /&gt;</w:t>
        <w:br/>
        <w:t>Розказуй дальше.</w:t>
      </w:r>
    </w:p>
    <w:p>
      <w:r>
        <w:br/>
        <w:t>Відьма</w:t>
      </w:r>
    </w:p>
    <w:p>
      <w:r>
        <w:br/>
        <w:t>Що даси?&lt;br /&gt;</w:t>
        <w:br/>
        <w:t>Навариш завтра мамалиґи!&lt;br /&gt;</w:t>
        <w:br/>
        <w:t>Я кукурузи принесу.&lt;br /&gt;</w:t>
        <w:br/>
        <w:t>Нагадала! Нагадала.&lt;br /&gt;</w:t>
        <w:br/>
        <w:t>З дочкою ліг спати...&lt;br /&gt;</w:t>
        <w:br/>
        <w:t>Завдав сина у лакеї...&lt;br /&gt;</w:t>
        <w:br/>
        <w:t>Громадою з хати&lt;br /&gt;</w:t>
        <w:br/>
        <w:t>Виганяли... Нагадала.&lt;br /&gt;</w:t>
        <w:br/>
        <w:t>Я собак дражнила&lt;br /&gt;</w:t>
        <w:br/>
        <w:t>Попід вікнами з старцями.&lt;br /&gt;</w:t>
        <w:br/>
        <w:t>І байстрят носила&lt;br /&gt;</w:t>
        <w:br/>
        <w:t>За плечима. Щоб привчались.&lt;br /&gt;</w:t>
        <w:br/>
        <w:t>Аж і сам приїхав.&lt;br /&gt;</w:t>
        <w:br/>
        <w:t>Я до його кинулася,&lt;br /&gt;</w:t>
        <w:br/>
        <w:t>Забудучи лихо.&lt;br /&gt;</w:t>
        <w:br/>
        <w:t>Привітав мене луципер,&lt;br /&gt;</w:t>
        <w:br/>
        <w:t>Благословив діток&lt;br /&gt;</w:t>
        <w:br/>
        <w:t>Та й забрав їх у покої...&lt;br /&gt;</w:t>
        <w:br/>
        <w:t>Ростуть мої квіти!&lt;br /&gt;</w:t>
        <w:br/>
        <w:t>Та й виросли. Сина Йвана&lt;br /&gt;</w:t>
        <w:br/>
        <w:t>Оддав якійсь пані&lt;br /&gt;</w:t>
        <w:br/>
        <w:t>У лакеї. А Наталю...&lt;br /&gt;</w:t>
        <w:br/>
        <w:t>Чи твої цигани&lt;br /&gt;</w:t>
        <w:br/>
        <w:t>Всі поснули?</w:t>
      </w:r>
    </w:p>
    <w:p>
      <w:r>
        <w:br/>
        <w:t>Циган</w:t>
      </w:r>
    </w:p>
    <w:p>
      <w:r>
        <w:br/>
        <w:t>Всі поснули.</w:t>
      </w:r>
    </w:p>
    <w:p>
      <w:r>
        <w:br/>
        <w:t>Відьма</w:t>
      </w:r>
    </w:p>
    <w:p>
      <w:r>
        <w:br/>
        <w:t>Бо щоб не почули&lt;br /&gt;</w:t>
        <w:br/>
        <w:t>Мого слова. Страшно буде.&lt;br /&gt;</w:t>
        <w:br/>
        <w:t>І ти, старий друже,&lt;br /&gt;</w:t>
        <w:br/>
        <w:t>Злякаєшся, як вимовлю...&lt;br /&gt;</w:t>
        <w:br/>
        <w:t>Чи тобі байдуже?&lt;br /&gt;</w:t>
        <w:br/>
        <w:t>Наталоньку! Дитя своє!&lt;br /&gt;</w:t>
        <w:br/>
        <w:t>Ірод нечестивий!..&lt;br /&gt;</w:t>
        <w:br/>
        <w:t>Занапастив... А до того&lt;br /&gt;</w:t>
        <w:br/>
        <w:t>Посилає в Київ&lt;br /&gt;</w:t>
        <w:br/>
        <w:t>Мене, бачиш, молитися.&lt;br /&gt;</w:t>
        <w:br/>
        <w:t>Я, дурна, й ходила,&lt;br /&gt;</w:t>
        <w:br/>
        <w:t>І молилась... Ні, цигане,&lt;br /&gt;</w:t>
        <w:br/>
        <w:t>Я марне молилась.&lt;br /&gt;</w:t>
        <w:br/>
        <w:t>Чи в вас єсть бог який-небудь?&lt;br /&gt;</w:t>
        <w:br/>
        <w:t>В нас його немає...&lt;br /&gt;</w:t>
        <w:br/>
        <w:t>Пани вкрали та в шкатулі&lt;br /&gt;</w:t>
        <w:br/>
        <w:t>У себе й ховають.&lt;br /&gt;</w:t>
        <w:br/>
        <w:t>Вертаюся із Києва.&lt;br /&gt;</w:t>
        <w:br/>
        <w:t>Замкнуті покої.&lt;br /&gt;</w:t>
        <w:br/>
        <w:t>Він узяв її з собою&lt;br /&gt;</w:t>
        <w:br/>
        <w:t>Та й поїхав з нею,&lt;br /&gt;</w:t>
        <w:br/>
        <w:t>З Наталею... Чи чуєш ти?&lt;br /&gt;</w:t>
        <w:br/>
        <w:t>І остриг, проклятий,&lt;br /&gt;</w:t>
        <w:br/>
        <w:t>Дитя своє. Полетіла&lt;br /&gt;</w:t>
        <w:br/>
        <w:t>Я його шукати.&lt;br /&gt;</w:t>
        <w:br/>
        <w:t>В Волощину. Та й шукаю,&lt;br /&gt;</w:t>
        <w:br/>
        <w:t>Совою літаю&lt;br /&gt;</w:t>
        <w:br/>
        <w:t>Над байраками. Та діток,&lt;br /&gt;</w:t>
        <w:br/>
        <w:t>Діточок шукаю,&lt;br /&gt;</w:t>
        <w:br/>
        <w:t>Наталоньку!.. Ні, ні, ні, ні!&lt;br /&gt;</w:t>
        <w:br/>
        <w:t>Я шукаю пана.&lt;br /&gt;</w:t>
        <w:br/>
        <w:t>Розірву!.. Возьміть до себе&lt;br /&gt;</w:t>
        <w:br/>
        <w:t>І мене, цигани,&lt;br /&gt;</w:t>
        <w:br/>
        <w:t>Я медведя водитиму,&lt;br /&gt;</w:t>
        <w:br/>
        <w:t>А як найду ката,&lt;br /&gt;</w:t>
        <w:br/>
        <w:t>То й спущу його на його.&lt;br /&gt;</w:t>
        <w:br/>
        <w:t>Отоді, проклятий!..&lt;br /&gt;</w:t>
        <w:br/>
        <w:t>Ні, не спущу. Сама його&lt;br /&gt;</w:t>
        <w:br/>
        <w:t>Загризу... Чи чуєш?&lt;br /&gt;</w:t>
        <w:br/>
        <w:t>Одружимось, моє серце,&lt;br /&gt;</w:t>
        <w:br/>
        <w:t>Я й досі дівую.&lt;br /&gt;</w:t>
        <w:br/>
        <w:t>А сина вже оженила,&lt;br /&gt;</w:t>
        <w:br/>
        <w:t>А дочка й так буде.&lt;br /&gt;</w:t>
        <w:br/>
        <w:t>Лазитиме попідтинню,&lt;br /&gt;</w:t>
        <w:br/>
        <w:t>Поки найдуть люди&lt;br /&gt;</w:t>
        <w:br/>
        <w:t>Неживою. Чи ти бачив?&lt;br /&gt;</w:t>
        <w:br/>
        <w:t>Там такий хороший&lt;br /&gt;</w:t>
        <w:br/>
        <w:t>Мій син Іван... Ух, холодно!&lt;br /&gt;</w:t>
        <w:br/>
        <w:t>Позич мені грошей,&lt;br /&gt;</w:t>
        <w:br/>
        <w:t>Намиста доброго куплю.&lt;br /&gt;</w:t>
        <w:br/>
        <w:t>Та й тебе повішу,&lt;br /&gt;</w:t>
        <w:br/>
        <w:t>А сама піду додому...&lt;br /&gt;</w:t>
        <w:br/>
        <w:t>Дивись, миша, миша&lt;br /&gt;</w:t>
        <w:br/>
        <w:t>Несе у Київ мишенят.&lt;br /&gt;</w:t>
        <w:br/>
        <w:t>Не донесеш, утопиш десь,&lt;br /&gt;</w:t>
        <w:br/>
        <w:t>Або пан одніме,&lt;br /&gt;</w:t>
        <w:br/>
        <w:t>Чи я найду моїх діток,&lt;br /&gt;</w:t>
        <w:br/>
        <w:t>Чи так і загину? —</w:t>
      </w:r>
    </w:p>
    <w:p>
      <w:r>
        <w:br/>
        <w:t>Та й замовкла, мов заснула.&lt;br /&gt;</w:t>
        <w:br/>
        <w:t>Цигани вставали,&lt;br /&gt;</w:t>
        <w:br/>
        <w:t>Розбирали шатро своє,&lt;br /&gt;</w:t>
        <w:br/>
        <w:t>В дорогу рушали.&lt;br /&gt;</w:t>
        <w:br/>
        <w:t>Та й рушили. Пішли степом.&lt;br /&gt;</w:t>
        <w:br/>
        <w:t>І вона, небога&lt;br /&gt;</w:t>
        <w:br/>
        <w:t>Безталанна, встала мовчки,&lt;br /&gt;</w:t>
        <w:br/>
        <w:t>І нібито богу&lt;br /&gt;</w:t>
        <w:br/>
        <w:t>Нишком собі помолилась,&lt;br /&gt;</w:t>
        <w:br/>
        <w:t>Та й пошкандибала&lt;br /&gt;</w:t>
        <w:br/>
        <w:t>За циганами. І тихо,&lt;br /&gt;</w:t>
        <w:br/>
        <w:t>Тихенько співала:&lt;br /&gt;</w:t>
        <w:br/>
        <w:t>"Кажуть люди, що суд буде,&lt;br /&gt;</w:t>
        <w:br/>
        <w:t>А суду не буде.&lt;br /&gt;</w:t>
        <w:br/>
        <w:t>Бо вже мене осудили&lt;br /&gt;</w:t>
        <w:br/>
        <w:t>На сім світі люди".&lt;br /&gt;</w:t>
        <w:br/>
        <w:t>Із-за Дністра пішли цигани&lt;br /&gt;</w:t>
        <w:br/>
        <w:t>І на Волинь і на Украйну.&lt;br /&gt;</w:t>
        <w:br/>
        <w:t>За селом село минали,&lt;br /&gt;</w:t>
        <w:br/>
        <w:t>В городи ходили,&lt;br /&gt;</w:t>
        <w:br/>
        <w:t>І марою за собою&lt;br /&gt;</w:t>
        <w:br/>
        <w:t>Приблуду водили.&lt;br /&gt;</w:t>
        <w:br/>
        <w:t>І співала й танцювала,&lt;br /&gt;</w:t>
        <w:br/>
        <w:t>Не пила й не їла...&lt;br /&gt;</w:t>
        <w:br/>
        <w:t>Неначе смерть, з циганами&lt;br /&gt;</w:t>
        <w:br/>
        <w:t>По селах ходила.&lt;br /&gt;</w:t>
        <w:br/>
        <w:t>Потім разом схаменулась,&lt;br /&gt;</w:t>
        <w:br/>
        <w:t>Стала їсти й пити,&lt;br /&gt;</w:t>
        <w:br/>
        <w:t>І ховатись за шатрами,&lt;br /&gt;</w:t>
        <w:br/>
        <w:t>І богу молитись.&lt;br /&gt;</w:t>
        <w:br/>
        <w:t>Щось таке їй поробила&lt;br /&gt;</w:t>
        <w:br/>
        <w:t>Стара Маріула.&lt;br /&gt;</w:t>
        <w:br/>
        <w:t>Якимсь зіллям напувала,&lt;br /&gt;</w:t>
        <w:br/>
        <w:t>То воно й минулось.&lt;br /&gt;</w:t>
        <w:br/>
        <w:t>Потім її стала вчити&lt;br /&gt;</w:t>
        <w:br/>
        <w:t>І лікарювати:&lt;br /&gt;</w:t>
        <w:br/>
        <w:t>Які трави, що од чого,&lt;br /&gt;</w:t>
        <w:br/>
        <w:t>І де їх шукати,&lt;br /&gt;</w:t>
        <w:br/>
        <w:t>Як сушити, як варити...&lt;br /&gt;</w:t>
        <w:br/>
        <w:t>Всьому, всьому вчила&lt;br /&gt;</w:t>
        <w:br/>
        <w:t>Маріула, а та вчилась&lt;br /&gt;</w:t>
        <w:br/>
        <w:t>Та, богу молилась.&lt;br /&gt;</w:t>
        <w:br/>
        <w:t>Минуло літо, уже й друге&lt;br /&gt;</w:t>
        <w:br/>
        <w:t>І третє настало.&lt;br /&gt;</w:t>
        <w:br/>
        <w:t>Уже прийшли в Україну...&lt;br /&gt;</w:t>
        <w:br/>
        <w:t>Жаль їй чогось стало.&lt;br /&gt;</w:t>
        <w:br/>
        <w:t>Поклонилась Маріулі&lt;br /&gt;</w:t>
        <w:br/>
        <w:t>За науку в ноги,&lt;br /&gt;</w:t>
        <w:br/>
        <w:t>Попрощалась з циганами,&lt;br /&gt;</w:t>
        <w:br/>
        <w:t>Помолилась богу;&lt;br /&gt;</w:t>
        <w:br/>
        <w:t>Та й пішла собі, небога,&lt;br /&gt;</w:t>
        <w:br/>
        <w:t>На свою країну.&lt;br /&gt;</w:t>
        <w:br/>
        <w:t>— Вернусь, каже, хоч погляну&lt;br /&gt;</w:t>
        <w:br/>
        <w:t>На дочку, на сина. —&lt;br /&gt;</w:t>
        <w:br/>
        <w:t>Не довелось. Пан вернувся,&lt;br /&gt;</w:t>
        <w:br/>
        <w:t>Покинув Наталю&lt;br /&gt;</w:t>
        <w:br/>
        <w:t>В Московщині. А ти її&lt;br /&gt;</w:t>
        <w:br/>
        <w:t>За Дністром шукала.&lt;br /&gt;</w:t>
        <w:br/>
        <w:t>Сина Йвана молодого&lt;br /&gt;</w:t>
        <w:br/>
        <w:t>Оддали в солдати,&lt;br /&gt;</w:t>
        <w:br/>
        <w:t>За те, що ти не навчила&lt;br /&gt;</w:t>
        <w:br/>
        <w:t>Панів шанувати.&lt;br /&gt;</w:t>
        <w:br/>
        <w:t>До кого ж ти прихилишся?&lt;br /&gt;</w:t>
        <w:br/>
        <w:t>Нікого немає!..&lt;br /&gt;</w:t>
        <w:br/>
        <w:t>До людей хились, небого,&lt;br /&gt;</w:t>
        <w:br/>
        <w:t>Люди привітають.&lt;br /&gt;</w:t>
        <w:br/>
        <w:t>Пан, вернувшись, занедужав,&lt;br /&gt;</w:t>
        <w:br/>
        <w:t>Стогне, пропадає. —&lt;br /&gt;</w:t>
        <w:br/>
        <w:t>А вона набрала зілля&lt;br /&gt;</w:t>
        <w:br/>
        <w:t>Та й пішла в палати&lt;br /&gt;</w:t>
        <w:br/>
        <w:t>Лічить його, помагати,&lt;br /&gt;</w:t>
        <w:br/>
        <w:t>А не проклинати.&lt;br /&gt;</w:t>
        <w:br/>
        <w:t>Не помогла болящому,&lt;br /&gt;</w:t>
        <w:br/>
        <w:t>Бо не допустили...&lt;br /&gt;</w:t>
        <w:br/>
        <w:t>А як умер, то за його&lt;br /&gt;</w:t>
        <w:br/>
        <w:t>Богу помолилась.&lt;br /&gt;</w:t>
        <w:br/>
        <w:t>І жила. собі святою,&lt;br /&gt;</w:t>
        <w:br/>
        <w:t>Дівчат научала,&lt;br /&gt;</w:t>
        <w:br/>
        <w:t>Щоб з панами не кохались,&lt;br /&gt;</w:t>
        <w:br/>
        <w:t>Людей не цурались.&lt;br /&gt;</w:t>
        <w:br/>
        <w:t>— А то бог вас покарає,&lt;br /&gt;</w:t>
        <w:br/>
        <w:t>А ще гірше люди;&lt;br /&gt;</w:t>
        <w:br/>
        <w:t>Люди горді, неправедні,&lt;br /&gt;</w:t>
        <w:br/>
        <w:t>Своїм судом судять. —&lt;br /&gt;</w:t>
        <w:br/>
        <w:t>Отак вона научала.&lt;br /&gt;</w:t>
        <w:br/>
        <w:t>Болящих лічила.&lt;br /&gt;</w:t>
        <w:br/>
        <w:t>А з убогим остатньою&lt;br /&gt;</w:t>
        <w:br/>
        <w:t>Крихтою ділилась.&lt;br /&gt;</w:t>
        <w:br/>
        <w:t>Люди добрі і розумні&lt;br /&gt;</w:t>
        <w:br/>
        <w:t>Добре її знали,&lt;br /&gt;</w:t>
        <w:br/>
        <w:t>А все-таки покриткою&lt;br /&gt;</w:t>
        <w:br/>
        <w:t>І Відьмою звали.</w:t>
      </w:r>
    </w:p>
    <w:p>
      <w:r>
        <w:br/>
        <w:t>[Седнев 1847 березня 7]&lt;br /&gt;</w:t>
        <w:br/>
        <w:t>[Нижній Новгород 1858 березня 6.]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