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Відчинене вікно</w:t>
      </w:r>
    </w:p>
    <w:p>
      <w:r>
        <w:br/>
        <w:t xml:space="preserve"> Сьогодні вранці,&lt;br /&gt;</w:t>
        <w:br/>
        <w:t>в сім годин,&lt;br /&gt;</w:t>
        <w:br/>
        <w:t>ударив&lt;br /&gt;</w:t>
        <w:br/>
        <w:t>одчайдушний грім,&lt;br /&gt;</w:t>
        <w:br/>
        <w:t>а там —&lt;br /&gt;</w:t>
        <w:br/>
        <w:t>і блискавка за ним&lt;br /&gt;</w:t>
        <w:br/>
        <w:t>сяйнула,&lt;br /&gt;</w:t>
        <w:br/>
        <w:t>ніби диво,&lt;br /&gt;</w:t>
        <w:br/>
        <w:t>і вмить&lt;br /&gt;</w:t>
        <w:br/>
        <w:t>за зблиском голубим&lt;br /&gt;</w:t>
        <w:br/>
        <w:t>знялась&lt;br /&gt;</w:t>
        <w:br/>
        <w:t>жахлива&lt;br /&gt;</w:t>
        <w:br/>
        <w:t>злива!</w:t>
      </w:r>
    </w:p>
    <w:p>
      <w:r>
        <w:br/>
        <w:t>— Гроза! Гроза! —&lt;br /&gt;</w:t>
        <w:br/>
        <w:t>кричать птахи&lt;br /&gt;</w:t>
        <w:br/>
        <w:t>і мчать&lt;br /&gt;</w:t>
        <w:br/>
        <w:t>налякані такі&lt;br /&gt;</w:t>
        <w:br/>
        <w:t>ховатись де попало,&lt;br /&gt;</w:t>
        <w:br/>
        <w:t>щоб їх,&lt;br /&gt;</w:t>
        <w:br/>
        <w:t>веселих і легких,&lt;br /&gt;</w:t>
        <w:br/>
        <w:t>грозища не впіймала*</w:t>
      </w:r>
    </w:p>
    <w:p>
      <w:r>
        <w:br/>
        <w:t>А я грози&lt;br /&gt;</w:t>
        <w:br/>
        <w:t>не налякавсь,&lt;br /&gt;</w:t>
        <w:br/>
        <w:t>чого її лякатись!&lt;br /&gt;</w:t>
        <w:br/>
        <w:t>Я відкриваю вікна&lt;br /&gt;</w:t>
        <w:br/>
        <w:t>враз:&lt;br /&gt;</w:t>
        <w:br/>
        <w:t>— Влітайте&lt;br /&gt;</w:t>
        <w:br/>
        <w:t>до кімнати!</w:t>
      </w:r>
    </w:p>
    <w:p>
      <w:r>
        <w:br/>
        <w:t>І от уже птахи&lt;br /&gt;</w:t>
        <w:br/>
        <w:t>всі-всі —&lt;br /&gt;</w:t>
        <w:br/>
        <w:t>шпаки, синиці, горобці—&lt;br /&gt;</w:t>
        <w:br/>
        <w:t>летять в мою кімнату,&lt;br /&gt;</w:t>
        <w:br/>
        <w:t>рядком сідають&lt;br /&gt;</w:t>
        <w:br/>
        <w:t>на стільці —&lt;br /&gt;</w:t>
        <w:br/>
        <w:t>та й ну мені співати!</w:t>
      </w:r>
    </w:p>
    <w:p>
      <w:r>
        <w:br/>
        <w:t>І я своїм гостям&lt;br /&gt;</w:t>
        <w:br/>
        <w:t>також&lt;br /&gt;</w:t>
        <w:br/>
        <w:t>підспівую як можу.&lt;br /&gt;</w:t>
        <w:br/>
        <w:t>І хай собі&lt;br /&gt;</w:t>
        <w:br/>
        <w:t>періщить дощ —&lt;br /&gt;</w:t>
        <w:br/>
        <w:t>мене він&lt;br /&gt;</w:t>
        <w:br/>
        <w:t>не тривожить,&lt;br /&gt;</w:t>
        <w:br/>
        <w:t>бо я кричу&lt;br /&gt;</w:t>
        <w:br/>
        <w:t>дощу:&lt;br /&gt;</w:t>
        <w:br/>
        <w:t>— Спинись!..—&lt;br /&gt;</w:t>
        <w:br/>
        <w:t>Дивлюся:&lt;br /&gt;</w:t>
        <w:br/>
        <w:t>він — вщухає...&lt;br /&gt;</w:t>
        <w:br/>
        <w:t>І я з птахами&lt;br /&gt;</w:t>
        <w:br/>
        <w:t>в справжній ліс&lt;br /&gt;</w:t>
        <w:br/>
        <w:t>через вікно тікаю!..</w:t>
      </w:r>
    </w:p>
    <w:p>
      <w:r>
        <w:br/>
        <w:t>Та раптом&lt;br /&gt;</w:t>
        <w:br/>
        <w:t>чую навздогін:&lt;br /&gt;</w:t>
        <w:br/>
        <w:t>— Уже вставати треба!..</w:t>
      </w:r>
    </w:p>
    <w:p>
      <w:r>
        <w:br/>
        <w:t>Я прокидаюсь.&lt;br /&gt;</w:t>
        <w:br/>
        <w:t>Сім годин.&lt;br /&gt;</w:t>
        <w:br/>
        <w:t>А за вікном —&lt;br /&gt;</w:t>
        <w:br/>
        <w:t>гроза, і грім,&lt;br /&gt;</w:t>
        <w:br/>
        <w:t>і блискавки у небі.&lt;br /&gt;</w:t>
        <w:br/>
        <w:t>Але ніде нема птахів:&lt;br /&gt;</w:t>
        <w:br/>
        <w:t>ні поруч,&lt;br /&gt;</w:t>
        <w:br/>
        <w:t>ні в кімнаті.&lt;br /&gt;</w:t>
        <w:br/>
        <w:t>Це просто сон&lt;br /&gt;</w:t>
        <w:br/>
        <w:t>мені наснивсь,&lt;br /&gt;</w:t>
        <w:br/>
        <w:t>а зараз —&lt;br /&gt;</w:t>
        <w:br/>
        <w:t>час вставати.</w:t>
      </w:r>
    </w:p>
    <w:p>
      <w:r>
        <w:br/>
        <w:t>На шибі — дощ,&lt;br /&gt;</w:t>
        <w:br/>
        <w:t>немов роса.&lt;br /&gt;</w:t>
        <w:br/>
        <w:t>Я в школу поспішаю.&lt;br /&gt;</w:t>
        <w:br/>
        <w:t>Але вікно,&lt;br /&gt;</w:t>
        <w:br/>
        <w:t>хоча й гроза,—&lt;br /&gt;</w:t>
        <w:br/>
        <w:t>відкритим залишаю!..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Відчинене вікно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