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Вічна тайна</w:t>
      </w:r>
    </w:p>
    <w:p>
      <w:r>
        <w:br/>
        <w:t xml:space="preserve"> ВІЧНА ТАЙНА&lt;br /&gt;</w:t>
        <w:br/>
        <w:t>Цикл&lt;br /&gt;</w:t>
        <w:br/>
        <w:t>Пісня Небесних Лебедів*</w:t>
      </w:r>
    </w:p>
    <w:p>
      <w:r>
        <w:br/>
        <w:t>Вічна Тайна кличе нас,&lt;br /&gt;</w:t>
        <w:br/>
        <w:t>Вічна Тайна кличе!&lt;br /&gt;</w:t>
        <w:br/>
        <w:t>Птаха-Вожака наказ&lt;br /&gt;</w:t>
        <w:br/>
        <w:t>В просторі курличе!&lt;br /&gt;</w:t>
        <w:br/>
        <w:t>Вилітай у Рідний Край&lt;br /&gt;</w:t>
        <w:br/>
        <w:t>Всі, хто має крила.&lt;br /&gt;</w:t>
        <w:br/>
        <w:t>Жде нас ясний небокрай,&lt;br /&gt;</w:t>
        <w:br/>
        <w:t>Жде Вітчизна мила.&lt;br /&gt;</w:t>
        <w:br/>
        <w:t>Таємниці поклик чуть&lt;br /&gt;</w:t>
        <w:br/>
        <w:t>Понад сонним містом,&lt;br /&gt;</w:t>
        <w:br/>
        <w:t>Крила Лебедів несуть&lt;br /&gt;</w:t>
        <w:br/>
        <w:t>У висоти чисті…&lt;br /&gt;</w:t>
        <w:br/>
        <w:t>Розривай завісу сну,&lt;br /&gt;</w:t>
        <w:br/>
        <w:t>Ніби павутину,&lt;br /&gt;</w:t>
        <w:br/>
        <w:t>Линь у неба глибину,&lt;br /&gt;</w:t>
        <w:br/>
        <w:t>В долю Лебедину…&lt;br /&gt;</w:t>
        <w:br/>
        <w:t>Вічна Тайна кличе нас,&lt;br /&gt;</w:t>
        <w:br/>
        <w:t>Вічна Тайна кличе…&lt;br /&gt;</w:t>
        <w:br/>
        <w:t>Птаха-Вожака наказ&lt;br /&gt;</w:t>
        <w:br/>
        <w:t>В просторі курличе!</w:t>
      </w:r>
    </w:p>
    <w:p>
      <w:r>
        <w:br/>
        <w:t>Пісня про небесного коваля*</w:t>
      </w:r>
    </w:p>
    <w:p>
      <w:r>
        <w:br/>
        <w:t>Жив коваль-чарівник у правічнім гаю край дороги,&lt;br /&gt;</w:t>
        <w:br/>
        <w:t>(В цілім світі широкім відомо його ремесло).&lt;br /&gt;</w:t>
        <w:br/>
        <w:t>Доручили кувать йому Слово Полум’яне давнії Боги&lt;br /&gt;</w:t>
        <w:br/>
        <w:t>І урочий Світанок призначили — вельми таємне число.&lt;br /&gt;</w:t>
        <w:br/>
        <w:t>Дні летять, ніби птахи. І треба кувати це Слово!&lt;br /&gt;</w:t>
        <w:br/>
        <w:t>Тільки люди ж ідуть, замовляють підкови й мечі.&lt;br /&gt;</w:t>
        <w:br/>
        <w:t>Тим царям захотілось для тюремної брами обнову.&lt;br /&gt;</w:t>
        <w:br/>
        <w:t>Тому вкрай необхідні для жінки нові рогачі.&lt;br /&gt;</w:t>
        <w:br/>
        <w:t>І жаліє коваль тих людей, сіє вироби марні у світі,&lt;br /&gt;</w:t>
        <w:br/>
        <w:t>Забуває про Слово Огнисте, заповідане здавна йому.&lt;br /&gt;</w:t>
        <w:br/>
        <w:t>І згасає талант. І лягають на плечі століття.&lt;br /&gt;</w:t>
        <w:br/>
        <w:t>Покривають утомою серце, відпливаючи в тьму.&lt;br /&gt;</w:t>
        <w:br/>
        <w:t>Небо все ще чекає і надіється знову і знову,&lt;br /&gt;</w:t>
        <w:br/>
        <w:t>Лиш умови своєї воно з ковалем не міня —&lt;br /&gt;</w:t>
        <w:br/>
        <w:t>Грізний час недалеко, світ жадає Вогнистого Слова&lt;br /&gt;</w:t>
        <w:br/>
        <w:t>І урочий Світанок уже осідлав чарівного коня.</w:t>
      </w:r>
    </w:p>
    <w:p>
      <w:r>
        <w:br/>
        <w:t>Народи мене, Матінко Божа*</w:t>
      </w:r>
    </w:p>
    <w:p>
      <w:r>
        <w:br/>
        <w:t>Народи мене, Матінко Божа,&lt;br /&gt;</w:t>
        <w:br/>
        <w:t>В Новий Світ народи,&lt;br /&gt;</w:t>
        <w:br/>
        <w:t>Поклади мене в Зорянім Ложі,&lt;br /&gt;</w:t>
        <w:br/>
        <w:t>Щоб не знав я біди.&lt;br /&gt;</w:t>
        <w:br/>
        <w:t>Хай сповиє мене те Мовчання,&lt;br /&gt;</w:t>
        <w:br/>
        <w:t>Що у серці Твоїм,&lt;br /&gt;</w:t>
        <w:br/>
        <w:t>Хай моєю оселею стане&lt;br /&gt;</w:t>
        <w:br/>
        <w:t>Твій надзоряний Дім.&lt;br /&gt;</w:t>
        <w:br/>
        <w:t>У обіймах Твоїх задрімаю,&lt;br /&gt;</w:t>
        <w:br/>
        <w:t>Мов дитя, залюбки,&lt;br /&gt;</w:t>
        <w:br/>
        <w:t>І не треба вже іншого раю —&lt;br /&gt;</w:t>
        <w:br/>
        <w:t>На віки… на віки…&lt;br /&gt;</w:t>
        <w:br/>
        <w:t>А як знову настане тривога,&lt;br /&gt;</w:t>
        <w:br/>
        <w:t>І Земля спалахне —&lt;br /&gt;</w:t>
        <w:br/>
        <w:t>У далеку криваву дорогу&lt;br /&gt;</w:t>
        <w:br/>
        <w:t>Ти розбудиш мене.&lt;br /&gt;</w:t>
        <w:br/>
        <w:t>Я пройду крізь ворота тілесні,&lt;br /&gt;</w:t>
        <w:br/>
        <w:t>За похмуру межу.&lt;br /&gt;</w:t>
        <w:br/>
        <w:t>Та Твій образ, Матусю, чудесний,&lt;br /&gt;</w:t>
        <w:br/>
        <w:t>У душі збережу…&lt;br /&gt;</w:t>
        <w:br/>
        <w:t>Лиш одне я молю: у долині,&lt;br /&gt;</w:t>
        <w:br/>
        <w:t>Де страждання завжди, —&lt;br /&gt;</w:t>
        <w:br/>
        <w:t>Не покинь Твого вірного сина&lt;br /&gt;</w:t>
        <w:br/>
        <w:t>Серед лиха й біди.&lt;br /&gt;</w:t>
        <w:br/>
        <w:t>Ти вдихни мені мудрості й сили,&lt;br /&gt;</w:t>
        <w:br/>
        <w:t>Певність в ділі святім,&lt;br /&gt;</w:t>
        <w:br/>
        <w:t>І здолаю я темну могилу,&lt;br /&gt;</w:t>
        <w:br/>
        <w:t>І вернуся в Твій Дім…</w:t>
      </w:r>
    </w:p>
    <w:p>
      <w:r>
        <w:br/>
        <w:t>Політ без повернення*</w:t>
      </w:r>
    </w:p>
    <w:p>
      <w:r>
        <w:br/>
        <w:t>Давня казка говорить, що в небі живуть&lt;br /&gt;</w:t>
        <w:br/>
        <w:t>Легендарні крилаті створіння.&lt;br /&gt;</w:t>
        <w:br/>
        <w:t>Старші птахи дітей споряджають у путь&lt;br /&gt;</w:t>
        <w:br/>
        <w:t>І дарують летюче уміння.</w:t>
      </w:r>
    </w:p>
    <w:p>
      <w:r>
        <w:br/>
        <w:t>Не сідають на землю казкові птахи,&lt;br /&gt;</w:t>
        <w:br/>
        <w:t>Бо життя їх у вічнім польоті,&lt;br /&gt;</w:t>
        <w:br/>
        <w:t>І ночами і днями долають шляхи&lt;br /&gt;</w:t>
        <w:br/>
        <w:t>Понад грози, і бурі, і сльоти.</w:t>
      </w:r>
    </w:p>
    <w:p>
      <w:r>
        <w:br/>
        <w:t>Гей, далекий політ&lt;br /&gt;</w:t>
        <w:br/>
        <w:t>Понад війни, і горе, і терни!&lt;br /&gt;</w:t>
        <w:br/>
        <w:t>Новий світ, дивний світ&lt;br /&gt;</w:t>
        <w:br/>
        <w:t>Просить в ниву посіяти зерна!&lt;br /&gt;</w:t>
        <w:br/>
        <w:t>Вічносутнє крило&lt;br /&gt;</w:t>
        <w:br/>
        <w:t>Хай не втомиться понад віками,&lt;br /&gt;</w:t>
        <w:br/>
        <w:t>Путь назад замело&lt;br /&gt;</w:t>
        <w:br/>
        <w:t>Ураганами літ і зірками…</w:t>
      </w:r>
    </w:p>
    <w:p>
      <w:r>
        <w:br/>
        <w:t>Найбуйнішому саду є свій листопад,&lt;br /&gt;</w:t>
        <w:br/>
        <w:t>Є пора зневажать і любити.&lt;br /&gt;</w:t>
        <w:br/>
        <w:t>І найкращий пілот повертає назад,&lt;br /&gt;</w:t>
        <w:br/>
        <w:t>Щоб ізнов у затишку спочити.</w:t>
      </w:r>
    </w:p>
    <w:p>
      <w:r>
        <w:br/>
        <w:t>А тому, хто вирощує крила, нема&lt;br /&gt;</w:t>
        <w:br/>
        <w:t>Із польоту назад повороту,&lt;br /&gt;</w:t>
        <w:br/>
        <w:t>Його кличе удаль Таємниця сама,&lt;br /&gt;</w:t>
        <w:br/>
        <w:t>Яку треба одвічно бороти!</w:t>
      </w:r>
    </w:p>
    <w:p>
      <w:r>
        <w:br/>
        <w:t>Душі крило*</w:t>
      </w:r>
    </w:p>
    <w:p>
      <w:r>
        <w:br/>
        <w:t>Скидай ману, вставай зі сну!&lt;br /&gt;</w:t>
        <w:br/>
        <w:t>Горить Зоря і кличе йти…&lt;br /&gt;</w:t>
        <w:br/>
        <w:t>Дивись на схід, стрічай весну,&lt;br /&gt;</w:t>
        <w:br/>
        <w:t>Готові зоряні мости!&lt;br /&gt;</w:t>
        <w:br/>
        <w:t>Дивись за обрій, в далину…&lt;br /&gt;</w:t>
        <w:br/>
        <w:t>Відкрийте слух, відкрийте зір,&lt;br /&gt;</w:t>
        <w:br/>
        <w:t>Зника імла, щеза пітьма…&lt;br /&gt;</w:t>
        <w:br/>
        <w:t>Летять лелеки із-за гір,&lt;br /&gt;</w:t>
        <w:br/>
        <w:t>Зими нема! Зими нема!&lt;br /&gt;</w:t>
        <w:br/>
        <w:t>Весні усміхненій повір…&lt;br /&gt;</w:t>
        <w:br/>
        <w:t>Росте крило — душі крило!&lt;br /&gt;</w:t>
        <w:br/>
        <w:t>І кличе даль, блакить зове…&lt;br /&gt;</w:t>
        <w:br/>
        <w:t>І райдуги перевесло&lt;br /&gt;</w:t>
        <w:br/>
        <w:t>Над світом іскриться нове…&lt;br /&gt;</w:t>
        <w:br/>
        <w:t>Росте крило… Душі крило!..</w:t>
      </w:r>
    </w:p>
    <w:p>
      <w:r>
        <w:br/>
        <w:t>* * *</w:t>
      </w:r>
    </w:p>
    <w:p>
      <w:r>
        <w:br/>
        <w:t>Дай мені, Нене, Мову,*&lt;br /&gt;</w:t>
        <w:br/>
        <w:t>Ніби в Небесного Грому,&lt;br /&gt;</w:t>
        <w:br/>
        <w:t>Хай моє чисте Слово&lt;br /&gt;</w:t>
        <w:br/>
        <w:t>Сповнить Твої Хороми.&lt;br /&gt;</w:t>
        <w:br/>
        <w:t>Дай мені, Мамо, зброю —&lt;br /&gt;</w:t>
        <w:br/>
        <w:t>Божую Блискавицю,&lt;br /&gt;</w:t>
        <w:br/>
        <w:t>Хай вона кличе до Бою,&lt;br /&gt;</w:t>
        <w:br/>
        <w:t>Хай піднімає лиця!&lt;br /&gt;</w:t>
        <w:br/>
        <w:t>Щоб у очах не зникла&lt;br /&gt;</w:t>
        <w:br/>
        <w:t>Світоносна жарина,&lt;br /&gt;</w:t>
        <w:br/>
        <w:t>Як у космічних циклах&lt;br /&gt;</w:t>
        <w:br/>
        <w:t>Вістка про Твого Сина!</w:t>
      </w:r>
    </w:p>
    <w:p>
      <w:r>
        <w:br/>
        <w:t>Пісня Будди*</w:t>
      </w:r>
    </w:p>
    <w:p>
      <w:r>
        <w:br/>
        <w:t>Пробігають роки. Пролітають віки.&lt;br /&gt;</w:t>
        <w:br/>
        <w:t>— Піднімайте вітрила! — лунають кличі.&lt;br /&gt;</w:t>
        <w:br/>
        <w:t>Та даремно готують похід вояки,&lt;br /&gt;</w:t>
        <w:br/>
        <w:t>Іржавіють у піхвах двосічні мечі.&lt;br /&gt;</w:t>
        <w:br/>
        <w:t>Поривається вдаль, ніби птах, корабель,&lt;br /&gt;</w:t>
        <w:br/>
        <w:t>Та даремні зусилля, бо сто якорів&lt;br /&gt;</w:t>
        <w:br/>
        <w:t>Не пускають його від затишних осель&lt;br /&gt;</w:t>
        <w:br/>
        <w:t>В таємничі краї, на роздолля вітрів.&lt;br /&gt;</w:t>
        <w:br/>
        <w:t>І радіють боги, і дзвенять ланцюги,&lt;br /&gt;</w:t>
        <w:br/>
        <w:t>І титани заснули в страшній глибині,&lt;br /&gt;</w:t>
        <w:br/>
        <w:t>А тому, хто дрімає, нащо вороги?&lt;br /&gt;</w:t>
        <w:br/>
        <w:t>Сам собі він мурує темницю у сні!&lt;br /&gt;</w:t>
        <w:br/>
        <w:t>І любов, і добро, і свобода — слова,&lt;br /&gt;</w:t>
        <w:br/>
        <w:t>Із яких якорі нам кувала пітьма.&lt;br /&gt;</w:t>
        <w:br/>
        <w:t>Хіба хоче імен сила Духу жива?&lt;br /&gt;</w:t>
        <w:br/>
        <w:t>Хто вона, і нащо — буря знає сама!&lt;br /&gt;</w:t>
        <w:br/>
        <w:t>Хати ветхі змете урагану рука,&lt;br /&gt;</w:t>
        <w:br/>
        <w:t>Якщо навіть вони мають ім’я святе,&lt;br /&gt;</w:t>
        <w:br/>
        <w:t>А того, хто проснувсь, — вже ніщо не зляка,&lt;br /&gt;</w:t>
        <w:br/>
        <w:t>Бо віднині вже він сам у себе росте,&lt;br /&gt;</w:t>
        <w:br/>
        <w:t>Бо усі кораблі, і дороги, й мости,&lt;br /&gt;</w:t>
        <w:br/>
        <w:t>І пісенного поклику огненний дзвін,&lt;br /&gt;</w:t>
        <w:br/>
        <w:t>І казкові краї, й зореносні світи,&lt;br /&gt;</w:t>
        <w:br/>
        <w:t>І походи до них — то все він, лише він!..</w:t>
      </w:r>
    </w:p>
    <w:p>
      <w:r>
        <w:br/>
        <w:t>Ти не плач сиротою*</w:t>
      </w:r>
    </w:p>
    <w:p>
      <w:r>
        <w:br/>
        <w:t>Ти не плач сиротою і серце не край,&lt;br /&gt;</w:t>
        <w:br/>
        <w:t>Те, що статися має, — те станеться…&lt;br /&gt;</w:t>
        <w:br/>
        <w:t>Птахи рідні зберуться у Зоряний Край,&lt;br /&gt;</w:t>
        <w:br/>
        <w:t>А примарне — в безодні зостанеться…</w:t>
      </w:r>
    </w:p>
    <w:p>
      <w:r>
        <w:br/>
        <w:t>Не ридай, коли Птах відлітає удаль.&lt;br /&gt;</w:t>
        <w:br/>
        <w:t>Те, що з Єдності вийшло — з’єднається.&lt;br /&gt;</w:t>
        <w:br/>
        <w:t>Неминучої радості знак — та печаль,&lt;br /&gt;</w:t>
        <w:br/>
        <w:t>Що у серці твоїм одмічається…</w:t>
      </w:r>
    </w:p>
    <w:p>
      <w:r>
        <w:br/>
        <w:t>Пам’ятай, що розлуки існують на те,&lt;br /&gt;</w:t>
        <w:br/>
        <w:t>Щоб освячувать зустрічі бажані,&lt;br /&gt;</w:t>
        <w:br/>
        <w:t>Лише те існування у Вічність зросте&lt;br /&gt;</w:t>
        <w:br/>
        <w:t>Що тяжкою скорботою вражене…</w:t>
      </w:r>
    </w:p>
    <w:p>
      <w:r>
        <w:br/>
        <w:t>Переступи межу…*</w:t>
      </w:r>
    </w:p>
    <w:p>
      <w:r>
        <w:br/>
        <w:t>— Переступи межу. І вийди в таємничість.&lt;br /&gt;</w:t>
        <w:br/>
        <w:t>Дмухни за вітром попіл та іржу.&lt;br /&gt;</w:t>
        <w:br/>
        <w:t>Хіба не чуєш — ключ за хмарами курличе?&lt;br /&gt;</w:t>
        <w:br/>
        <w:t>Переступи межу. Переступи межу.&lt;br /&gt;</w:t>
        <w:br/>
        <w:t>Суворо глянь довкіл і запитай сумління:&lt;br /&gt;</w:t>
        <w:br/>
        <w:t>— Кого чекаю тут? І що я бережу? —&lt;br /&gt;</w:t>
        <w:br/>
        <w:t>Хто в небо не росте — приречений на тління.&lt;br /&gt;</w:t>
        <w:br/>
        <w:t>Переступи межу. Переступи межу!&lt;br /&gt;</w:t>
        <w:br/>
        <w:t>Багато голосів. Та лиш один — пророчий:&lt;br /&gt;</w:t>
        <w:br/>
        <w:t>— Що зв’яжеш у душі — те в вічності зв’яжу!&lt;br /&gt;</w:t>
        <w:br/>
        <w:t>Під ноги не дивись. Здійми до Тайни очі.&lt;br /&gt;</w:t>
        <w:br/>
        <w:t>Переступи межу. Переступи межу!..</w:t>
      </w:r>
    </w:p>
    <w:p>
      <w:r>
        <w:br/>
        <w:t>Відлітають в ирій журавлі*</w:t>
      </w:r>
    </w:p>
    <w:p>
      <w:r>
        <w:br/>
        <w:t>Відлітають в ирій журавлі,&lt;br /&gt;</w:t>
        <w:br/>
        <w:t>Жовто листя облітає з віт,&lt;br /&gt;</w:t>
        <w:br/>
        <w:t>Будуть нові весни на Землі,&lt;br /&gt;</w:t>
        <w:br/>
        <w:t>Запалає в лузі новий цвіт…&lt;br /&gt;</w:t>
        <w:br/>
        <w:t>Лиш на віки щезли у імлі&lt;br /&gt;</w:t>
        <w:br/>
        <w:t>Давні мрії тих, дитячих літ…</w:t>
      </w:r>
    </w:p>
    <w:p>
      <w:r>
        <w:br/>
        <w:t>Не журися, друже, уночі,&lt;br /&gt;</w:t>
        <w:br/>
        <w:t>Вийди, глянь на зоряну ріку,&lt;br /&gt;</w:t>
        <w:br/>
        <w:t>І розтануть в серці ті плачі,&lt;br /&gt;</w:t>
        <w:br/>
        <w:t>Ніби знак сльозини на піску,&lt;br /&gt;</w:t>
        <w:br/>
        <w:t>І в гаю прадавньому сичі&lt;br /&gt;</w:t>
        <w:br/>
        <w:t>Проспівають доленьку дзвінку.</w:t>
      </w:r>
    </w:p>
    <w:p>
      <w:r>
        <w:br/>
        <w:t>У безжурнім радіснім сміху&lt;br /&gt;</w:t>
        <w:br/>
        <w:t>Чарівну стежину віднайди,&lt;br /&gt;</w:t>
        <w:br/>
        <w:t>Протопчи в Чумацькому Шляху&lt;br /&gt;</w:t>
        <w:br/>
        <w:t>Небувалі вогняні сліди,&lt;br /&gt;</w:t>
        <w:br/>
        <w:t>Хай вони приреченість лиху&lt;br /&gt;</w:t>
        <w:br/>
        <w:t>Спопелять навіки, назавжди!..</w:t>
      </w:r>
    </w:p>
    <w:p>
      <w:r>
        <w:br/>
        <w:t>* * *</w:t>
      </w:r>
    </w:p>
    <w:p>
      <w:r>
        <w:br/>
        <w:t>Розлітаються миті, мов листя осіннє,&lt;br /&gt;</w:t>
        <w:br/>
        <w:t>Кожна мить — цілий світ!&lt;br /&gt;</w:t>
        <w:br/>
        <w:t>А у серці мовчазне одвічне квиління:&lt;br /&gt;</w:t>
        <w:br/>
        <w:t>Як затримати той політ?&lt;br /&gt;</w:t>
        <w:br/>
        <w:t>Як спинити розлуку, наповнену болем,&lt;br /&gt;</w:t>
        <w:br/>
        <w:t>Той розрив пуповини душі?&lt;br /&gt;</w:t>
        <w:br/>
        <w:t>Тіні пам’яті тонуть у життєвому полі.&lt;br /&gt;</w:t>
        <w:br/>
        <w:t>Б’ють у серце думок гармаші…</w:t>
      </w:r>
    </w:p>
    <w:p>
      <w:r>
        <w:br/>
        <w:t>* * *</w:t>
      </w:r>
    </w:p>
    <w:p>
      <w:r>
        <w:br/>
        <w:t>Диво-сни, не сковані законом,&lt;br /&gt;</w:t>
        <w:br/>
        <w:t>Відкривають браму до Свободи,&lt;br /&gt;</w:t>
        <w:br/>
        <w:t>Із тілесним попрощавшись лоном,&lt;br /&gt;</w:t>
        <w:br/>
        <w:t>Небувала виросла Природа.</w:t>
      </w:r>
    </w:p>
    <w:p>
      <w:r>
        <w:br/>
        <w:t>Воскресають мертві Побратими,&lt;br /&gt;</w:t>
        <w:br/>
        <w:t>Розквітають зела чародійні,&lt;br /&gt;</w:t>
        <w:br/>
        <w:t>Розгортає диво світ незримий —&lt;br /&gt;</w:t>
        <w:br/>
        <w:t>Радісний, прекрасний і надійний…</w:t>
      </w:r>
    </w:p>
    <w:p>
      <w:r>
        <w:br/>
        <w:t>Корінь Волі, джерело натхнення,&lt;br /&gt;</w:t>
        <w:br/>
        <w:t>Не щезай, не висохни ніколи,&lt;br /&gt;</w:t>
        <w:br/>
        <w:t>І посій в пилюку повсякдення&lt;br /&gt;</w:t>
        <w:br/>
        <w:t>Квіти у сновидному роздоллі…</w:t>
      </w:r>
    </w:p>
    <w:p>
      <w:r>
        <w:br/>
        <w:t>І тоді, як зморені світила&lt;br /&gt;</w:t>
        <w:br/>
        <w:t>Захолонуть в темному просторі,&lt;br /&gt;</w:t>
        <w:br/>
        <w:t>Хочу я, щоб Серце запалило&lt;br /&gt;</w:t>
        <w:br/>
        <w:t>В світі Сну нові, чаклунські зорі!..</w:t>
      </w:r>
    </w:p>
    <w:p>
      <w:r>
        <w:br/>
        <w:t>* * *</w:t>
      </w:r>
    </w:p>
    <w:p>
      <w:r>
        <w:br/>
        <w:t>Моїм супутницям</w:t>
      </w:r>
    </w:p>
    <w:p>
      <w:r>
        <w:br/>
        <w:t>Правічна радість, священний трепет&lt;br /&gt;</w:t>
        <w:br/>
        <w:t>На тій межі, що зветься смертю…&lt;br /&gt;</w:t>
        <w:br/>
        <w:t>Щезають маревні вертепи,&lt;br /&gt;</w:t>
        <w:br/>
        <w:t>Замком таємним з правік заперті…&lt;br /&gt;</w:t>
        <w:br/>
        <w:t>Підняти парус — і в чисте море,&lt;br /&gt;</w:t>
        <w:br/>
        <w:t>У таємничість Праокеану!&lt;br /&gt;</w:t>
        <w:br/>
        <w:t>Пусті страхи душа поборе&lt;br /&gt;</w:t>
        <w:br/>
        <w:t>І попливе в краї незнані…&lt;br /&gt;</w:t>
        <w:br/>
        <w:t>Хай виринають дивосвіти&lt;br /&gt;</w:t>
        <w:br/>
        <w:t>В стихійнім танці світил та духів,&lt;br /&gt;</w:t>
        <w:br/>
        <w:t>Сади промінні розвинуть віти&lt;br /&gt;</w:t>
        <w:br/>
        <w:t>І Слово Боже торкнеться слуху.&lt;br /&gt;</w:t>
        <w:br/>
        <w:t>Лиш не жахайся межі тієї,&lt;br /&gt;</w:t>
        <w:br/>
        <w:t>Яка з правіку зветься смертю,&lt;br /&gt;</w:t>
        <w:br/>
        <w:t>А прагни мужньо понад нею,&lt;br /&gt;</w:t>
        <w:br/>
        <w:t>До Бога крила розпростерши…</w:t>
      </w:r>
    </w:p>
    <w:p>
      <w:r>
        <w:br/>
        <w:t>11 лютого 1981 — 1 січня 1982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Вічна тайна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