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Вибір</w:t>
      </w:r>
    </w:p>
    <w:p>
      <w:r>
        <w:br/>
        <w:t xml:space="preserve"> &lt;p&gt;Кір БУЛИЧОВ</w:t>
      </w:r>
    </w:p>
    <w:p>
      <w:r>
        <w:br/>
        <w:t>ВИБІР</w:t>
      </w:r>
    </w:p>
    <w:p>
      <w:r>
        <w:br/>
        <w:t>Було задушно, хотілося влаштувати протяг, але постійно хто-небудь зачиняв двері. Я втомився. Настільки, що хвилин п'ять, перш ніж підняти трубку, прагнув придумати правдоподібний привід, який перешкодить мені побачити Катрін. А потім, коли набирав номер, я уявив, що Катрін зараз скаже, що не зможе зі мною зустрітися, тому що у неї збори. Катрін сама зняла трубку і сказала, що я міг би подзвонити й раніше. Біля столу з телефоном зупинився Крогіус, поклав на стіл сумку з консервами і цукровим піском — він збирався на дачу. Він стояв біля телефону і чекав, поки я відбалакаю. Він дивився на мене жалібно. Катрін говорила тихо.</w:t>
      </w:r>
    </w:p>
    <w:p>
      <w:r>
        <w:br/>
        <w:t>— Що? — запитав я. — Говори голосніше.</w:t>
      </w:r>
    </w:p>
    <w:p>
      <w:r>
        <w:br/>
        <w:t>— Через сорок хвилин, — сказала Катрін. — Де завжди.</w:t>
      </w:r>
    </w:p>
    <w:p>
      <w:r>
        <w:br/>
        <w:t>— Ось бачиш, — сказав я Крогіусу, поклавши трубку. — Дзвони.</w:t>
      </w:r>
    </w:p>
    <w:p>
      <w:r>
        <w:br/>
        <w:t>— Спасибі, — сказав Крогіус. — Бо в дружини робочий день закінчується.</w:t>
      </w:r>
    </w:p>
    <w:p>
      <w:r>
        <w:br/>
        <w:t>Біля входу в лабораторію на мене чекала дівчинка з бібліотеки. Вона сказала, що у мене за два роки не сплачені внески в Червоний Хрест і ще, що мені закрито абонемент, тому що я не повернув вісім книг. Я цілком забув про ці книги. Принаймні дві з них узяв у мене Сурен. А Сурен виїхав до Вірменії.</w:t>
      </w:r>
    </w:p>
    <w:p>
      <w:r>
        <w:br/>
        <w:t>— Ви виступатимете в усному журналі? — запитала мене дівчинка з бібліотеки.</w:t>
      </w:r>
    </w:p>
    <w:p>
      <w:r>
        <w:br/>
        <w:t>— Ні, — сказав я і посміхнувся їй усмішкою Ланового. Або Жана-Поля Бельмондо.</w:t>
      </w:r>
    </w:p>
    <w:p>
      <w:r>
        <w:br/>
        <w:t>Дівчинка сказала, що я великий актор, тільки шкода, що не вчуся, і я сказав, що мені не треба вчитися, тому що я й так усе вмію.</w:t>
      </w:r>
    </w:p>
    <w:p>
      <w:r>
        <w:br/>
        <w:t>— З вами добре, — сказала дівчинка. — Ви добра людина.</w:t>
      </w:r>
    </w:p>
    <w:p>
      <w:r>
        <w:br/>
        <w:t>— Це неправда, — сказав я. — Я прикидаюся.</w:t>
      </w:r>
    </w:p>
    <w:p>
      <w:r>
        <w:br/>
        <w:t>Дівчинка не повірила і пішла майже щаслива, хоча я їй не брехав. Я прикидався. Було задушно. Я пішов до Пушкінської пішки, щоб убити час. Біля залу Чайковського продавали гвоздики в кіоску, але гвоздики були зів'ялими, до того ж я подумав, що, якщо ми підемо кудись із Катрін, я буду схожий на кавалера. Мною опанувало дурне відчуття, ніби все це вже було. І навіть цей осоловілий день. І Катрін так само чекає мене на напівкруглій довгій лаві, а біля ніг Пушкіна мають стояти горщики з жухлими квітами і вилинялий букетик волошок.</w:t>
      </w:r>
    </w:p>
    <w:p>
      <w:r>
        <w:br/>
        <w:t>Так воно й було. Навіть волошки. Але Катрін спізнювалася, і я сів на порожній край лави. Сюди не досягала тінь кущів, і тому ніхто не сідав. У тіні тиснулися німецькі туристи з покупками, а далі упереміж сиділи дідки і ті, на кшталт мене, які очікували. Один дідок голосно казав сусідові:</w:t>
      </w:r>
    </w:p>
    <w:p>
      <w:r>
        <w:br/>
        <w:t>— Це злочин — бути у Москві в таку погоду. Злочин.</w:t>
      </w:r>
    </w:p>
    <w:p>
      <w:r>
        <w:br/>
        <w:t>Він сердився, ніби в цьому злочині хтось був винен. Катрін прийшла не сама. За нею, вірніше поряд, йшов великий, широкий чоловік з молодою борідкою, невдало приклеєною до підборіддя і щік, від чого він здавався пройдисвітом. На чоловікові був білий кашкетик, а якби було прохолодніше, він вдягнув би замшевий піджак. Я дивився на чоловіка, тому що на Катрін дивитися не треба було. Я і так її знав. Катрін схожа на щеня дога — руки і ноги їй завеликі, їх дуже багато, але в тому і краса.</w:t>
      </w:r>
    </w:p>
    <w:p>
      <w:r>
        <w:br/>
        <w:t>Катрін відшукала мене, підійшла і сіла. Чоловік теж сів поряд. Катрін зробила вигляд, що мене не знає, і я теж не дивився в її бік. Чоловік сказав:</w:t>
      </w:r>
    </w:p>
    <w:p>
      <w:r>
        <w:br/>
        <w:t>— Тут жарко. Самий пригрів. Можна схопити сонячний удар.</w:t>
      </w:r>
    </w:p>
    <w:p>
      <w:r>
        <w:br/>
        <w:t>Катрін дивилася прямо перед собою, і він милувався її профілем. Йому хотілося доторкнутися до її руки, але він не насмілювався, і його пальці ненавмисно повисли над її кистю. У чоловіка було мокре чоло, і щоки блищали.</w:t>
      </w:r>
    </w:p>
    <w:p>
      <w:r>
        <w:br/>
        <w:t>Катрін відвернулася від нього, прибравши при цьому свою руку з коліна і дивлячись повз мене, сказала самими губами:</w:t>
      </w:r>
    </w:p>
    <w:p>
      <w:r>
        <w:br/>
        <w:t>— Перетворися на павука. Налякай його до смерті. Тільки щоб я не бачила.</w:t>
      </w:r>
    </w:p>
    <w:p>
      <w:r>
        <w:br/>
        <w:t>— Ви щось сказали? — запитав чоловік і діткнувшся до її ліктя.</w:t>
      </w:r>
    </w:p>
    <w:p>
      <w:r>
        <w:br/>
        <w:t>Пальці його завмерли, торкнувшись прохолодної шкіри.</w:t>
      </w:r>
    </w:p>
    <w:p>
      <w:r>
        <w:br/>
        <w:t>Я нахилився вперед, щоб зустрітися з ним очима, і перетворився на великого павука. У мене було тіло майже в півметра завдовжки і метрові лапи. Я придумав собі жвали, схожі на криві пили і вимазані смердючою отрутою. А на спину собі понакладав метушливих дитинчат. Дитинчата теж ворушили жвалами і виділяли отруту.</w:t>
      </w:r>
    </w:p>
    <w:p>
      <w:r>
        <w:br/>
        <w:t>Чоловік не відразу зрозумів, що трапилося. Він примружився, але не прибрав руки з ліктя Катрін. Тоді я перетворив Катрін на павука і змусив його відчути під пальцями холод і слиз хітинового панцира. Чоловік притиснув розчепірені пальці до грудей і другою рукою змахнув перед очима.</w:t>
      </w:r>
    </w:p>
    <w:p>
      <w:r>
        <w:br/>
        <w:t>— Дідько б його взяв, — сказав він.</w:t>
      </w:r>
    </w:p>
    <w:p>
      <w:r>
        <w:br/>
        <w:t>Йому здалося, що він захворів, і, певно, як багато таких великих чоловіків, він був намисливий. Він змусив себе ще раз поглянути в мій бік, і тоді я простягнув до нього передні лапи з кігтями. І він утік. Йому було соромно тікати, але він нічого не зміг вдіяти зі страхом. Німці схопилися за сумки з покупками. Дідки дивилися йому услід.</w:t>
      </w:r>
    </w:p>
    <w:p>
      <w:r>
        <w:br/>
        <w:t>Катрін засміялася.</w:t>
      </w:r>
    </w:p>
    <w:p>
      <w:r>
        <w:br/>
        <w:t>— Спасибі, — сказала вона. — У тебе це здорово виходить.</w:t>
      </w:r>
    </w:p>
    <w:p>
      <w:r>
        <w:br/>
        <w:t>— Він би не втік, — сказав я, — якби я не перетворив тебе на павука.</w:t>
      </w:r>
    </w:p>
    <w:p>
      <w:r>
        <w:br/>
        <w:t>— Як тобі не соромно, — сказала Катрін.</w:t>
      </w:r>
    </w:p>
    <w:p>
      <w:r>
        <w:br/>
        <w:t>— Куди ми підемо? — запитав я.</w:t>
      </w:r>
    </w:p>
    <w:p>
      <w:r>
        <w:br/>
        <w:t>— Куди хочеш, — сказала Катрін.</w:t>
      </w:r>
    </w:p>
    <w:p>
      <w:r>
        <w:br/>
        <w:t>— Сьогодні дуже задушно, — сказав я. — Де він до тебе прив'язався?</w:t>
      </w:r>
    </w:p>
    <w:p>
      <w:r>
        <w:br/>
        <w:t>— Від кінотеатру йшов. Я йому сказала, що мене чекає чоловік, але потім вирішила його покарати, тому що він дуже самовпевнений. Може, ходімо в парк? Питимемо пиво.</w:t>
      </w:r>
    </w:p>
    <w:p>
      <w:r>
        <w:br/>
        <w:t>— Там багато народу, — сказав я.</w:t>
      </w:r>
    </w:p>
    <w:p>
      <w:r>
        <w:br/>
        <w:t>— Сьогодні п'ятниця. Ти ж сам казав, що по п'ятницях всі розумні люди виїжджають за місто.</w:t>
      </w:r>
    </w:p>
    <w:p>
      <w:r>
        <w:br/>
        <w:t>— Як скажеш.</w:t>
      </w:r>
    </w:p>
    <w:p>
      <w:r>
        <w:br/>
        <w:t>— Тоді ходімо ловити машину.</w:t>
      </w:r>
    </w:p>
    <w:p>
      <w:r>
        <w:br/>
        <w:t>На стоянці була велика черга. Сонце опустилося до дахів, і здавалося, що воно надто наблизилося до Землі.</w:t>
      </w:r>
    </w:p>
    <w:p>
      <w:r>
        <w:br/>
        <w:t>— Зроби що-небудь, — сказала Катрін.</w:t>
      </w:r>
    </w:p>
    <w:p>
      <w:r>
        <w:br/>
        <w:t>Я відійшов від черги і пішов ловити приватника. Я ніколи не роблю цього, тільки для Катрін. На розі я побачив порожню машину і перетворився на Юрія Нікуліна.</w:t>
      </w:r>
    </w:p>
    <w:p>
      <w:r>
        <w:br/>
        <w:t>— Куди тобі? — запитав шофер, коли я сунув голову Нікуліна у віконце.</w:t>
      </w:r>
    </w:p>
    <w:p>
      <w:r>
        <w:br/>
        <w:t>— В Сокольники.</w:t>
      </w:r>
    </w:p>
    <w:p>
      <w:r>
        <w:br/>
        <w:t>— Сідай, Юро, — сказав шофер.</w:t>
      </w:r>
    </w:p>
    <w:p>
      <w:r>
        <w:br/>
        <w:t>Я покликав Катрін, і вона запитала мене, коли ми йшли до машини:</w:t>
      </w:r>
    </w:p>
    <w:p>
      <w:r>
        <w:br/>
        <w:t>— Ти кого йому показав?</w:t>
      </w:r>
    </w:p>
    <w:p>
      <w:r>
        <w:br/>
        <w:t>— Юрія Нікуліна, — відповів я.</w:t>
      </w:r>
    </w:p>
    <w:p>
      <w:r>
        <w:br/>
        <w:t>— Правильно, — сказала Катрін. — Він буде гордий, що возив тебе.</w:t>
      </w:r>
    </w:p>
    <w:p>
      <w:r>
        <w:br/>
        <w:t>— Ти ж знаєш...</w:t>
      </w:r>
    </w:p>
    <w:p>
      <w:r>
        <w:br/>
        <w:t>— Щось давно тебе в кіно, Юро, не бачив, — сказав шофер, насолоджуючись доступністю спілкування зі мною.</w:t>
      </w:r>
    </w:p>
    <w:p>
      <w:r>
        <w:br/>
        <w:t>— Я зайнятий у цирку, — сказав я.</w:t>
      </w:r>
    </w:p>
    <w:p>
      <w:r>
        <w:br/>
        <w:t>Мені доводилося весь час думати про нього, хоча я бажав би краще дивитися на Катрін. Катрін веселилася. Вона прикусила нижню губу, і кінчики гострих іклів врізалися в рожеву шкіру. Шофер був говіркий, я дав йому карбованця, і він сказав, що збереже його на згадку.</w:t>
      </w:r>
    </w:p>
    <w:p>
      <w:r>
        <w:br/>
        <w:t>Під великими деревами біля входу було прохолодно, і всі місця на лавочках зайняті. Попереду, за круглим басейном, підносився купол, залишений американцями, коли вони влаштовували тут виставку. Тепер теж була виставка "Інтер-щось-71". Я подумав, що якщо Гуров прочитає нашу з Крогіусом доповідь до понеділка, то у вівторок приїде в лабораторію. Крогіус сам не розумів, що ми накоїли. Я розумів.</w:t>
      </w:r>
    </w:p>
    <w:p>
      <w:r>
        <w:br/>
        <w:t>— Ходімо ліворуч, — сказала Катрін.</w:t>
      </w:r>
    </w:p>
    <w:p>
      <w:r>
        <w:br/>
        <w:t>У лісі, порізаному стежинами, біля якогось давно не фарбованого паркана, Катрін постелила дві газети, і ми сіли на траву. Катрін захотіла пива, і я дістав пляшку з портфеля. Я купив її по дорозі з роботи, тому що подумав, що Катрін захоче пива. Відкрити пляшку було нічим, і я пішов до паркана, щоб відкрити її об верх штахетника. Перед парканом була велика канава, і я подумав, що можу її перелетіти, не перестрибнути, а перелетіти. Але на стежині показалися дві жінки з дитячими колясками, і я перестрибнув через канаву.</w:t>
      </w:r>
    </w:p>
    <w:p>
      <w:r>
        <w:br/>
        <w:t>— Ти хотіла б літати? — запитав я Катрін.</w:t>
      </w:r>
    </w:p>
    <w:p>
      <w:r>
        <w:br/>
        <w:t>Катрін подивилася на мене впритул, і я помітив, як її зіниці зменшилися, коли на них потрапило сонячне світло.</w:t>
      </w:r>
    </w:p>
    <w:p>
      <w:r>
        <w:br/>
        <w:t>— Нічого ти не розумієш, — сказала вона. — Ти не вмієш читати думки.</w:t>
      </w:r>
    </w:p>
    <w:p>
      <w:r>
        <w:br/>
        <w:t>— Не вмію, — сказав я.</w:t>
      </w:r>
    </w:p>
    <w:p>
      <w:r>
        <w:br/>
        <w:t>Ми пили пиво з шийки і передавали один одному пляшку, мов люльку миру.</w:t>
      </w:r>
    </w:p>
    <w:p>
      <w:r>
        <w:br/>
        <w:t>— Дуже жарко, — сказала Катрін. — І все тому, що ти не дозволяєш мені заколювати волосся.</w:t>
      </w:r>
    </w:p>
    <w:p>
      <w:r>
        <w:br/>
        <w:t>— Я?</w:t>
      </w:r>
    </w:p>
    <w:p>
      <w:r>
        <w:br/>
        <w:t>— Ти сказав, що тобі більше подобається, коли у мене розпущене волосся.</w:t>
      </w:r>
    </w:p>
    <w:p>
      <w:r>
        <w:br/>
        <w:t>— Мені ти подобаєшся в будь-якому вигляді, — сказав я.</w:t>
      </w:r>
    </w:p>
    <w:p>
      <w:r>
        <w:br/>
        <w:t>— Але з розпущеним волоссям більше.</w:t>
      </w:r>
    </w:p>
    <w:p>
      <w:r>
        <w:br/>
        <w:t>— З розпущеними більше.</w:t>
      </w:r>
    </w:p>
    <w:p>
      <w:r>
        <w:br/>
        <w:t>Я прийняв її жертву.</w:t>
      </w:r>
    </w:p>
    <w:p>
      <w:r>
        <w:br/>
        <w:t>Катрін сиділа, спершись долонею в траву, рука у неї була тонка і сильна.</w:t>
      </w:r>
    </w:p>
    <w:p>
      <w:r>
        <w:br/>
        <w:t>— Катрін, — сказав я, — виходь за мене заміж. Я тебе кохаю.</w:t>
      </w:r>
    </w:p>
    <w:p>
      <w:r>
        <w:br/>
        <w:t>— Я тобі не вірю, — сказала Катрін.</w:t>
      </w:r>
    </w:p>
    <w:p>
      <w:r>
        <w:br/>
        <w:t>— Ти мене не любиш.</w:t>
      </w:r>
    </w:p>
    <w:p>
      <w:r>
        <w:br/>
        <w:t>— Дурний, — сказала Катрін.</w:t>
      </w:r>
    </w:p>
    <w:p>
      <w:r>
        <w:br/>
        <w:t>Я нахилився до самої землі і поцілував по черзі всі її довгі засмаглі пальці. Катрін поклала мені на потилицю другу долоню.</w:t>
      </w:r>
    </w:p>
    <w:p>
      <w:r>
        <w:br/>
        <w:t>— Чому ти не хочеш вийти за мене заміж? — запитав я. — Хочеш, я буду завжди для тебе красивим? Як кінозірка.</w:t>
      </w:r>
    </w:p>
    <w:p>
      <w:r>
        <w:br/>
        <w:t>— Втомишся, — сказала Катрін.</w:t>
      </w:r>
    </w:p>
    <w:p>
      <w:r>
        <w:br/>
        <w:t>— А все-таки?</w:t>
      </w:r>
    </w:p>
    <w:p>
      <w:r>
        <w:br/>
        <w:t>— Я ніколи не вийду за тебе заміж, — сказала Катрін. — Ти прибулець з космосу, чужа людина. Небезпечний.</w:t>
      </w:r>
    </w:p>
    <w:p>
      <w:r>
        <w:br/>
        <w:t>— Я виріс у дитячому будинку, — сказав я. — Ти знаєш про це. І я обіцяю, що нікого ніколи не гіпнотизуватиму. Тебе тим більше.</w:t>
      </w:r>
    </w:p>
    <w:p>
      <w:r>
        <w:br/>
        <w:t>— А ти мені що-небудь навіював?</w:t>
      </w:r>
    </w:p>
    <w:p>
      <w:r>
        <w:br/>
        <w:t>Вона прибрала долоню з моєї потилиці, і я відчув, як її пальці завмерли в повітрі.</w:t>
      </w:r>
    </w:p>
    <w:p>
      <w:r>
        <w:br/>
        <w:t>— Тільки якщо ти просила. Коли у тебе болів зуб. Пам'ятаєш? І коли ти так хотіла побачити жирафу на Комсомольській площі.</w:t>
      </w:r>
    </w:p>
    <w:p>
      <w:r>
        <w:br/>
        <w:t>— Ти мені навіював, щоб я тебе любила?</w:t>
      </w:r>
    </w:p>
    <w:p>
      <w:r>
        <w:br/>
        <w:t>— Не кажи дурниць і поверни на місце долоньку. Мені так зручніше.</w:t>
      </w:r>
    </w:p>
    <w:p>
      <w:r>
        <w:br/>
        <w:t>— Ти брешеш?</w:t>
      </w:r>
    </w:p>
    <w:p>
      <w:r>
        <w:br/>
        <w:t>— Я хочу, щоб ти насправді мене любила.</w:t>
      </w:r>
    </w:p>
    <w:p>
      <w:r>
        <w:br/>
        <w:t>Долоня повернулася на місце, і Катрін сказала:</w:t>
      </w:r>
    </w:p>
    <w:p>
      <w:r>
        <w:br/>
        <w:t>— Я тобі не вірю.</w:t>
      </w:r>
    </w:p>
    <w:p>
      <w:r>
        <w:br/>
        <w:t>Ми допили пиво і поставили пляшку на видноті, щоб той, кому вона потрібна, знайшов її і здав. Ми балакали про зовсім непотрібні речі, навіть про Тетяниного вітчима, про людей, які проходили мимо і дивилися на нас. Ми вийшли з парку, коли стало зовсім темно, і довго стояли в черзі на таксі, і, коли я провів її до під'їзду, Катрін не захотіла поцілувати мене на прощання, і ми ні про що не домовилися на майбутнє.</w:t>
      </w:r>
    </w:p>
    <w:p>
      <w:r>
        <w:br/>
        <w:t>Я пішов додому пішки, і мені було сумно, і я придумав вічний двигун, а потім довів, що він все-таки не працюватиме. Доказ виявився дуже важким, і я майже забув про Катрін, коли дійшов до своєї вулиці. І тут я зрозумів, що, коли я прийду додому, задзвонить телефон і Крогіус скаже, що у нас нічого не вийде. Мені не хотілося обходити довгий газон, і я вирішив перелетіти через нього. Літати було не просто, тому що я весь час втрачав рівновагу, і тому я не зважився злетіти до себе на четвертий поверх, хоча вікно було розчинене. Я зійшов сходами.</w:t>
      </w:r>
    </w:p>
    <w:p>
      <w:r>
        <w:br/>
        <w:t>Коли я відчиняв двері, то зрозумів, що хтось сидить у темній кімнаті і очікує мене. Я причинив за собою двері і неспішно закрив їх на ланцюжок. Затим засвітив світло в передпокої. Людина, яка сиділа в темній кімнаті, знала про те, що я відчуваю її, але не ворушилася. Я запитав:</w:t>
      </w:r>
    </w:p>
    <w:p>
      <w:r>
        <w:br/>
        <w:t>— Чому ви сидите без світла?</w:t>
      </w:r>
    </w:p>
    <w:p>
      <w:r>
        <w:br/>
        <w:t>— Я задрімав, — відповів чоловік. — Вас довго не було.</w:t>
      </w:r>
    </w:p>
    <w:p>
      <w:r>
        <w:br/>
        <w:t>Я увійшов до кімнати, натиснув на кнопку вимикача і сказав:</w:t>
      </w:r>
    </w:p>
    <w:p>
      <w:r>
        <w:br/>
        <w:t>— Може, я поставлю каву?</w:t>
      </w:r>
    </w:p>
    <w:p>
      <w:r>
        <w:br/>
        <w:t>— Ні, тільки для себе. Я не буду.</w:t>
      </w:r>
    </w:p>
    <w:p>
      <w:r>
        <w:br/>
        <w:t>Від чоловіка віяло відчуттям респектабельності. Тому я теж напустив на себе респектабельний вигляд і навіяв гостеві, що на мені синя краватка в смужку. Гість посміхнувся і сказав:</w:t>
      </w:r>
    </w:p>
    <w:p>
      <w:r>
        <w:br/>
        <w:t>— Не старайтеся, ставте краще каву.</w:t>
      </w:r>
    </w:p>
    <w:p>
      <w:r>
        <w:br/>
        <w:t>Він пройшов за мною на кухню, дістав з кишені сірники і запалив газ, поки я насипав у турку кави.</w:t>
      </w:r>
    </w:p>
    <w:p>
      <w:r>
        <w:br/>
        <w:t>— Ви не почуваєте себе самотнім? — запитав він.</w:t>
      </w:r>
    </w:p>
    <w:p>
      <w:r>
        <w:br/>
        <w:t>— Ні.</w:t>
      </w:r>
    </w:p>
    <w:p>
      <w:r>
        <w:br/>
        <w:t>— Навіть сьогодні?</w:t>
      </w:r>
    </w:p>
    <w:p>
      <w:r>
        <w:br/>
        <w:t>— Сьогодні почуваю.</w:t>
      </w:r>
    </w:p>
    <w:p>
      <w:r>
        <w:br/>
        <w:t>— А чому ви досі не одружилися?</w:t>
      </w:r>
    </w:p>
    <w:p>
      <w:r>
        <w:br/>
        <w:t>— Мене не люблять дівчата.</w:t>
      </w:r>
    </w:p>
    <w:p>
      <w:r>
        <w:br/>
        <w:t>— Можливо, ви звикли до самотності?</w:t>
      </w:r>
    </w:p>
    <w:p>
      <w:r>
        <w:br/>
        <w:t>— Можливо.</w:t>
      </w:r>
    </w:p>
    <w:p>
      <w:r>
        <w:br/>
        <w:t>— Але у вас є друзі?</w:t>
      </w:r>
    </w:p>
    <w:p>
      <w:r>
        <w:br/>
        <w:t>— У мене багато друзів.</w:t>
      </w:r>
    </w:p>
    <w:p>
      <w:r>
        <w:br/>
        <w:t>— А їм до вас і діла нема?</w:t>
      </w:r>
    </w:p>
    <w:p>
      <w:r>
        <w:br/>
        <w:t>— Неправда. А як ви увійшли до квартири?</w:t>
      </w:r>
    </w:p>
    <w:p>
      <w:r>
        <w:br/>
        <w:t>Чоловік знизав плечима і сказав:</w:t>
      </w:r>
    </w:p>
    <w:p>
      <w:r>
        <w:br/>
        <w:t>— Я прилетів. Вікно було відчинене.</w:t>
      </w:r>
    </w:p>
    <w:p>
      <w:r>
        <w:br/>
        <w:t>Він стояв, схиливши голову набік, і розглядав мене, ніби чекав, що я висловлю подив. Але я не здивувався, тому що сам мало не зробив те ж саме, — тільки побоявся втратити рівновагу і вдаритися об поруччя балкона.</w:t>
      </w:r>
    </w:p>
    <w:p>
      <w:r>
        <w:br/>
        <w:t>Чоловік скрушно похитав головою, сказав:</w:t>
      </w:r>
    </w:p>
    <w:p>
      <w:r>
        <w:br/>
        <w:t>— Ніяких сумнівів, — і поправив пенсне.</w:t>
      </w:r>
    </w:p>
    <w:p>
      <w:r>
        <w:br/>
        <w:t>Я міг заприсягнутися, що ніякого пенсне на ньому три хвилини тому не було. Я налив каву в чашку, узяв пачку вафель і запросив гостя в кімнату. Я втомився від спеки і від розмов, які ні до чого не вели.</w:t>
      </w:r>
    </w:p>
    <w:p>
      <w:r>
        <w:br/>
        <w:t>— Зніміть черевики, — сказав гість, проявляючи дбайливість. — Хай ноги відпочивають.</w:t>
      </w:r>
    </w:p>
    <w:p>
      <w:r>
        <w:br/>
        <w:t>— Ви дуже люб'язні, — сказав я. — Я спочатку вип'ю каву, а то спати кортить.</w:t>
      </w:r>
    </w:p>
    <w:p>
      <w:r>
        <w:br/>
        <w:t>Чоловік пройшов кімнатою, зупинився біля стелажа і провів пальцем по корінцях книг, немов палицею по паркані.</w:t>
      </w:r>
    </w:p>
    <w:p>
      <w:r>
        <w:br/>
        <w:t>— Отже, — сказав він професійним голосом. — Ви собі не раз клали питання: чому ви не такий, як усі. І відповіді на нього не знайшли. І водночас щось утримувало вас від того, щоб звернутися до лікаря.</w:t>
      </w:r>
    </w:p>
    <w:p>
      <w:r>
        <w:br/>
        <w:t>— Я такий самий, як усі, — відповів я і подумав, що дарма не послухався його. Зняв би черевики.</w:t>
      </w:r>
    </w:p>
    <w:p>
      <w:r>
        <w:br/>
        <w:t>— Ще в дитячому будинку ви вчилися краще від усіх своїх однолітків. Значно краще. Навіть дивували вчителів.</w:t>
      </w:r>
    </w:p>
    <w:p>
      <w:r>
        <w:br/>
        <w:t>— Другий приз на математичній олімпіаді, — сказав я. — Але вчителів я не дивував. І медалі не отримав.</w:t>
      </w:r>
    </w:p>
    <w:p>
      <w:r>
        <w:br/>
        <w:t>— Ви її не отримали навмисне, — сказав гість. — Ви соромилися своїх здібностей. Ви навіть переконали Крогіуса, що він — повноправний ваш співавтор. І це неправда. Але в вас зосереджена могутня сила переконання. Ви можете навіяти будь-якій звичайній людині чортзна-що.</w:t>
      </w:r>
    </w:p>
    <w:p>
      <w:r>
        <w:br/>
        <w:t>— А вам? — запитав я.</w:t>
      </w:r>
    </w:p>
    <w:p>
      <w:r>
        <w:br/>
        <w:t>— Мені не можете, — відказав мій гість і перетворився на невеликий пам'ятник першодрукареві Івану Федорову.</w:t>
      </w:r>
    </w:p>
    <w:p>
      <w:r>
        <w:br/>
        <w:t>— Цікаво, — сказав я. — Зараз ви скажете, що ви мій родич і нас об'єднують невидимі генетичні зв'язки.</w:t>
      </w:r>
    </w:p>
    <w:p>
      <w:r>
        <w:br/>
        <w:t>— Вірно, — сказав гість. — Якби це було не так, ви б не здогадалися, що я чекаю на вас, ви б проявили хоча б здивування, побачивши незнайому людину в замкнутій квартирі. Ви б здивувалися моєму зізнанню, що я вилетів на четвертий поверх. До речі, ви вже вмієте літати?</w:t>
      </w:r>
    </w:p>
    <w:p>
      <w:r>
        <w:br/>
        <w:t>— Не знаю, — зізнався я. — Сьогодні вперше спробував. А що я ще вмію робити?</w:t>
      </w:r>
    </w:p>
    <w:p>
      <w:r>
        <w:br/>
        <w:t>— Вам досить поглянути на сторінку, щоб запам'ятати її текст, ви додаєте, множите, одержуєте корені з такою легкістю і швидкістю, що могли б з успіхом виступати на естраді, ви можете не спати декілька діб та й не їсти також.</w:t>
      </w:r>
    </w:p>
    <w:p>
      <w:r>
        <w:br/>
        <w:t>— Хоча люблю робити і те й інше. І мене не тягне на естраду.</w:t>
      </w:r>
    </w:p>
    <w:p>
      <w:r>
        <w:br/>
        <w:t>— Звичка, — холодно сказав гість. — Вплив середовища. У дитячому будинку стежили за тим, щоб усі діти спали ночами. Ви вмієте бачити зв'язок між фактами і явищами, вочевидь між собою не пов'язаними. Ви — геній за місцевими мірками. Хоча далеко не всіма вашими здібностями ви вмієте розпоряджатися і не про всі підозрюєте.</w:t>
      </w:r>
    </w:p>
    <w:p>
      <w:r>
        <w:br/>
        <w:t>— Наприклад? — запитав я.</w:t>
      </w:r>
    </w:p>
    <w:p>
      <w:r>
        <w:br/>
        <w:t>Гість тут-таки розчинився в повітрі і виник за моїми плечима, в дверній проймі. Затим неспішно повернувся до стелажа, дістав звідти англо-російський словник і кинув його. Словник застиг у повітрі.</w:t>
      </w:r>
    </w:p>
    <w:p>
      <w:r>
        <w:br/>
        <w:t>— І мене все це чекає? — без особливого ентузіазму запитав я.</w:t>
      </w:r>
    </w:p>
    <w:p>
      <w:r>
        <w:br/>
        <w:t>— Це ще не все.</w:t>
      </w:r>
    </w:p>
    <w:p>
      <w:r>
        <w:br/>
        <w:t>— З мене досить.</w:t>
      </w:r>
    </w:p>
    <w:p>
      <w:r>
        <w:br/>
        <w:t>— Якщо ви вчитиметеся. Якщо ви повернетеся в природну для вас обстановку. Якщо ви опинитеся серед собі подібних.</w:t>
      </w:r>
    </w:p>
    <w:p>
      <w:r>
        <w:br/>
        <w:t>— Так, — сказав я. — Значить, я мутант, генетичний виродок. І не самотній при цьому.</w:t>
      </w:r>
    </w:p>
    <w:p>
      <w:r>
        <w:br/>
        <w:t>— Не так, — сказав гість. — Ви просто чужий тут.</w:t>
      </w:r>
    </w:p>
    <w:p>
      <w:r>
        <w:br/>
        <w:t>— Я тут народився.</w:t>
      </w:r>
    </w:p>
    <w:p>
      <w:r>
        <w:br/>
        <w:t>— Ні.</w:t>
      </w:r>
    </w:p>
    <w:p>
      <w:r>
        <w:br/>
        <w:t>— Я народився в селищі. Мої батьки загинули при лісовій пожежі. Мене знайшли пожежники і привезли в місто.</w:t>
      </w:r>
    </w:p>
    <w:p>
      <w:r>
        <w:br/>
        <w:t>— Ні.</w:t>
      </w:r>
    </w:p>
    <w:p>
      <w:r>
        <w:br/>
        <w:t>— Тоді скажіть.</w:t>
      </w:r>
    </w:p>
    <w:p>
      <w:r>
        <w:br/>
        <w:t>— Нам слід було знайти вас раніше. Але це нелегко. Ми гадали, що нікого не залишилося в живих. Це був розвідувальний корабель. Космічний корабель. Ваші батьки були там. Корабель вибухнув. Згорів. Вас встигли викинути з корабля. І була лісова пожежа. У пожежі згоріло селище ліспромгоспу. Пожежники, що знайшли вас живим і неушкодженим, тільки дуже голодним, не знали, що до кінця пожежі вас оточувало силове поле.</w:t>
      </w:r>
    </w:p>
    <w:p>
      <w:r>
        <w:br/>
        <w:t>Я слухав його, але мене мучило зовсім інше.</w:t>
      </w:r>
    </w:p>
    <w:p>
      <w:r>
        <w:br/>
        <w:t>— Скажіть, — запитав я. — А насправді я який?</w:t>
      </w:r>
    </w:p>
    <w:p>
      <w:r>
        <w:br/>
        <w:t>— Зовні? Вам це потрібно знати?</w:t>
      </w:r>
    </w:p>
    <w:p>
      <w:r>
        <w:br/>
        <w:t>— Так.</w:t>
      </w:r>
    </w:p>
    <w:p>
      <w:r>
        <w:br/>
        <w:t>Гість перетворився на якусь обтічну субстанцію, напівпрозору, текучу, мінливої форми і барви, але не позбавлену певної грації.</w:t>
      </w:r>
    </w:p>
    <w:p>
      <w:r>
        <w:br/>
        <w:t>— Це теж навіювання?</w:t>
      </w:r>
    </w:p>
    <w:p>
      <w:r>
        <w:br/>
        <w:t>— Ні.</w:t>
      </w:r>
    </w:p>
    <w:p>
      <w:r>
        <w:br/>
        <w:t>— Але ж я не намагаюся бути людиною. Я — людина.</w:t>
      </w:r>
    </w:p>
    <w:p>
      <w:r>
        <w:br/>
        <w:t>— Без цього ви не вижили б на Землі. Ми гадали, що ви загинули. А ви пристосувалися. Коли б не мій візит, ви б до кінця життя ні про що не здогадалися.</w:t>
      </w:r>
    </w:p>
    <w:p>
      <w:r>
        <w:br/>
        <w:t>— Я повинен буду полетіти з вами? — запитав я.</w:t>
      </w:r>
    </w:p>
    <w:p>
      <w:r>
        <w:br/>
        <w:t>— Звичайно, — сказав гість. — Ви ж мені вірите?</w:t>
      </w:r>
    </w:p>
    <w:p>
      <w:r>
        <w:br/>
        <w:t>— Вірю, — сказав я. — Я тільки подзвоню Крогіусу.</w:t>
      </w:r>
    </w:p>
    <w:p>
      <w:r>
        <w:br/>
        <w:t>— Не треба, — сказав гість. — Те, що ви з ним зробили, поки не потрібно Землі. Вас не зрозуміють. З вас почали б сміятися академіки. Я взагалі здивований, що ви змогли вселити Крогіусу віру в цю затію.</w:t>
      </w:r>
    </w:p>
    <w:p>
      <w:r>
        <w:br/>
        <w:t>— Але ж вона маячня?</w:t>
      </w:r>
    </w:p>
    <w:p>
      <w:r>
        <w:br/>
        <w:t>— Ні. Років через сто на Землі до неї додумаються. Наша справа — не втручатися. Щоправда, іноді нам здається, що ця цивілізація зайшла в безвихідь.</w:t>
      </w:r>
    </w:p>
    <w:p>
      <w:r>
        <w:br/>
        <w:t>Я підняв телефонну трубку.</w:t>
      </w:r>
    </w:p>
    <w:p>
      <w:r>
        <w:br/>
        <w:t>— Я просив вас не дзвонити Крогіусу.</w:t>
      </w:r>
    </w:p>
    <w:p>
      <w:r>
        <w:br/>
        <w:t>— Гаразд, — відповів я.</w:t>
      </w:r>
    </w:p>
    <w:p>
      <w:r>
        <w:br/>
        <w:t>І набрав номер Катрін.</w:t>
      </w:r>
    </w:p>
    <w:p>
      <w:r>
        <w:br/>
        <w:t>Гість поклав долоню на важіль. Він знову прийняв людську подобу.</w:t>
      </w:r>
    </w:p>
    <w:p>
      <w:r>
        <w:br/>
        <w:t>— Це закінчилося, — сказав він. — І самотність. І необхідність жити серед істот, які так поступаються вам. У всьому. Якби я не знайшов вас, ви б загинули. Я впевнений у цьому. А зараз ми повинні поспішати. Корабель чекає. Не так легко дістатися сюди, на край галактики. І не так часто тут бувають наші кораблі. Замкніть квартиру. Вас не відразу похопляться.</w:t>
      </w:r>
    </w:p>
    <w:p>
      <w:r>
        <w:br/>
        <w:t>Коли ми виходили, вже на сходах я почув, як дзвонить телефон. Я зробив крок назад.</w:t>
      </w:r>
    </w:p>
    <w:p>
      <w:r>
        <w:br/>
        <w:t>— Це Крогіус, — сказав гість. — Він розмовляв з Гуровим. І Гуров не залишив каменя на камені від вашої роботи. Тепер Крогіус забуде про все. Скоро забуде.</w:t>
      </w:r>
    </w:p>
    <w:p>
      <w:r>
        <w:br/>
        <w:t>— Знаю, — відповів я. — Це був Крогіус.</w:t>
      </w:r>
    </w:p>
    <w:p>
      <w:r>
        <w:br/>
        <w:t>Ми швидко долетіли до корабля. Він висів над кущами, невеликий, напівпрозорий і з вигляду абсолютно не пристосований до далеких мандрів. Він висів над кущами в Сокольниках, і я навіть озирнувся, сподіваючись побачити порожню пивну пляшку.</w:t>
      </w:r>
    </w:p>
    <w:p>
      <w:r>
        <w:br/>
        <w:t>— Останній погляд? — запитав гість.</w:t>
      </w:r>
    </w:p>
    <w:p>
      <w:r>
        <w:br/>
        <w:t>— Так, — сказав я.</w:t>
      </w:r>
    </w:p>
    <w:p>
      <w:r>
        <w:br/>
        <w:t>— Спробуйте побороти печаль, що вас охопила, — сказав гість. — Вона народжується не від розставання, а від невідомості, від неможливості зазирнути в майбутнє. Завтра ви лише посміхнетеся, пригадавши про маленькі радощі і маленькі неприємності, що оточували вас тут. Неприємностей було більше.</w:t>
      </w:r>
    </w:p>
    <w:p>
      <w:r>
        <w:br/>
        <w:t>— Більше, — погодився я, і мене м'яко і тепло обкутало повітря корабля.</w:t>
      </w:r>
    </w:p>
    <w:p>
      <w:r>
        <w:br/>
        <w:t>— Стартуємо, — сказав гість. — Ви не відчуєте перевантажень. Придивіться до мене уважніше. Ваша земна оболонка не хоче покинути вас.</w:t>
      </w:r>
    </w:p>
    <w:p>
      <w:r>
        <w:br/>
        <w:t>Гість переливався перламутровими хвилями, бавлячись і владарюючи приладами управління.</w:t>
      </w:r>
    </w:p>
    <w:p>
      <w:r>
        <w:br/>
        <w:t>Я побачив крізь напівпрозору підлогу корабля, як відходить униз все швидше й швидше темна зелень парку, збігаються і дрібніють доріжки вуличних вогнів і розсипи вікон. І Москва перетворилася на світлу пляму на чорному тілі Землі.</w:t>
      </w:r>
    </w:p>
    <w:p>
      <w:r>
        <w:br/>
        <w:t>— Ви ніколи не пошкодуєте, — сказав мені гість. — Я ввімкну музику, і ви зрозумієте, яких вершин може досягти розум, звернений до прекрасного.</w:t>
      </w:r>
    </w:p>
    <w:p>
      <w:r>
        <w:br/>
        <w:t>Музика виникла ззовні, влилася в корабель, м'яко підхопила нас і полинула до зір, і була вона досконала, як досконале зоряне небо. Це була та досконалість, до якої мене вабило порожніми ночами і в моменти втоми та роздратування.</w:t>
      </w:r>
    </w:p>
    <w:p>
      <w:r>
        <w:br/>
        <w:t>І я почув, як знов задзвенів телефон в покинутій, неприбраній квартирі, телефон, ручка якого була замотана синьою ізоляційною стрічкою, тому що хтось з підпилих друзів скинув його зі столу, щоб звільнити місце для шахівниці.</w:t>
      </w:r>
    </w:p>
    <w:p>
      <w:r>
        <w:br/>
        <w:t>— Я пішов, — сказав я гостеві.</w:t>
      </w:r>
    </w:p>
    <w:p>
      <w:r>
        <w:br/>
        <w:t>— Ні, — сказав той. — Повертатися пізно. Та й безглузді повернення в минуле. У далеке минуле.</w:t>
      </w:r>
    </w:p>
    <w:p>
      <w:r>
        <w:br/>
        <w:t>— До побачення, — сказав я.</w:t>
      </w:r>
    </w:p>
    <w:p>
      <w:r>
        <w:br/>
        <w:t>Я покинув корабель, тому що за цей вечір я навчився багато чому, про що й не підозрював раніше.</w:t>
      </w:r>
    </w:p>
    <w:p>
      <w:r>
        <w:br/>
        <w:t>Земля наближалася, і Москва з невеликої світлої плями перетворилася знов на нескінченний розсип вогнів. І я насилу розшукав свій п'ятиповерховий блоковий будинок, такий однаковий і нудний у ряді побратимів.</w:t>
      </w:r>
    </w:p>
    <w:p>
      <w:r>
        <w:br/>
        <w:t>Голос гостя наздогнав мене:</w:t>
      </w:r>
    </w:p>
    <w:p>
      <w:r>
        <w:br/>
        <w:t>— Ви прирікаєте себе на життя, повне недомовок, мук і принижень. Ви будете все життя прагнути до нас, до мене. Але буде пізно. Схаменіться. Вам не можна повертатися.</w:t>
      </w:r>
    </w:p>
    <w:p>
      <w:r>
        <w:br/>
        <w:t>Двері на балкон були розчинені. Телефон вже замовк. Я намацав його, не засвічуючи світла. Я подзвонив Катрін і запитав її:</w:t>
      </w:r>
    </w:p>
    <w:p>
      <w:r>
        <w:br/>
        <w:t>— Ти дзвонила мені, Катрусю?</w:t>
      </w:r>
    </w:p>
    <w:p>
      <w:r>
        <w:br/>
        <w:t>— Ти з глузду з'їхав, — сказала Катрін. — Вже перша година. Ти всіх сусідів перебудиш.</w:t>
      </w:r>
    </w:p>
    <w:p>
      <w:r>
        <w:br/>
        <w:t>— То ти дзвонила?</w:t>
      </w:r>
    </w:p>
    <w:p>
      <w:r>
        <w:br/>
        <w:t>— Це, напевно, твій божевільний Крогіус дзвонив. Він тебе по всьому місту розшукує. У нього якісь неприємності.</w:t>
      </w:r>
    </w:p>
    <w:p>
      <w:r>
        <w:br/>
        <w:t>— Шкода, — сказав я.</w:t>
      </w:r>
    </w:p>
    <w:p>
      <w:r>
        <w:br/>
        <w:t>— Крогіуса?</w:t>
      </w:r>
    </w:p>
    <w:p>
      <w:r>
        <w:br/>
        <w:t>— Ні, шкода, що не ти дзвонила.</w:t>
      </w:r>
    </w:p>
    <w:p>
      <w:r>
        <w:br/>
        <w:t>— А навіщо я повинна була тобі дзвонити?</w:t>
      </w:r>
    </w:p>
    <w:p>
      <w:r>
        <w:br/>
        <w:t>— Щоб сказати, що згодна вийти за мене заміж.</w:t>
      </w:r>
    </w:p>
    <w:p>
      <w:r>
        <w:br/>
        <w:t>— Ти з'їхав з глузду. Я ж сказала, що ніколи не вийду заміж за прибульця з космосу і притому морального виродка, який може навіяти мені, що він Жан-Поль Бельмондо.</w:t>
      </w:r>
    </w:p>
    <w:p>
      <w:r>
        <w:br/>
        <w:t>— Ніколи?</w:t>
      </w:r>
    </w:p>
    <w:p>
      <w:r>
        <w:br/>
        <w:t>— Лягай спати, — сказала Катрін. — Інакше я тебе зненавиджу.</w:t>
      </w:r>
    </w:p>
    <w:p>
      <w:r>
        <w:br/>
        <w:t>— Ти завтра коли закінчуєш роботу?</w:t>
      </w:r>
    </w:p>
    <w:p>
      <w:r>
        <w:br/>
        <w:t>— Тебе не обходить. У мене побачення.</w:t>
      </w:r>
    </w:p>
    <w:p>
      <w:r>
        <w:br/>
        <w:t>— У тебе побачення зі мною, — сказав я строго.</w:t>
      </w:r>
    </w:p>
    <w:p>
      <w:r>
        <w:br/>
        <w:t>— Гаразд, з тобою, — сказала Катрін. — Тільки зайвого не думай.</w:t>
      </w:r>
    </w:p>
    <w:p>
      <w:r>
        <w:br/>
        <w:t>— Я зараз думати майже не в змозі.</w:t>
      </w:r>
    </w:p>
    <w:p>
      <w:r>
        <w:br/>
        <w:t>— Я тебе цілую, — сказала Катрін. — Подзвони Крогіусу. Заспокой його. Він збожеволіє.</w:t>
      </w:r>
    </w:p>
    <w:p>
      <w:r>
        <w:br/>
        <w:t>Я подзвонив Крогіусу і заспокоїв його.</w:t>
      </w:r>
    </w:p>
    <w:p>
      <w:r>
        <w:br/>
        <w:t>Потім зняв черевики і, вже засинаючи, пригадав, що у мене закінчилася кава і завтра треба обов'язково зайти на Кіровську, в магазин, і вистояти там несамовиту чергу.</w:t>
      </w:r>
    </w:p>
    <w:p>
      <w:r>
        <w:br/>
        <w:t>© БУЛЫЧЕВ К. Чудеса в Гусляре. — М.: Молодая гвардия, 1972. — 368 с. — (Б-ка советской фантастики).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Вибір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