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чуєте? Ви чуєте — він спить!</w:t>
      </w:r>
    </w:p>
    <w:p>
      <w:r>
        <w:br/>
        <w:t xml:space="preserve"> …Ви чуєте? Ви чуєте — він спить!&lt;br /&gt;</w:t>
        <w:br/>
        <w:t>Я жду вас, товариство, як епоху!</w:t>
      </w:r>
    </w:p>
    <w:p>
      <w:r>
        <w:br/>
        <w:t>Не дай вам бог його в мені збудить…&lt;br /&gt;</w:t>
        <w:br/>
        <w:t>Не кваптеся, беріть мене потроху.</w:t>
      </w:r>
    </w:p>
    <w:p>
      <w:r>
        <w:br/>
        <w:t>Спочатку губи, руки і чоло,&lt;br /&gt;</w:t>
        <w:br/>
        <w:t>А потім очі, ноги і легені,</w:t>
      </w:r>
    </w:p>
    <w:p>
      <w:r>
        <w:br/>
        <w:t>Здається, зайвого у мене не було —&lt;br /&gt;</w:t>
        <w:br/>
        <w:t>Оце і все, що в мене… будьте певні!</w:t>
      </w:r>
    </w:p>
    <w:p>
      <w:r>
        <w:br/>
        <w:t>Несіть мене! Пора прийшла якраз!&lt;br /&gt;</w:t>
        <w:br/>
        <w:t>На досвітку її літак прикрилить…</w:t>
      </w:r>
    </w:p>
    <w:p>
      <w:r>
        <w:br/>
        <w:t>Скажіть їй, що мене не буде довгий час&lt;br /&gt;</w:t>
        <w:br/>
        <w:t>І що мене надійно руки вкрили.</w:t>
      </w:r>
    </w:p>
    <w:p>
      <w:r>
        <w:br/>
        <w:t>Скажіть їй так: вночі знайшли мене,&lt;br /&gt;</w:t>
        <w:br/>
        <w:t>Лежав на серці всі останні ночі,</w:t>
      </w:r>
    </w:p>
    <w:p>
      <w:r>
        <w:br/>
        <w:t>Іще одне! Малесеньке одне:&lt;br /&gt;</w:t>
        <w:br/>
        <w:t>Сховайте для поетів мої очі.</w:t>
      </w:r>
    </w:p>
    <w:p>
      <w:r>
        <w:br/>
        <w:t>А руки мої дайте літакам…&lt;br /&gt;</w:t>
        <w:br/>
        <w:t>Легені — вітру… А чоло — блакиті…</w:t>
      </w:r>
    </w:p>
    <w:p>
      <w:r>
        <w:br/>
        <w:t>Віддайте губи хвилям і волам,&lt;br /&gt;</w:t>
        <w:br/>
        <w:t>А ноги квітам, щоб ходили квіти.</w:t>
      </w:r>
    </w:p>
    <w:p>
      <w:r>
        <w:br/>
        <w:t>Оце і все… Услід мені візьміть&lt;br /&gt;</w:t>
        <w:br/>
        <w:t>Багряну орхідею у відерці…</w:t>
      </w:r>
    </w:p>
    <w:p>
      <w:r>
        <w:br/>
        <w:t>Ви чуєте? Ви чуєте — він спить!&lt;br /&gt;</w:t>
        <w:br/>
        <w:t>Він спить, мій звір! Прекрасний звір у серці!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чуєте? Ви чуєте — він спить!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