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Вгору прапор</w:t>
      </w:r>
    </w:p>
    <w:p>
      <w:r>
        <w:br/>
        <w:t xml:space="preserve"> Високо стяг наш піднесім,&lt;br /&gt;</w:t>
        <w:br/>
        <w:t>Прапор наш малиновий,&lt;br /&gt;</w:t>
        <w:br/>
        <w:t>Ставаймо в гурт усі при нім&lt;br /&gt;</w:t>
        <w:br/>
        <w:t>До бою всі готові.</w:t>
      </w:r>
    </w:p>
    <w:p>
      <w:r>
        <w:br/>
        <w:t>Хто хоче щастя, свободи,&lt;br /&gt;</w:t>
        <w:br/>
        <w:t>У кого орла крила,&lt;br /&gt;</w:t>
        <w:br/>
        <w:t>До нас у Січ, до нас в ряди,&lt;br /&gt;</w:t>
        <w:br/>
        <w:t>У злуці міць і сила.</w:t>
      </w:r>
    </w:p>
    <w:p>
      <w:r>
        <w:br/>
        <w:t>Як скріпне тіло й дух зросте,&lt;br /&gt;</w:t>
        <w:br/>
        <w:t>Могутньою Січ стане,&lt;br /&gt;</w:t>
        <w:br/>
        <w:t>Колишня слава оживе,&lt;br /&gt;</w:t>
        <w:br/>
        <w:t>Рабства пірвем кайдани.</w:t>
      </w:r>
    </w:p>
    <w:p>
      <w:r>
        <w:br/>
        <w:t>Сини катованих батьків,&lt;br /&gt;</w:t>
        <w:br/>
        <w:t>Під стяги Січовії!&lt;br /&gt;</w:t>
        <w:br/>
        <w:t>Не зломлять зєднаних борців&lt;br /&gt;</w:t>
        <w:br/>
        <w:t>Ворожих сил затії.</w:t>
      </w:r>
    </w:p>
    <w:p>
      <w:r>
        <w:br/>
        <w:t>У карних кадрах наша рать&lt;br /&gt;</w:t>
        <w:br/>
        <w:t>Готова щохвилини&lt;br /&gt;</w:t>
        <w:br/>
        <w:t>Боротися, життя віддать&lt;br /&gt;</w:t>
        <w:br/>
        <w:t>Для щастя України.</w:t>
      </w:r>
    </w:p>
    <w:p>
      <w:r>
        <w:br/>
        <w:t>І щастя те добудем ми&lt;br /&gt;</w:t>
        <w:br/>
        <w:t>Роками трудів, бою,&lt;br /&gt;</w:t>
        <w:br/>
        <w:t>Щоб наших нащадків сини&lt;br /&gt;</w:t>
        <w:br/>
        <w:t>Втішалися свободою.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Вгору прапор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