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Вестерн</w:t>
      </w:r>
    </w:p>
    <w:p>
      <w:r>
        <w:br/>
        <w:t xml:space="preserve"> Ти дивився цей фільм у казармі&lt;br /&gt;</w:t>
        <w:br/>
        <w:t>де дихала сотня ротів&lt;br /&gt;</w:t>
        <w:br/>
        <w:t>краплі поту сюжет&lt;br /&gt;</w:t>
        <w:br/>
        <w:t>на зразок політичного детективу&lt;br /&gt;</w:t>
        <w:br/>
        <w:t>після вечері&lt;br /&gt;</w:t>
        <w:br/>
        <w:t>це особливо приємно&lt;br /&gt;</w:t>
        <w:br/>
        <w:t>травити</w:t>
      </w:r>
    </w:p>
    <w:p>
      <w:r>
        <w:br/>
        <w:t>ти дивився його&lt;br /&gt;</w:t>
        <w:br/>
        <w:t>частка маси пара очей серед місива&lt;br /&gt;</w:t>
        <w:br/>
        <w:t>травлячих мізків можливо&lt;br /&gt;</w:t>
        <w:br/>
        <w:t>в цю ж мить&lt;br /&gt;</w:t>
        <w:br/>
        <w:t>твої друзі позіхали нудячись вдома&lt;br /&gt;</w:t>
        <w:br/>
        <w:t>і в цю ж мить&lt;br /&gt;</w:t>
        <w:br/>
        <w:t>телевізор вмикала кахана яка чортівня&lt;br /&gt;</w:t>
        <w:br/>
        <w:t>і в цю ж мить&lt;br /&gt;</w:t>
        <w:br/>
        <w:t>щось подібне тобто&lt;br /&gt;</w:t>
        <w:br/>
        <w:t>вбивство кохання і підлість&lt;br /&gt;</w:t>
        <w:br/>
        <w:t>сходило з екранів і вганяло&lt;br /&gt;</w:t>
        <w:br/>
        <w:t>жала в людей&lt;br /&gt;</w:t>
        <w:br/>
        <w:t>і в цю ж мить&lt;br /&gt;</w:t>
        <w:br/>
        <w:t>вилітали ракети&lt;br /&gt;</w:t>
        <w:br/>
        <w:t>горили займалися сексом і самогубством</w:t>
      </w:r>
    </w:p>
    <w:p>
      <w:r>
        <w:br/>
        <w:t>ти дивився усе це&lt;br /&gt;</w:t>
        <w:br/>
        <w:t>задихаючись від напливу електрохвиль&lt;br /&gt;</w:t>
        <w:br/>
        <w:t>так дрібничка&lt;br /&gt;</w:t>
        <w:br/>
        <w:t>здавалося вибухне&lt;br /&gt;</w:t>
        <w:br/>
        <w:t>коеан електричного поля&lt;br /&gt;</w:t>
        <w:br/>
        <w:t>і зареве&lt;br /&gt;</w:t>
        <w:br/>
        <w:t>трубний глас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Вестерн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