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Весною</w:t>
      </w:r>
    </w:p>
    <w:p>
      <w:r>
        <w:br/>
        <w:t xml:space="preserve"> &lt;blockquote&gt;&lt;p&gt;...Смутно, що з такого раю</w:t>
      </w:r>
    </w:p>
    <w:p>
      <w:r>
        <w:br/>
        <w:t>Зробили ми долину мук безкраю,</w:t>
      </w:r>
    </w:p>
    <w:p>
      <w:r>
        <w:br/>
        <w:t>Де тільки й можна плакати-ридати.</w:t>
      </w:r>
    </w:p>
    <w:p>
      <w:r>
        <w:br/>
        <w:t>В. Самійленко. ("Україні" 81).</w:t>
      </w:r>
    </w:p>
    <w:p>
      <w:r>
        <w:br/>
      </w:r>
    </w:p>
    <w:p>
      <w:r>
        <w:br/>
        <w:t>Стояла сьома година ранку. Штейгерові Сосновському й сьогодні, як і вчора, нездужалось. Але весняне сонечко так привабливо зазирало до його в кімнату, наче хотіло доконче викликати його на вулицю. І він мусів скоритись.</w:t>
      </w:r>
    </w:p>
    <w:p>
      <w:r>
        <w:br/>
        <w:t>Зодягтись у шахтьорку, звичайну робочу одежину, Сосновський вийшов на ганок. Сонце кинуло просто в вічі йому цілий сніп гарячого ясного проміння. Він прижмурився, боком, скоса подививсь на небо й усміхнувся привітною усмішкою. А сонце сміялось, раділо і з блакитного неба, і з зеленої, землі, на їй сірими, прикрими плямами визначалися сірі будинки убогих шахтарських халупок, брудних і сумних. Далі розіслався широкий степ, а за ним, геть на обрію, в ранішньому тумані маячіло в садках якесь село з високою гостроверхою дзвіницею.</w:t>
      </w:r>
    </w:p>
    <w:p>
      <w:r>
        <w:br/>
        <w:t>Будинок, де жив Сосновський, стояв скраю. Щодня, йдучи до шахти, Сосновський спинявся на хвилину на хвірточці і мовчки, з радісною усмішкою любовав з далечини, з просторого степу, що, мов пишний зелений килим, слався перед ним; скрізь по, степу горіли, мов краплини свіжої крові, головки яскраво-червоних воронців, і це надавало степові такої краси, що не можна було очей одірвати од нього. А в небі бреніли завзяті співці весняні, незримі жайворонки: неначе невідомий велетень-музика натягнув од землі до неба незримі струни й дзвенів на них невимовно-давній гімн весні й сонцеві, величному, палкому сонцеві, що є початком і кінцем життя... В душі піднімавсь якийсь чудовий, солодкий смуток, і серце од того смутку билось палкіш, водно з чарівною музикою природи, кров буяла в жилах, вся душа сповнялась завзятим бажанням... Степ дихав... Він жив кожною своєю билинкою хисткою, кожною непомітною квіточкою, найдрібнішою комашиною, метеликом, коником, пташечкою...</w:t>
      </w:r>
    </w:p>
    <w:p>
      <w:r>
        <w:br/>
        <w:t>Сосновський любив степ, кохався в його просторищі, любив, як вдячний син свою родину. Йому й тепер хотілось вийти насеред степу, упасти на траву, обняти його міцно-міцно й злитися з ним в єдиному подиху, в єдинім бажанні, в єдинім акорді.</w:t>
      </w:r>
    </w:p>
    <w:p>
      <w:r>
        <w:br/>
        <w:t>— Як гарно!..— несамохіть вирвалось у Сосновського. Він усміхнувся лагідно й повернув до шахти.</w:t>
      </w:r>
    </w:p>
    <w:p>
      <w:r>
        <w:br/>
        <w:t>Йому треба було проходити повз шахтарську колонію. Вона зовсім не підходила до того, що було навколо. Сірими невеселими рядами стояли будинки; поміж ними без ладу розкидано було прибудовання: хліви, льохи, курники; нечепурні нужники, що стояли теж рядками, просто поперед вікнами, надавали й без того поганій картині якогось сороміцького вигляду. Побіля балаганів (так звали шахтарі свої нудні оселі) грались на сонці задрипані, замурзані діти: в їхніх руках не було звичайної дитячої жвавості й радості; батьківська млявість од тяжкої каторжної праці наложила й на них свою пекельну печать.</w:t>
      </w:r>
    </w:p>
    <w:p>
      <w:r>
        <w:br/>
        <w:t>— Штегар іде,— зашепотіли деякі діти, побачивши Сосновського, й дивилися на нього своїми байдужими оченятами.</w:t>
      </w:r>
    </w:p>
    <w:p>
      <w:r>
        <w:br/>
        <w:t>Вікна подекуди було відчинено, і звідтіля несло лайкою жінок, важким духом кислої капусти, прілих онуч. Відкілясь почулось гепання в чиюсь спину й страшенний дитячий вереск, Сосновський повернув у той бік голову. Діти з зацікавленням звели на нього свої очі, наче ждали, що він скаже з приводу такої пригоди.</w:t>
      </w:r>
    </w:p>
    <w:p>
      <w:r>
        <w:br/>
        <w:t>— Лушку б’ють,— мовив якийсь хлопчик; юрба дітей, ніби цього тільки й ждала, голосно зареготалась.— Она хлєб крадьоть,— насмілився хлопчик, і замурзана зграя знов зареготалась.</w:t>
      </w:r>
    </w:p>
    <w:p>
      <w:r>
        <w:br/>
        <w:t>З одного вікна висунулось гостроносе обличчя молодої дівчини і втопило в очах Сосновського свої сірі, цікаві баньки; безсоромна усмішка тремтіла їй на устах. Сосновський знав, що то дочка коваля Коропа і що ковалиха за гроші продає на яку годину отсю дочку то одному, то другому шахтареві; знав він і те, що ковалиха потай продає шахтарям горілку, під самим носом у поліцейського надзирателя, і що в неї щовечора розпуста й пияцтво.</w:t>
      </w:r>
    </w:p>
    <w:p>
      <w:r>
        <w:br/>
        <w:t>Сосновський насупив брови...</w:t>
      </w:r>
    </w:p>
    <w:p>
      <w:r>
        <w:br/>
        <w:t>— Навіщо це отаке? — думалось йому.— Як гарно на світі,— весна, сонечко, степ, а тут... І чому ці халупки будовано отак, вкупі, немов місця мало?.. Чому не поставити кожний будинок окремо, обсадити його вишнями, бузком, посадити під вікнами рожу, сояшники... Як гарно було б... Та і по всьому, хіба можна знайти оправдання самому існуванню такої праці, як отся шахтарська, що завчасно псує життя людям і наближає їх до смерті?..</w:t>
      </w:r>
    </w:p>
    <w:p>
      <w:r>
        <w:br/>
        <w:t>Він розуміє тепер, чому бідний обідраний степовик неохоче стає до роботи на шахти. Степовик воліє краще пухнути з голоду, не зібравши нічого на своїй убогій ниві, ніж заробляти на прожиток у шахті. Він — син степу: зроду степ привчив його відчувати красу свого простору, вільного запашного повітря й сонця. "На шахті — то робота кацапська",— зневажливо одповідає він, як спитаєте, чом він не йде на заробітки до шахти. Й справді: на шахтах сила робочого люду — захожого з московщини; хіба вряди-годи стрінеш наших людей, та й то тільки на поверховій роботі...</w:t>
      </w:r>
    </w:p>
    <w:p>
      <w:r>
        <w:br/>
        <w:t>Он переступив поріг млявий заспаний шахтар, байдужо подивився довкола, потім на сонце, позіхнув голосно, не звертаючи уваги на штегаря, й знов потяг у свою нору. Шлях перейшов Сосновському товстий рудоусий надзиратель, щось буркнув під ніс і, назграбно кивнувши головою, торкнувсь грубими пальцями до козирка своєї засмальцьованої шапчини з кокардою.</w:t>
      </w:r>
    </w:p>
    <w:p>
      <w:r>
        <w:br/>
        <w:t>"На рассвете приговор приведен в исполнение",— чогось промайнули в голові Сосновського ті казенні слова, такі звичайні в останні дні громадянського життя. "Хорошо умереть на заре!" — виринали другі слова, і чорні думки, мов сполохані круки, знов линули й зникали одна за одною, лишаючи на серці якийсь тупий біль.</w:t>
      </w:r>
    </w:p>
    <w:p>
      <w:r>
        <w:br/>
        <w:t>— Та чи справді так вже хороше на світі?.. А це, це... Яке дивне те, що утворила природа, і яке ж гидке — утворене людськими руками... Кому воно потрібне?.. гидкі ті люди, що присилували отсих людей жити так... так... Не по-звірячому, ні... Звірі живуть хороше, в згоді з природою — природа по суті своїй не може бути гидкою. Вони присилували їх жити так, як жодна тварина не живе на світі. Гидкі й ті, що скорились їм і гинуть у цих брудних оселях, де саме повітря повне зарази... Ні, вони не гидкі... вони мізерні, в їх дух пригас, голод і шахта підтяли їхню силу, душу, серце, розум, почуття; в їх не зосталось навіть звірячого природного почуття, бо й птиця знає й любить гніздо своє, а звір — кубло, і живуть вони як хотять: сміються до сонця, радіють з дітей, журяться, як їх немає... А ці?.. Вони давно вже позбулись навіть потреби в сміхові або в сльозах; злість, запекла зненависть опанувала їхньою душею, серцем, розумом. А коли й сміються вони часом, то сміються гидко, а плачуть од злості...</w:t>
      </w:r>
    </w:p>
    <w:p>
      <w:r>
        <w:br/>
        <w:t>А сонце шалено сміялось, наче в сміхові його одбивалась уся радість світова; воно наче говорило: чому ж ви не смієтесь отак, як я? чого ви смутні, як ніч? чого ви брудні, а не ясні, як я?..</w:t>
      </w:r>
    </w:p>
    <w:p>
      <w:r>
        <w:br/>
        <w:t>Сосновський непомітно опинився біля шахти. Не заходячи до контори, він виліз по східцях на поверх надшахтної будівлі, щоб в кліті[1] спуститись у шахту.</w:t>
      </w:r>
    </w:p>
    <w:p>
      <w:r>
        <w:br/>
        <w:t>Важко грюкаючи вагончиками з вугіллям та з глеєм, метушились біля ствола[2] брудні одкатчики[3]. Дехто гнав вагончики по рейках, прокладених на естокаді[4], й, докотивши до опрокидивателя, перевертав їх колесами вгору: вугіль з грюкотом та ляпанням валився униз на величезну купу вугільну. А інші котили вагончики по глею, що високим валом тягся од шахти в степ; докотивши до краю, вони власним зусиллям перекидали вагончика вгору колесами й вигрібали з його мокрий, холодний глей.</w:t>
      </w:r>
    </w:p>
    <w:p>
      <w:r>
        <w:br/>
        <w:t>Одягнені вони були, як і звичайно, в лахміття; на ногах у них були — у кого чоботи, у кого постоли, а більш чуні. Сосновський не раз бачив їх такими, але сьогодня вони здавались йому надто нечепурними. Він вийшов на естокаду.</w:t>
      </w:r>
    </w:p>
    <w:p>
      <w:r>
        <w:br/>
        <w:t>Боже, яка краса!.. Степ, степ і степ, скільки око сягне!.. Ген в далекій лощині ще досі біліє злегка ранкова імла: ще сонце не встигло простягнути до неї свого золотистого проміння й виссати її звідтіля. На косогорі ворушилась отара, або гуртуючись у величезну сіру пляму на зеленому тлі, або розбігаючись шматочками вздовж лощини й поринаючи в прозорій імлі. Не хотілось очей одривати од цієї надзвичайно пишної, живої картини, не хотілось лізти в шахту...</w:t>
      </w:r>
    </w:p>
    <w:p>
      <w:r>
        <w:br/>
        <w:t>Повз шахту гадюкою звивався вузенький шлях. По шляху торохтіла вбога повозчина, запряжена двома невеличкими шкапинами, що скидались на лошат: вони ще до того були й підстрижені. На повозці сидів похмурий селянин у драній свитці з капелюхом на голові, не вважаючи на те, що на дворі пишала весна.</w:t>
      </w:r>
    </w:p>
    <w:p>
      <w:r>
        <w:br/>
        <w:t>В ту мить, як повозчина порівнялась з шахтою, одкатчик поставив вагончика на опрокидиватель, і вугілля з грюкотом, мов регочучи срібним сухим реготом, посипалось униз під естокаду, піднімаючи круг себе чорну блискучу куряву. Коні раптом спинились, перелякані, й посунулись назад, аж дишель затріщав.</w:t>
      </w:r>
    </w:p>
    <w:p>
      <w:r>
        <w:br/>
        <w:t>— Но-но! бодай ви виздихали! — з ненавистю визвіривсь на них дядько.</w:t>
      </w:r>
    </w:p>
    <w:p>
      <w:r>
        <w:br/>
        <w:t>Але одна шкапина рішучо підняла голову, упершись передніми ногами в землю й присівши трохи на задні. Мотузяна шлейка насунулась їй на вуха. Дядько неначе ждав цього: він вихопив з-під себе ломаку й почав гатить коняку по спині. Коли це не помогло, він зіскочив з повозки й бив коняку по боках, по ногах, по вухах, бив з якимсь чортячим захопленням. Здавалось, бив він її не за те, що вона стала й заноровилась, а через те, що тією бійкою він виливав якусь давню, запеклу злість, і не на бідолашну скотину, а взагалі на все: на весну, що така вбрана й вродлива, на сонце, що весело од щастя сміялось до всього, на степ, що вабив до себе безмірним простором та красою, на солодке, запашне повітря, що ласкаво, ледве торкаючись, цілувало його...</w:t>
      </w:r>
    </w:p>
    <w:p>
      <w:r>
        <w:br/>
        <w:t>— А, яка бридка сцена! — буркнув Сосновський. Щось уз давило йому горло. Він повернув голову й дивився у другий бік; в ухах йому лунали глухі удари.</w:t>
      </w:r>
    </w:p>
    <w:p>
      <w:r>
        <w:br/>
        <w:t>— Здорово лупіть! — звернувся не знати до кого одкатчик.— Бей, я їво знаю! — додав він дядькові униз, голосно регочучи.</w:t>
      </w:r>
    </w:p>
    <w:p>
      <w:r>
        <w:br/>
        <w:t>А жайворонки виспівували у небі свій величний гімн сонцю. Он уже й імла сливе зовсім розійшлась; видко було, як вівчар зганяв докупи шпанку. А це що виїхало на коні з балки?.. Черкес, чи що?.. Сосновський пригадав, що увесь цей степ, уся ця краса,— в одних руках у поміщика Томсона; він одразу зрозумів, чого селянин такий вбогий і чого він такий злючий на все.</w:t>
      </w:r>
    </w:p>
    <w:p>
      <w:r>
        <w:br/>
        <w:t>Далі коні не видержали катування й, мов скажені, понесли повозку по степу. Дядько вгледів черкеса об’їздчика і вживав усіх засобів, щоб спинить коней та повернути їх на шлях. Але все було надаремне: роздратовані шкапи, позадиравши голови, несли, що єсть духу, а дядько держався За повозку і голосно гукав. Черкес угледів такий безпорядок і пустив свого коня навзаводи; ось він вже догнав повозчину, вхопився з коня за віжки, припинив лошаків, обернувся до дядька й почав шмагати його нагаєм по плечах...</w:t>
      </w:r>
    </w:p>
    <w:p>
      <w:r>
        <w:br/>
        <w:t>Сосновський одвернувся й пішов до кліті, а одкатчик аж за живіт хапався од реготу, дивлячись, як черкес вчить "хахла" їздить по шляху. Сосновський підійшов до рукоятчика.— Навіщо воно? — прошепотів він.</w:t>
      </w:r>
    </w:p>
    <w:p>
      <w:r>
        <w:br/>
        <w:t>— Чого звольте? — обізвавсь рукоятчик.</w:t>
      </w:r>
    </w:p>
    <w:p>
      <w:r>
        <w:br/>
        <w:t>— Що?</w:t>
      </w:r>
    </w:p>
    <w:p>
      <w:r>
        <w:br/>
        <w:t>— Я думав... ви наче щось казали...</w:t>
      </w:r>
    </w:p>
    <w:p>
      <w:r>
        <w:br/>
        <w:t>— Дай кліть.</w:t>
      </w:r>
    </w:p>
    <w:p>
      <w:r>
        <w:br/>
        <w:t>Рукоятчик одчинив йому хвірточку й подав смердючу лампочку, а сам стукнув машиністові гасло.</w:t>
      </w:r>
    </w:p>
    <w:p>
      <w:r>
        <w:br/>
        <w:t>Затремтіла кодола, й кліть поволі піднялась угору. Рукоятчик вихопив з-під неї кулаки, й вона прожогом пірнула в глибоку пащу, чорну, як ніч.</w:t>
      </w:r>
    </w:p>
    <w:p>
      <w:r>
        <w:br/>
        <w:t>Сосновському хотілось плакати. Густа пітьма, вогка, нудна, обхопила його. Світло од лампочки тільки підкреслювало цю темряву й надавало їй якийсь зловісний відтінок. В очах йому ще й досі, мов далека зірниця, сміялось сонце, могутній бог, що він так в йому кохався; од шахтьорки штейгерової досі віяло м’яким приємним теплом, пахло промінням сояшним; лампочка чадила, як кепсько заправлений каганець, але той чад не міг перебити дратуючого паху весняного... Кліть стукала й тремтіла, мов віз, як його понесуть коні по ярах та рівчаках. Зверху за комір впало дві-три холодних краплини. Сосновський згорбився.</w:t>
      </w:r>
    </w:p>
    <w:p>
      <w:r>
        <w:br/>
        <w:t>— А-а, чи скоро край!..— зітхнув він. Хвилина, здавалось йому, не мала кінця. Аж ось кліть пішла тихше, вдарилась в дно, підскочила й спинилась.</w:t>
      </w:r>
    </w:p>
    <w:p>
      <w:r>
        <w:br/>
        <w:t>Стволовий[5], побачивши штейгера, запобігливо підскочив до кліті.</w:t>
      </w:r>
    </w:p>
    <w:p>
      <w:r>
        <w:br/>
        <w:t>— Пожалуйте, ваше благородіє.</w:t>
      </w:r>
    </w:p>
    <w:p>
      <w:r>
        <w:br/>
        <w:t>— Ну що, як? — спитав Сосновський.</w:t>
      </w:r>
    </w:p>
    <w:p>
      <w:r>
        <w:br/>
        <w:t>— Та нічого, все благополучно.</w:t>
      </w:r>
    </w:p>
    <w:p>
      <w:r>
        <w:br/>
        <w:t>"Благополучно"... Якимсь глумом здавалось йому це слово — "благополучно". Каторжна, гидка, брудна праця в повітрі, отруєнім чадом, вугільним порохом і гниллю; праця, зв’язана з небезпекою для життя, щодня наближаюча кожного робітника на годину до смерті,— це зветься "благополучно!" Праця в могилі, в царстві смерті,— чи вона ж може бути благополучною?</w:t>
      </w:r>
    </w:p>
    <w:p>
      <w:r>
        <w:br/>
        <w:t>І пригадалась йому давня шахтарська легенда, що він чув у штейгерській школі, ще як спускався у шахту на практику.</w:t>
      </w:r>
    </w:p>
    <w:p>
      <w:r>
        <w:br/>
        <w:t>Та казка розповідала про високу білу жіночу постать, що нібито з’являлась іноді шахтареві перед смертю...</w:t>
      </w:r>
    </w:p>
    <w:p>
      <w:r>
        <w:br/>
        <w:t>Сосновський з жахом втопив свій погляд у темряву... Тихо-тихо, тільки й чутно, як тріщать товсті дубові стойки під страшенною стосажневою вагою землі, тріщать, мов тоненькі сухі трісочки... Десь дзюрчить вода... Тррах! луснуло поблизу, як з гармати. Сосновський трохи не впав і вчепився руками за одежу здивованого стволового. То луснула під стелею дубова поперечка, не здержавши давління зверху: з’явище у шахті звичайне.</w:t>
      </w:r>
    </w:p>
    <w:p>
      <w:r>
        <w:br/>
        <w:t>— Пху, чорт!..— вилаявся Сосновський.— Прокляті нерви... Чого це я так розгвинтивсь?..</w:t>
      </w:r>
    </w:p>
    <w:p>
      <w:r>
        <w:br/>
        <w:t>Коло ствола стояло декілька вагонів з вугіллям і глеєм, деякі на плитах, а інші ще на рейках; стволовий по одному котив їх на кліть і видавав на-гора.</w:t>
      </w:r>
    </w:p>
    <w:p>
      <w:r>
        <w:br/>
        <w:t>— Багато видачі? — спитав Сосновський, щоб хоч трошки заспокоїтись. Серце йому тіпалось, і здавалось, що він навіть чує, як воно стукає.</w:t>
      </w:r>
    </w:p>
    <w:p>
      <w:r>
        <w:br/>
        <w:t>— Ще не багато, ваше благородіє, може, вагончиків з двадцять... Рано ще...</w:t>
      </w:r>
    </w:p>
    <w:p>
      <w:r>
        <w:br/>
        <w:t>Але Сосновський вже не слухав його. Він втопив погляд свій у пітьму, в штрек, що глибокою велетенською пащекою стояв йому перед очима. Пара рейок, що зникали десь у глибині, здавались йому страшенним роздвоєним жалом якогось страховища: воно роззявило свою пащу й хотіло його поглинути. Що воно?.. Здалека почувся невиразний глухий гомін, і далеко, далеко щось забіліло. Воно ворушилось і, наближаючись, все більшало. Сосновський виразно бачив високу, білу постать... Смерть зазирнула йому в вічі й обвіяла холодним духом.</w:t>
      </w:r>
    </w:p>
    <w:p>
      <w:r>
        <w:br/>
        <w:t>— Вона!..— затремтів він і знову вчепивсь руками в одежу стволового.</w:t>
      </w:r>
    </w:p>
    <w:p>
      <w:r>
        <w:br/>
        <w:t>— Та Господь з вами, ваше благородіє!..— заспокоював його шахтар.— Чого це ви?.. То ж партія йде. Чуєте, як вагончики цокотять?.. Ви, мабуть, нездужаєте?..</w:t>
      </w:r>
    </w:p>
    <w:p>
      <w:r>
        <w:br/>
        <w:t>А й справді — партія. Так, так, це партія... Сосновський вже виразно розпізнав білу коняку, що. підтюпцем везла вагончики з вугіллям, щоразу нагинаючи голову, щоб не стукнуться лобом об навислу зверху, поламану поперечку.</w:t>
      </w:r>
    </w:p>
    <w:p>
      <w:r>
        <w:br/>
        <w:t>— Гі-го!..— мов навіжений поганяв коногон, і луна здалека глухо передражнила його. "Гі-го!.." — почулось в скількох місцях зловісним реготом, ніби хто гукав у величезне барило.</w:t>
      </w:r>
    </w:p>
    <w:p>
      <w:r>
        <w:br/>
        <w:t>— Тихше, тихше ти, ідол! — вилаяв його стволовий.</w:t>
      </w:r>
    </w:p>
    <w:p>
      <w:r>
        <w:br/>
        <w:t>— Чавотише?.. Хо-хо-хо!.. Пррр... окаянная!.. Вороч!..— мов граючись, вигукував парубок.</w:t>
      </w:r>
    </w:p>
    <w:p>
      <w:r>
        <w:br/>
        <w:t>Але коняка й сама вже бачила, що треба на вороч[6], і ледві-ледві встигла одскочити. Коногон звичним рухом хотів одчепити барок, перехиливши голову за край вагончика, але...</w:t>
      </w:r>
    </w:p>
    <w:p>
      <w:r>
        <w:br/>
        <w:t>Страшенний хряск, грюкіт... Сосновський бачив тільки, як мигнула униз, між вагони, лампочка, що була причеплена погоничеві на голові, і раптом погасла. Залізний вагончик з неймовірною силою вдарився об другий, одскочив і знов вдарився, під натиском задніх. Коногон як лежав, так більш і не підводивсь, навіть не ворушився.</w:t>
      </w:r>
    </w:p>
    <w:p>
      <w:r>
        <w:br/>
        <w:t>Стволовий підбіг до нього, вхопив за плечі й підняв, але з жахом упустив; замість голови у того була скривавлена маса.</w:t>
      </w:r>
    </w:p>
    <w:p>
      <w:r>
        <w:br/>
        <w:t>Сосновський скрикнув несвіцьким голосом і повалився на плити...</w:t>
      </w:r>
    </w:p>
    <w:p>
      <w:r>
        <w:br/>
        <w:t>Очунявся він під теплим, ласкавим сояшним промінням на естокаді. Коло його метушився з водою конторщик. Сосновський підвівсь з ослону і озирнувсь довкола. Він не міг одразу пригадати, що йому сталося, тільки почував, що сталося щось дуже страшне, до смерті подібне... Але сонце... воно так радісно сміється з неба, сипле незчисленними пасмами гарячого проміння... А степ... вільний степ!.. Вже піднявся вітрець і хвилями колише густу зелену траву й тирсу... Як хороше!.. яка краса!..</w:t>
      </w:r>
    </w:p>
    <w:p>
      <w:r>
        <w:br/>
        <w:t>— Але що зо мною?..— думав Сосновський.</w:t>
      </w:r>
    </w:p>
    <w:p>
      <w:r>
        <w:br/>
        <w:t>Він подивився на конторщика, потім на шахтарів, що клопотались біля ствола над чимсь, і... пригадав усе...</w:t>
      </w:r>
    </w:p>
    <w:p>
      <w:r>
        <w:br/>
        <w:t>І сонце, і степ одразу потемніли...</w:t>
      </w:r>
    </w:p>
    <w:p>
      <w:r>
        <w:br/>
        <w:t>Сосновський встав і, непритомно ступаючи ногами, підійшов до сходів. Конторщик пособив йому злізти на землю.</w:t>
      </w:r>
    </w:p>
    <w:p>
      <w:r>
        <w:br/>
        <w:t>Він пішов, не озираючись, додому, щоб ніколи не вертатись сюди...</w:t>
      </w:r>
    </w:p>
    <w:p>
      <w:r>
        <w:br/>
        <w:t>А сонце сміялось і не хотіло знати нічого...</w:t>
      </w:r>
    </w:p>
    <w:p>
      <w:r>
        <w:br/>
        <w:t>[1] Кліть — залізна клітка, в котрій спускають у шахту і підіймають нагору людей і вагончики з вугіллям, глеєм, стойками або чим іншим — Приміт. авт.</w:t>
      </w:r>
    </w:p>
    <w:p>
      <w:r>
        <w:br/>
        <w:t>[2] Ствол — головний колодязь, котрим спускаються в шахту.— Приміт. авт.</w:t>
      </w:r>
    </w:p>
    <w:p>
      <w:r>
        <w:br/>
        <w:t>[3] Одкатчики —шахтарі, котрі одкачують вагончики з вугіллям.— Приміт. авт.</w:t>
      </w:r>
    </w:p>
    <w:p>
      <w:r>
        <w:br/>
        <w:t>[4] Естокада — довгий поміст на високих палях; на помості прокладено рейки; по них шахтарі котять вагончики з вугіллям; перекинувши вагончика над дірою в тому помості, висипають вугілля на землю.— Приміт. авт.</w:t>
      </w:r>
    </w:p>
    <w:p>
      <w:r>
        <w:br/>
        <w:t>[5] Стволовий — шахтар, котрий на дні ствола доглядає за спусканням і підійманням кліток.— Приміт. авт.</w:t>
      </w:r>
    </w:p>
    <w:p>
      <w:r>
        <w:br/>
        <w:t>[6] На вороч — набік. 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