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Весно, весно, без меж і без краю...</w:t>
      </w:r>
    </w:p>
    <w:p>
      <w:r>
        <w:br/>
        <w:t xml:space="preserve"> * * *</w:t>
      </w:r>
    </w:p>
    <w:p>
      <w:r>
        <w:br/>
        <w:t>Весно, весно, без меж і без краю,-&lt;br /&gt;</w:t>
        <w:br/>
        <w:t>Владо мрій, що без краю зроста!&lt;br /&gt;</w:t>
        <w:br/>
        <w:t>О життя! Пізнаю і приймаю!&lt;br /&gt;</w:t>
        <w:br/>
        <w:t>Шлю привіт тобі дзвоном щита!</w:t>
      </w:r>
    </w:p>
    <w:p>
      <w:r>
        <w:br/>
        <w:t>Вас приймаю, недолі погрози,&lt;br /&gt;</w:t>
        <w:br/>
        <w:t>Ласко долі, — вітання й тобі!&lt;br /&gt;</w:t>
        <w:br/>
        <w:t>В зачарованім царстві, де сльози,&lt;br /&gt;</w:t>
        <w:br/>
        <w:t>В тайні сміху — не місце ганьбі!</w:t>
      </w:r>
    </w:p>
    <w:p>
      <w:r>
        <w:br/>
        <w:t>Вас, безсонні за спірками ночі&lt;br /&gt;</w:t>
        <w:br/>
        <w:t>І світання в фіранках вікна,-&lt;br /&gt;</w:t>
        <w:br/>
        <w:t>Все приймаю, аби тільки очі&lt;br /&gt;</w:t>
        <w:br/>
        <w:t>Дратувала, сп'яніла весна!</w:t>
      </w:r>
    </w:p>
    <w:p>
      <w:r>
        <w:br/>
        <w:t>Сіл пустельні приймаю оселі,&lt;br /&gt;</w:t>
        <w:br/>
        <w:t>Зруби міст, весь їх морок і бруд,&lt;br /&gt;</w:t>
        <w:br/>
        <w:t>Піднебесні простори веселі&lt;br /&gt;</w:t>
        <w:br/>
        <w:t>І пекельний невільницький труд!</w:t>
      </w:r>
    </w:p>
    <w:p>
      <w:r>
        <w:br/>
        <w:t>Ось, розвіявши в вітрі шаленім&lt;br /&gt;</w:t>
        <w:br/>
        <w:t>Коси-змії, ти мчиш, ніби птах,&lt;br /&gt;</w:t>
        <w:br/>
        <w:t>З нерозгаданим божим іменням&lt;br /&gt;</w:t>
        <w:br/>
        <w:t>На затиснутих зимних устах.</w:t>
      </w:r>
    </w:p>
    <w:p>
      <w:r>
        <w:br/>
        <w:t>В цім спітканні ворожім не кволий,&lt;br /&gt;</w:t>
        <w:br/>
        <w:t>Я ніколи не кину щита...&lt;br /&gt;</w:t>
        <w:br/>
        <w:t>Ти плечей не відкриєш ніколи...&lt;br /&gt;</w:t>
        <w:br/>
        <w:t>Влада мрії над еами зроста!..</w:t>
      </w:r>
    </w:p>
    <w:p>
      <w:r>
        <w:br/>
        <w:t>І дивлюсь, ворожнечу зміряю,&lt;br /&gt;</w:t>
        <w:br/>
        <w:t>Все — ненависть, прокльони, любов;&lt;br /&gt;</w:t>
        <w:br/>
        <w:t>За тортури й погибель — я знаю —&lt;br /&gt;</w:t>
        <w:br/>
        <w:t>Все приймаю!.. І знову! І знов!</w:t>
      </w:r>
    </w:p>
    <w:p>
      <w:r>
        <w:br/>
        <w:t>Перекладач: Григорій Кочур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Весно, весно, без меж і без краю...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