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Веснянки</w:t>
      </w:r>
    </w:p>
    <w:p>
      <w:r>
        <w:br/>
        <w:t xml:space="preserve"> І&lt;br /&gt;</w:t>
        <w:br/>
        <w:t>Зійшли сніги, шумить вода,&lt;br /&gt;</w:t>
        <w:br/>
        <w:t>Весною повіва;&lt;br /&gt;</w:t>
        <w:br/>
        <w:t>Земля квіточки викида,&lt;br /&gt;</w:t>
        <w:br/>
        <w:t>Буяє травка молода;&lt;br /&gt;</w:t>
        <w:br/>
        <w:t>Все мертве ожива.</w:t>
      </w:r>
    </w:p>
    <w:p>
      <w:r>
        <w:br/>
        <w:t>Веселе сонечко блистить,&lt;br /&gt;</w:t>
        <w:br/>
        <w:t>Проміння щердо ллє;&lt;br /&gt;</w:t>
        <w:br/>
        <w:t>Гайок привітно шелестить,&lt;br /&gt;</w:t>
        <w:br/>
        <w:t>Неначе кличе пригостить;&lt;br /&gt;</w:t>
        <w:br/>
        <w:t>Струмочок виграє.</w:t>
      </w:r>
    </w:p>
    <w:p>
      <w:r>
        <w:br/>
        <w:t>Сіяють злотом небеса,&lt;br /&gt;</w:t>
        <w:br/>
        <w:t>Витьохкують пташки...&lt;br /&gt;</w:t>
        <w:br/>
        <w:t>А груди думонька стиса:&lt;br /&gt;</w:t>
        <w:br/>
        <w:t>Ховає зверхня ця краса&lt;br /&gt;</w:t>
        <w:br/>
        <w:t>Смердючі болячки.</w:t>
      </w:r>
    </w:p>
    <w:p>
      <w:r>
        <w:br/>
        <w:t>II&lt;br /&gt;</w:t>
        <w:br/>
        <w:t>Знову, ластівочко-серце,&lt;br /&gt;</w:t>
        <w:br/>
        <w:t>Ти вернулась, знов звила&lt;br /&gt;</w:t>
        <w:br/>
        <w:t>В нас під хатою кубельце...&lt;br /&gt;</w:t>
        <w:br/>
        <w:t>Заспівай же, де була?</w:t>
      </w:r>
    </w:p>
    <w:p>
      <w:r>
        <w:br/>
        <w:t>Розкажи: чи й там, як тута,&lt;br /&gt;</w:t>
        <w:br/>
        <w:t>Пекло скрізь — ні верть, ні круть:&lt;br /&gt;</w:t>
        <w:br/>
        <w:t>Люди носять рабські пута,&lt;br /&gt;</w:t>
        <w:br/>
        <w:t>У чужій кормизі мруть?</w:t>
      </w:r>
    </w:p>
    <w:p>
      <w:r>
        <w:br/>
        <w:t>Світлі поклики колишні&lt;br /&gt;</w:t>
        <w:br/>
        <w:t>До братерства та рідні,&lt;br /&gt;</w:t>
        <w:br/>
        <w:t>Мов ті дріб'язки залишні,&lt;br /&gt;</w:t>
        <w:br/>
        <w:t>Затопталися в багні?</w:t>
      </w:r>
    </w:p>
    <w:p>
      <w:r>
        <w:br/>
        <w:t>Крук недолі над всім кружить,&lt;br /&gt;</w:t>
        <w:br/>
        <w:t>А соборйще панів,&lt;br /&gt;</w:t>
        <w:br/>
        <w:t>Знавіснівши, гірко тужить,&lt;br /&gt;</w:t>
        <w:br/>
        <w:t>Що, бач, мало кайданів?</w:t>
      </w:r>
    </w:p>
    <w:p>
      <w:r>
        <w:br/>
        <w:t>Розкажи: чи й там, як тута,&lt;br /&gt;</w:t>
        <w:br/>
        <w:t>Замість праці все слова;&lt;br /&gt;</w:t>
        <w:br/>
        <w:t>Люд бездольний в пітьмі плута,&lt;br /&gt;</w:t>
        <w:br/>
        <w:t>На наймитів упова?</w:t>
      </w:r>
    </w:p>
    <w:p>
      <w:r>
        <w:br/>
        <w:t>III&lt;br /&gt;</w:t>
        <w:br/>
        <w:t>Сумно заспівала&lt;br /&gt;</w:t>
        <w:br/>
        <w:t>Ластівочка люба&lt;br /&gt;</w:t>
        <w:br/>
        <w:t>На питання ті:</w:t>
      </w:r>
    </w:p>
    <w:p>
      <w:r>
        <w:br/>
        <w:t>-Скільки світа знала,&lt;br /&gt;</w:t>
        <w:br/>
        <w:t>Скрізь панує згуба,&lt;br /&gt;</w:t>
        <w:br/>
        <w:t>Люд — узаперті.</w:t>
      </w:r>
    </w:p>
    <w:p>
      <w:r>
        <w:br/>
        <w:t>Мість 1 любові — злоба;&lt;br /&gt;</w:t>
        <w:br/>
        <w:t>Брат піднявсь на брата,&lt;br /&gt;</w:t>
        <w:br/>
        <w:t>Душить за шматок,</w:t>
      </w:r>
    </w:p>
    <w:p>
      <w:r>
        <w:br/>
        <w:t>Та ніде пригноба&lt;br /&gt;</w:t>
        <w:br/>
        <w:t>Не справляє свята,&lt;br /&gt;</w:t>
        <w:br/>
        <w:t>Як-от ваш куток!</w:t>
      </w:r>
    </w:p>
    <w:p>
      <w:r>
        <w:br/>
        <w:t>Ніде розбратання&lt;br /&gt;</w:t>
        <w:br/>
        <w:t>Посеред громади&lt;br /&gt;</w:t>
        <w:br/>
        <w:t>Не було, як тут.</w:t>
      </w:r>
    </w:p>
    <w:p>
      <w:r>
        <w:br/>
        <w:t>Ниці2 почування,&lt;br /&gt;</w:t>
        <w:br/>
        <w:t>Продажність та зради&lt;br /&gt;</w:t>
        <w:br/>
        <w:t>Не кули більш пут.</w:t>
      </w:r>
    </w:p>
    <w:p>
      <w:r>
        <w:br/>
        <w:t>Нi в якій країні&lt;br /&gt;</w:t>
        <w:br/>
        <w:t>Брак самопошани&lt;br /&gt;</w:t>
        <w:br/>
        <w:t>Так людей не жер,</w:t>
      </w:r>
    </w:p>
    <w:p>
      <w:r>
        <w:br/>
        <w:t>Як у вас донині...&lt;br /&gt;</w:t>
        <w:br/>
        <w:t>Бийте, рвіть кайдани,&lt;br /&gt;</w:t>
        <w:br/>
        <w:t>Доки дух не вмер! —</w:t>
      </w:r>
    </w:p>
    <w:p>
      <w:r>
        <w:br/>
        <w:t>З отим словом втіхи&lt;br /&gt;</w:t>
        <w:br/>
        <w:t>Пісенька зніміла,&lt;br /&gt;</w:t>
        <w:br/>
        <w:t>В небі віддалась.</w:t>
      </w:r>
    </w:p>
    <w:p>
      <w:r>
        <w:br/>
        <w:t>У блакить з-під стріхи&lt;br /&gt;</w:t>
        <w:br/>
        <w:t>Ластівочка мила&lt;br /&gt;</w:t>
        <w:br/>
        <w:t>Пурхнула-знялась.</w:t>
      </w:r>
    </w:p>
    <w:p>
      <w:r>
        <w:br/>
        <w:t>IV</w:t>
      </w:r>
    </w:p>
    <w:p>
      <w:r>
        <w:br/>
        <w:t>Правду мовила пташина;&lt;br /&gt;</w:t>
        <w:br/>
        <w:t>Чи на добре ж, чи дарма?&lt;br /&gt;</w:t>
        <w:br/>
        <w:t>Перед нами — домовина,&lt;br /&gt;</w:t>
        <w:br/>
        <w:t>Сором вічного ярма.</w:t>
      </w:r>
    </w:p>
    <w:p>
      <w:r>
        <w:br/>
        <w:t>Промінь згас над рідним краєм;&lt;br /&gt;</w:t>
        <w:br/>
        <w:t>А ми, скільки кожен зміг,&lt;br /&gt;</w:t>
        <w:br/>
        <w:t>У провалля себе пхаєм,&lt;br /&gt;</w:t>
        <w:br/>
        <w:t>Грунт пускаємо з-під ніг.</w:t>
      </w:r>
    </w:p>
    <w:p>
      <w:r>
        <w:br/>
        <w:t>Та не пізно: є поправа,&lt;br /&gt;</w:t>
        <w:br/>
        <w:t>Певен я — минеться все;&lt;br /&gt;</w:t>
        <w:br/>
        <w:t>Ще заблисне наша слава,&lt;br /&gt;</w:t>
        <w:br/>
        <w:t>Праця вгору піднесе.</w:t>
      </w:r>
    </w:p>
    <w:p>
      <w:r>
        <w:br/>
        <w:t>Тільки треба сил та труду,&lt;br /&gt;</w:t>
        <w:br/>
        <w:t>Щоб не згинути цілком,&lt;br /&gt;</w:t>
        <w:br/>
        <w:t>Не стогнать до віку-суду&lt;br /&gt;</w:t>
        <w:br/>
        <w:t>Під вельможним канчуком.</w:t>
      </w:r>
    </w:p>
    <w:p>
      <w:r>
        <w:br/>
        <w:t>V</w:t>
      </w:r>
    </w:p>
    <w:p>
      <w:r>
        <w:br/>
        <w:t>Годі ж нудитись, складаючи руки;&lt;br /&gt;</w:t>
        <w:br/>
        <w:t>Кличе робітників рідна земля...&lt;br /&gt;</w:t>
        <w:br/>
        <w:t>Віра, впотужнена словом науки,&lt;br /&gt;</w:t>
        <w:br/>
        <w:t>Хай нас міцніш окриля!</w:t>
      </w:r>
    </w:p>
    <w:p>
      <w:r>
        <w:br/>
        <w:t>Більше уваги до власного горя,&lt;br /&gt;</w:t>
        <w:br/>
        <w:t>Більше любові до люду свого!&lt;br /&gt;</w:t>
        <w:br/>
        <w:t>Близько — загибель... зника наша зоря...&lt;br /&gt;</w:t>
        <w:br/>
        <w:t>Чого ж нам ждати, чого?</w:t>
      </w:r>
    </w:p>
    <w:p>
      <w:r>
        <w:br/>
        <w:t>VI</w:t>
      </w:r>
    </w:p>
    <w:p>
      <w:r>
        <w:br/>
        <w:t>Розцвітайся ти, веснонько красна,&lt;br /&gt;</w:t>
        <w:br/>
        <w:t>Духом творчості все онови;&lt;br /&gt;</w:t>
        <w:br/>
        <w:t>У нарузі країна нещасна...&lt;br /&gt;</w:t>
        <w:br/>
        <w:t>З муки-смерті її відживи!</w:t>
      </w:r>
    </w:p>
    <w:p>
      <w:r>
        <w:br/>
        <w:t>Розворуш наші груди холодні,&lt;br /&gt;</w:t>
        <w:br/>
        <w:t>Запали в них притухлий огонь,&lt;br /&gt;</w:t>
        <w:br/>
        <w:t>Щоб рятунок знайшли ми з безодні,&lt;br /&gt;</w:t>
        <w:br/>
        <w:t>Не стояли в борні осторонь!</w:t>
      </w:r>
    </w:p>
    <w:p>
      <w:r>
        <w:br/>
        <w:t>Одігнала надовго ти хвижі,&lt;br /&gt;</w:t>
        <w:br/>
        <w:t>Розбудила надії та сни.&lt;br /&gt;</w:t>
        <w:br/>
        <w:t>Баглаї 3 — ці воріженьки хижі,&lt;br /&gt;</w:t>
        <w:br/>
        <w:t>Так послизнуть нехай і вони!</w:t>
      </w:r>
    </w:p>
    <w:p>
      <w:r>
        <w:br/>
        <w:t>Розцвітайся та нас із могили&lt;br /&gt;</w:t>
        <w:br/>
        <w:t>До живого життя підведи,&lt;br /&gt;</w:t>
        <w:br/>
        <w:t>Щоб ми очі на себе розкрили;&lt;br /&gt;</w:t>
        <w:br/>
        <w:t>Світлі думи в душі відроди!</w:t>
      </w:r>
    </w:p>
    <w:p>
      <w:r>
        <w:br/>
        <w:t>' Мість — замість.&lt;br /&gt;</w:t>
        <w:br/>
        <w:t>2 Ниці — підлі, негідні.&lt;br /&gt;</w:t>
        <w:br/>
        <w:t>3 Баглаї — неробство, лінощі.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