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сонети</w:t>
      </w:r>
    </w:p>
    <w:p>
      <w:r>
        <w:br/>
        <w:t xml:space="preserve"> * * *</w:t>
      </w:r>
    </w:p>
    <w:p>
      <w:r>
        <w:br/>
        <w:t>Весна іде! В повітрі молодому&lt;br /&gt;</w:t>
        <w:br/>
        <w:t>Далекий крик мандрівних журавлів&lt;br /&gt;</w:t>
        <w:br/>
        <w:t>Вже розітнувсь: ключем вони додому&lt;br /&gt;</w:t>
        <w:br/>
        <w:t>У рідний край летять з чужих країв.&lt;br /&gt;</w:t>
        <w:br/>
        <w:t>Весна іде! Веснянки задзвеніли,&lt;br /&gt;</w:t>
        <w:br/>
        <w:t>Лунає спів по луках і гаях —&lt;br /&gt;</w:t>
        <w:br/>
        <w:t>Мов устають нові могутні сили&lt;br /&gt;</w:t>
        <w:br/>
        <w:t>В людських серцях, придавлених серцях.&lt;br /&gt;</w:t>
        <w:br/>
        <w:t>І в грудях знов солодкії бажання,&lt;br /&gt;</w:t>
        <w:br/>
        <w:t>І в грудях знов устали поривання,&lt;br /&gt;</w:t>
        <w:br/>
        <w:t>І встала знов надія молода.&lt;br /&gt;</w:t>
        <w:br/>
        <w:t>О, весно, йди! всі ждуть тебе, кохана:&lt;br /&gt;</w:t>
        <w:br/>
        <w:t>І небо жде, і жде весна приспана,&lt;br /&gt;</w:t>
        <w:br/>
        <w:t>І ліс, і степ, і скована вода.</w:t>
      </w:r>
    </w:p>
    <w:p>
      <w:r>
        <w:br/>
        <w:t>* * *&lt;br /&gt;</w:t>
        <w:br/>
        <w:t>Весна прийшла! Гаї зазеленіли,&lt;br /&gt;</w:t>
        <w:br/>
        <w:t>І перший квіт, квіт весняний процвів,&lt;br /&gt;</w:t>
        <w:br/>
        <w:t>І одинцем самотнім на могилі&lt;br /&gt;</w:t>
        <w:br/>
        <w:t>Цар степовий, орел могутній, сів.&lt;br /&gt;</w:t>
        <w:br/>
        <w:t>І скрізь живе повіяло дихання,&lt;br /&gt;</w:t>
        <w:br/>
        <w:t>І скрізь життя устало молоде,-&lt;br /&gt;</w:t>
        <w:br/>
        <w:t>Се час квіток, і співів, і кохання,&lt;br /&gt;</w:t>
        <w:br/>
        <w:t>Як бог ясний, сіяючи іде.&lt;br /&gt;</w:t>
        <w:br/>
        <w:t>Його навкруг усяке серце чує,&lt;br /&gt;</w:t>
        <w:br/>
        <w:t>І кожен квіт квіт другий поцілує,</w:t>
      </w:r>
    </w:p>
    <w:p>
      <w:r>
        <w:br/>
        <w:t>.* * *</w:t>
      </w:r>
    </w:p>
    <w:p>
      <w:r>
        <w:br/>
        <w:t>І кожен лист до листу прихиливсь&lt;br /&gt;</w:t>
        <w:br/>
        <w:t>Іди у гай! Життя такої сили&lt;br /&gt;</w:t>
        <w:br/>
        <w:t>Не стрінеш ти ніде: іди у гай!&lt;br /&gt;</w:t>
        <w:br/>
        <w:t>Співці-пташки туди вже прилетіли —&lt;br /&gt;</w:t>
        <w:br/>
        <w:t>Навчись у їх, навчися і кохай!&lt;br /&gt;</w:t>
        <w:br/>
        <w:t>Іди у гай! Там не самі вже квіти,&lt;br /&gt;</w:t>
        <w:br/>
        <w:t>І не самі пташки тепер снують,&lt;br /&gt;</w:t>
        <w:br/>
        <w:t>І не самі веселі й вільні діти&lt;br /&gt;</w:t>
        <w:br/>
        <w:t>З квіток рясні вінки собі плетуть —&lt;br /&gt;</w:t>
        <w:br/>
        <w:t>Ні, там тепер зливаються з устами&lt;br /&gt;</w:t>
        <w:br/>
        <w:t>Уста палкі і, сплівшися руками,&lt;br /&gt;</w:t>
        <w:br/>
        <w:t>Там пари йдуть серед рясних кущів.&lt;br /&gt;</w:t>
        <w:br/>
        <w:t>І я іду у нетрю у густую&lt;br /&gt;</w:t>
        <w:br/>
        <w:t>І звідусіль гучноголосий чую&lt;br /&gt;</w:t>
        <w:br/>
        <w:t>Природи спів, новий веселий спів.</w:t>
      </w:r>
    </w:p>
    <w:p>
      <w:r>
        <w:br/>
        <w:t>* * *</w:t>
      </w:r>
    </w:p>
    <w:p>
      <w:r>
        <w:br/>
        <w:t>Вона співа, що згинули морози,&lt;br /&gt;</w:t>
        <w:br/>
        <w:t>Що сонце вже засяло в небесах,&lt;br /&gt;</w:t>
        <w:br/>
        <w:t>Щоб висушить усі блискучі сльози,&lt;br /&gt;</w:t>
        <w:br/>
        <w:t>Що ще тремтять на травах і квітках.&lt;br /&gt;</w:t>
        <w:br/>
        <w:t>Воно зійшло і сльози розтопило,&lt;br /&gt;</w:t>
        <w:br/>
        <w:t>І в мене теж немає сліз гірких,&lt;br /&gt;</w:t>
        <w:br/>
        <w:t>Бо сонце й їх ласкаво обсушило,&lt;br /&gt;</w:t>
        <w:br/>
        <w:t>І перед їм у серці біль затих.&lt;br /&gt;</w:t>
        <w:br/>
        <w:t>І про одно я сонце ще благаю:&lt;br /&gt;</w:t>
        <w:br/>
        <w:t>Ой, обсуши ти сльози всі до краю&lt;br /&gt;</w:t>
        <w:br/>
        <w:t>Усім смутним на всій землі смутній:&lt;br /&gt;</w:t>
        <w:br/>
        <w:t>Щоб піднялись затоптанії сили&lt;br /&gt;</w:t>
        <w:br/>
        <w:t>І щоб весні всі душу відчинили,&lt;br /&gt;</w:t>
        <w:br/>
        <w:t>Життям новим щоб жить могли у їй!&lt;br /&gt;</w:t>
        <w:br/>
        <w:t>* * *&lt;br /&gt;</w:t>
        <w:br/>
        <w:t>Вже в далині високій сяють зорі,&lt;br /&gt;</w:t>
        <w:br/>
        <w:t>Густий туман над озером повис,&lt;br /&gt;</w:t>
        <w:br/>
        <w:t>І спить земля, і води сплять прозорі,&lt;br /&gt;</w:t>
        <w:br/>
        <w:t>І тихо спить густий зелений ліс.&lt;br /&gt;</w:t>
        <w:br/>
        <w:t>Десь на селі далеко пісня ллється,&lt;br /&gt;</w:t>
        <w:br/>
        <w:t>То голосніш, то затиха вона...&lt;br /&gt;</w:t>
        <w:br/>
        <w:t>Із стін душних на волю серце рветься&lt;br /&gt;</w:t>
        <w:br/>
        <w:t>Туди, де ніч панує запашна.&lt;br /&gt;</w:t>
        <w:br/>
        <w:t>О, я піду, бо не піти несила,&lt;br /&gt;</w:t>
        <w:br/>
        <w:t>Бо і мені ніч зорі засвітила,&lt;br /&gt;</w:t>
        <w:br/>
        <w:t>Бо і мені сприя весна моя.&lt;br /&gt;</w:t>
        <w:br/>
        <w:t>Скоріш туди! Як вільно дишуть груди,&lt;br /&gt;</w:t>
        <w:br/>
        <w:t>Який простір обняв мене зусюди,&lt;br /&gt;</w:t>
        <w:br/>
        <w:t>Як пахне скрізь і місяць як сія!&lt;br /&gt;</w:t>
        <w:br/>
        <w:t>* * *&lt;br /&gt;</w:t>
        <w:br/>
        <w:t>Рясний садок і затишний я знаю&lt;br /&gt;</w:t>
        <w:br/>
        <w:t>І знаю там ще вишню я одну —&lt;br /&gt;</w:t>
        <w:br/>
        <w:t>Було не раз, турботний, дожидаю&lt;br /&gt;</w:t>
        <w:br/>
        <w:t>Я в той садок її, мою весну.&lt;br /&gt;</w:t>
        <w:br/>
        <w:t>Але ж тепер чому її немає?&lt;br /&gt;</w:t>
        <w:br/>
        <w:t>Чом вишня та стоїть в самотині&lt;br /&gt;</w:t>
        <w:br/>
        <w:t>І так, як перш, до мене не схиляє&lt;br /&gt;</w:t>
        <w:br/>
        <w:t>Гілки свої квітущі й запашні?&lt;br /&gt;</w:t>
        <w:br/>
        <w:t>Я жду її,— і в тиші одинокій&lt;br /&gt;</w:t>
        <w:br/>
        <w:t>Хвилини йдуть, неначе довгі роки,&lt;br /&gt;</w:t>
        <w:br/>
        <w:t>Ще треба ждать, а серце ж то не ждеї&lt;br /&gt;</w:t>
        <w:br/>
        <w:t>Хвилина... дві... і — ось уже я чую&lt;br /&gt;</w:t>
        <w:br/>
        <w:t>Крізь тишу ту безгучную, німую&lt;br /&gt;</w:t>
        <w:br/>
        <w:t>Мов шелест там, немовби хтось іде.&lt;br /&gt;</w:t>
        <w:br/>
        <w:t>* * *&lt;br /&gt;</w:t>
        <w:br/>
        <w:t>Вона! вона! я бачу — між кущами&lt;br /&gt;</w:t>
        <w:br/>
        <w:t>Рукав уже з сорочки забілів;&lt;br /&gt;</w:t>
        <w:br/>
        <w:t>Ще мить одна — тремтячими руками&lt;br /&gt;</w:t>
        <w:br/>
        <w:t>Я стан її дівочий обхопив.&lt;br /&gt;</w:t>
        <w:br/>
        <w:t>Ще мить одна — злилися ми устами...&lt;br /&gt;</w:t>
        <w:br/>
        <w:t>Вона прийшла, прийшла уже вона,&lt;br /&gt;</w:t>
        <w:br/>
        <w:t>Найкращий квіт між пишними квітками.&lt;br /&gt;</w:t>
        <w:br/>
        <w:t>Що нам дає багатая весна.&lt;br /&gt;</w:t>
        <w:br/>
        <w:t>Гей, нахили свої ти, вишне, віти!&lt;br /&gt;</w:t>
        <w:br/>
        <w:t>Нехай тепер ніхто, ніхто на світі&lt;br /&gt;</w:t>
        <w:br/>
        <w:t>Не бачить, як я щастя повну п'ю!&lt;br /&gt;</w:t>
        <w:br/>
        <w:t>Нехай ніхто — ні зорі, ані люди —&lt;br /&gt;</w:t>
        <w:br/>
        <w:t>Не відає, як пригорнув на груди&lt;br /&gt;</w:t>
        <w:br/>
        <w:t>До себе я коханую мою!&lt;br /&gt;</w:t>
        <w:br/>
        <w:t>* * *&lt;br /&gt;</w:t>
        <w:br/>
        <w:t>Я ніч не спав,— заснуть не мав я сили,&lt;br /&gt;</w:t>
        <w:br/>
        <w:t>І бачив я, як зорі весняні&lt;br /&gt;</w:t>
        <w:br/>
        <w:t>В досвітній час і мерхли, і біліли,&lt;br /&gt;</w:t>
        <w:br/>
        <w:t>І потім всі погасли в далині.&lt;br /&gt;</w:t>
        <w:br/>
        <w:t>І як туман хвилястими клубками&lt;br /&gt;</w:t>
        <w:br/>
        <w:t>І воду скрізь, і землю повивав,&lt;br /&gt;</w:t>
        <w:br/>
        <w:t>І світ увесь з землею й з небесами,&lt;br /&gt;</w:t>
        <w:br/>
        <w:t>Здавалося, в тумані потопав.&lt;br /&gt;</w:t>
        <w:br/>
        <w:t>Тумані туман! на сході не ясніло...&lt;br /&gt;</w:t>
        <w:br/>
        <w:t>Невже й тебе, одвічнеє світило,&lt;br /&gt;</w:t>
        <w:br/>
        <w:t>Він погасив, і смерть все обняла?&lt;br /&gt;</w:t>
        <w:br/>
        <w:t>Але ще мить — і промінь рве завісу,&lt;br /&gt;</w:t>
        <w:br/>
        <w:t>Дощ золотий линув на все з-за лісу:&lt;br /&gt;</w:t>
        <w:br/>
        <w:t>То сонце йде, бог світу і тепла!&lt;br /&gt;</w:t>
        <w:br/>
        <w:t>* * *&lt;br /&gt;</w:t>
        <w:br/>
        <w:t>Скоріш! Скоріш! од сірого туману&lt;br /&gt;</w:t>
        <w:br/>
        <w:t>Самі шматки зосталися — ще мить&lt;br /&gt;</w:t>
        <w:br/>
        <w:t>І сонце ось, віта свою кохану&lt;br /&gt;</w:t>
        <w:br/>
        <w:t>І всю її промінням золотить.&lt;br /&gt;</w:t>
        <w:br/>
        <w:t>Горить! пала!.. Блискучою стягою&lt;br /&gt;</w:t>
        <w:br/>
        <w:t>Старий Дніпро серед степів прославсь;&lt;br /&gt;</w:t>
        <w:br/>
        <w:t>Киваючи рясною головою,&lt;br /&gt;</w:t>
        <w:br/>
        <w:t>Зелений ліс до сонця засміявсь.&lt;br /&gt;</w:t>
        <w:br/>
        <w:t>І все живе. Дзвенять в повітрі згуки,&lt;br /&gt;</w:t>
        <w:br/>
        <w:t>Дзвенять гаї, дзвенять степи і луки,&lt;br /&gt;</w:t>
        <w:br/>
        <w:t>І світ увесь, здається, задзвенів.&lt;br /&gt;</w:t>
        <w:br/>
        <w:t>Чого ще ждать? Скоріш, мерщій у поле,&lt;br /&gt;</w:t>
        <w:br/>
        <w:t>Мерщій у степ! Я вп'юсь тобою, воле,&lt;br /&gt;</w:t>
        <w:br/>
        <w:t>Серед моїх незміряних степів!&lt;br /&gt;</w:t>
        <w:br/>
        <w:t>* * *&lt;br /&gt;</w:t>
        <w:br/>
        <w:t>Лежали скрізь замети сніговії,&lt;br /&gt;</w:t>
        <w:br/>
        <w:t>Давили все, загинуло життя,&lt;br /&gt;</w:t>
        <w:br/>
        <w:t>І не було, здавалося, надії&lt;br /&gt;</w:t>
        <w:br/>
        <w:t>На кращих днів квітущих вороття.&lt;br /&gt;</w:t>
        <w:br/>
        <w:t>Тоді весна крилом своїм махнула,-&lt;br /&gt;</w:t>
        <w:br/>
        <w:t>І полилось і світло, і тепло,&lt;br /&gt;</w:t>
        <w:br/>
        <w:t>І знов життя земля в собі почула,&lt;br /&gt;</w:t>
        <w:br/>
        <w:t>І все навкруг засяло й зацвіло.&lt;br /&gt;</w:t>
        <w:br/>
        <w:t>І степ старий,— і гордий, і багатий,-&lt;br /&gt;</w:t>
        <w:br/>
        <w:t>Убрався скрізь в ясно-зелені шати,-&lt;br /&gt;</w:t>
        <w:br/>
        <w:t>На їх з квіток процвітані лиштви.&lt;br /&gt;</w:t>
        <w:br/>
        <w:t>Ожив, дихнув, і запашне дихання&lt;br /&gt;</w:t>
        <w:br/>
        <w:t>Послав лісам, горам на привітання,&lt;br /&gt;</w:t>
        <w:br/>
        <w:t>І світ почув: воскресни і живи!&lt;br /&gt;</w:t>
        <w:br/>
        <w:t>* * *&lt;br /&gt;</w:t>
        <w:br/>
        <w:t>І світ воскрес! І, працівник великий,&lt;br /&gt;</w:t>
        <w:br/>
        <w:t>Устав орач і плуг важкий підняв.&lt;br /&gt;</w:t>
        <w:br/>
        <w:t>Де був колись пустир одвічно-дикий,-&lt;br /&gt;</w:t>
        <w:br/>
        <w:t>Він борозну найпершу проорав.&lt;br /&gt;</w:t>
        <w:br/>
        <w:t>І цілини великі скиби чорні&lt;br /&gt;</w:t>
        <w:br/>
        <w:t>Лягли в степу. Насіння золоте&lt;br /&gt;</w:t>
        <w:br/>
        <w:t>Впаде на їх,— на ниві неозорній&lt;br /&gt;</w:t>
        <w:br/>
        <w:t>Хліб дорогий, налившися, зросте.&lt;br /&gt;</w:t>
        <w:br/>
        <w:t>Нехай росте, пиша на нашім полі!&lt;br /&gt;</w:t>
        <w:br/>
        <w:t>Колись і ти, сівачу правди й волі,&lt;br /&gt;</w:t>
        <w:br/>
        <w:t>На рідний степ повинен ще прийти.&lt;br /&gt;</w:t>
        <w:br/>
        <w:t>Чи прийдеш ти? Лежить земля без діла,&lt;br /&gt;</w:t>
        <w:br/>
        <w:t>Країна вся неначе заніміла —&lt;br /&gt;</w:t>
        <w:br/>
        <w:t>Чому ж не йдеш? Чому загаявсь ти?&lt;br /&gt;</w:t>
        <w:br/>
        <w:t>* * *&lt;br /&gt;</w:t>
        <w:br/>
        <w:t>В степу рвачкий на волі вітер віє,&lt;br /&gt;</w:t>
        <w:br/>
        <w:t>По світу він гуляє, де схотів,&lt;br /&gt;</w:t>
        <w:br/>
        <w:t>І бачить: скрізь недоля горе сіє,&lt;br /&gt;</w:t>
        <w:br/>
        <w:t>І повен світ нещастів і жалів.&lt;br /&gt;</w:t>
        <w:br/>
        <w:t>О, вітре мій! Тобі нема припини&lt;br /&gt;</w:t>
        <w:br/>
        <w:t>І можеш ти до бога долинуть,-&lt;br /&gt;</w:t>
        <w:br/>
        <w:t>Скажи, коли нам ждать тії хвилини,&lt;br /&gt;</w:t>
        <w:br/>
        <w:t>Що доля всім дасть широко дихнуть?&lt;br /&gt;</w:t>
        <w:br/>
        <w:t>Ти, може, чув?.. Терпіти вже несила,&lt;br /&gt;</w:t>
        <w:br/>
        <w:t>І мука всім серця давно стомила,&lt;br /&gt;</w:t>
        <w:br/>
        <w:t>І вже снаги нема її знести —&lt;br /&gt;</w:t>
        <w:br/>
        <w:t>Давно вже час!.. Вже серце знемагає...&lt;br /&gt;</w:t>
        <w:br/>
        <w:t>Дмухнув рвачкий — і вже його немає,&lt;br /&gt;</w:t>
        <w:br/>
        <w:t>Одмову теж — шукай у полі ти!&lt;br /&gt;</w:t>
        <w:br/>
        <w:t>* * *&lt;br /&gt;</w:t>
        <w:br/>
        <w:t>Та де вона? Невже її й не мати?&lt;br /&gt;</w:t>
        <w:br/>
        <w:t>А вітер знов неначе повійнув —&lt;br /&gt;</w:t>
        <w:br/>
        <w:t>"Гей-гей, воли, не гайтеся орати!"&lt;br /&gt;</w:t>
        <w:br/>
        <w:t>Далекий згук за вітром долинув.&lt;br /&gt;</w:t>
        <w:br/>
        <w:t>Це там орач оре велику ниву&lt;br /&gt;</w:t>
        <w:br/>
        <w:t>Серед твердих незайманих степів&lt;br /&gt;</w:t>
        <w:br/>
        <w:t>І заклика на працю неліниву —&lt;br /&gt;</w:t>
        <w:br/>
        <w:t>Я в тих словах одмову зрозумів.&lt;br /&gt;</w:t>
        <w:br/>
        <w:t>Так, се вона, відмова на питання!&lt;br /&gt;</w:t>
        <w:br/>
        <w:t>Зникають геть зневіра та вагання,&lt;br /&gt;</w:t>
        <w:br/>
        <w:t>Що душу всю вже змучили украй.&lt;br /&gt;</w:t>
        <w:br/>
        <w:t>Одмова тут — і проста й зрозуміла:&lt;br /&gt;</w:t>
        <w:br/>
        <w:t>Працюй, борись, аж поки буде сила,&lt;br /&gt;</w:t>
        <w:br/>
        <w:t>І всіх людей до праці закликай!&lt;br /&gt;</w:t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