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пісні</w:t>
      </w:r>
    </w:p>
    <w:p>
      <w:r>
        <w:br/>
        <w:t xml:space="preserve"> ПОСВЯЩАЄТЬСЯ С.ПАВЛЕНКОВІ</w:t>
      </w:r>
    </w:p>
    <w:p>
      <w:r>
        <w:br/>
        <w:t>I</w:t>
      </w:r>
    </w:p>
    <w:p>
      <w:r>
        <w:br/>
        <w:t>Веселиться земля,&lt;br /&gt;</w:t>
        <w:br/>
        <w:t>Зеленіють поля,&lt;br /&gt;</w:t>
        <w:br/>
        <w:t>Розвилися гаї і дуброви;&lt;br /&gt;</w:t>
        <w:br/>
        <w:t>Соловейко в садку&lt;br /&gt;</w:t>
        <w:br/>
        <w:t>Тьохка пісню дзвінку;&lt;br /&gt;</w:t>
        <w:br/>
        <w:t>Од квіток дух несеться чудовий.&lt;br /&gt;</w:t>
        <w:br/>
        <w:t>А повітря легке&lt;br /&gt;</w:t>
        <w:br/>
        <w:t>І проміння палке&lt;br /&gt;</w:t>
        <w:br/>
        <w:t>В серці мрії роєм підіймають;&lt;br /&gt;</w:t>
        <w:br/>
        <w:t>І мов сила нова&lt;br /&gt;</w:t>
        <w:br/>
        <w:t>У грудях прибува,&lt;br /&gt;</w:t>
        <w:br/>
        <w:t>І в душі якісь співи лунають.&lt;br /&gt;</w:t>
        <w:br/>
        <w:t>Все збудилось од сну,&lt;br /&gt;</w:t>
        <w:br/>
        <w:t>Зустрічає весну...&lt;br /&gt;</w:t>
        <w:br/>
        <w:t>І розкішна природа Вкраїни&lt;br /&gt;</w:t>
        <w:br/>
        <w:t>У величній красі&lt;br /&gt;</w:t>
        <w:br/>
        <w:t>Вабить погляди всі,&lt;br /&gt;</w:t>
        <w:br/>
        <w:t>Наче личко вродливе дівчини.</w:t>
      </w:r>
    </w:p>
    <w:p>
      <w:r>
        <w:br/>
        <w:t>II</w:t>
      </w:r>
    </w:p>
    <w:p>
      <w:r>
        <w:br/>
        <w:t>Весна вернулась і з собою&lt;br /&gt;</w:t>
        <w:br/>
        <w:t>Новую працю принесла.&lt;br /&gt;</w:t>
        <w:br/>
        <w:t>У поле з плугом, з бороною&lt;br /&gt;</w:t>
        <w:br/>
        <w:t>Поїхав люд — весна прийшла.&lt;br /&gt;</w:t>
        <w:br/>
        <w:t>Щасливий той, у кого нива&lt;br /&gt;</w:t>
        <w:br/>
        <w:t>Своя, не нанята на рік,&lt;br /&gt;</w:t>
        <w:br/>
        <w:t>Йому і праця заважлива&lt;br /&gt;</w:t>
        <w:br/>
        <w:t>Не здасться тяжкою вовік.&lt;br /&gt;</w:t>
        <w:br/>
        <w:t>Він зоре ниву, повний віри,&lt;br /&gt;</w:t>
        <w:br/>
        <w:t>З надією на добрий плід,&lt;br /&gt;</w:t>
        <w:br/>
        <w:t>Посіє зерно в їй до міри&lt;br /&gt;</w:t>
        <w:br/>
        <w:t>І заволочить так як слід.&lt;br /&gt;</w:t>
        <w:br/>
        <w:t>Природи ж сили молодії&lt;br /&gt;</w:t>
        <w:br/>
        <w:t>Йому те зерно проростять&lt;br /&gt;</w:t>
        <w:br/>
        <w:t>І за труди його тяжкії&lt;br /&gt;</w:t>
        <w:br/>
        <w:t>Врожаєм добре звеселять.&lt;br /&gt;</w:t>
        <w:br/>
        <w:t>Але тому на світі горе,&lt;br /&gt;</w:t>
        <w:br/>
        <w:t>У кого й нивоньки нема,&lt;br /&gt;</w:t>
        <w:br/>
        <w:t>Хто на чужому полі оре,&lt;br /&gt;</w:t>
        <w:br/>
        <w:t>Бо праця вся його дарма.&lt;br /&gt;</w:t>
        <w:br/>
        <w:t>Посіє він, та жать не буде,&lt;br /&gt;</w:t>
        <w:br/>
        <w:t>Або пожне, та не собі,&lt;br /&gt;</w:t>
        <w:br/>
        <w:t>Втішатись будуть інші люде,&lt;br /&gt;</w:t>
        <w:br/>
        <w:t>А він зістанеться в журбі.&lt;br /&gt;</w:t>
        <w:br/>
        <w:t>У нас з тобою, пане-брате,&lt;br /&gt;</w:t>
        <w:br/>
        <w:t>Є добра нива — переліг;&lt;br /&gt;</w:t>
        <w:br/>
        <w:t>Давно пора її зорати&lt;br /&gt;</w:t>
        <w:br/>
        <w:t>Та й сіять, тільки б Бог поміг.&lt;br /&gt;</w:t>
        <w:br/>
        <w:t>Та не дають нам наше поле&lt;br /&gt;</w:t>
        <w:br/>
        <w:t>Орати й зерном засівать,&lt;br /&gt;</w:t>
        <w:br/>
        <w:t>І, необроблене та голе,&lt;br /&gt;</w:t>
        <w:br/>
        <w:t>Воно ще довго буде ждать,&lt;br /&gt;</w:t>
        <w:br/>
        <w:t>Поки сівач давно жадану&lt;br /&gt;</w:t>
        <w:br/>
        <w:t>На йому працю розпочне&lt;br /&gt;</w:t>
        <w:br/>
        <w:t>І в нивоньку свою кохану&lt;br /&gt;</w:t>
        <w:br/>
        <w:t>Посіє зерно добірне.&lt;br /&gt;</w:t>
        <w:br/>
        <w:t>Не скоро прийдуть ті години;&lt;br /&gt;</w:t>
        <w:br/>
        <w:t>Тим сумно робиться мені,&lt;br /&gt;</w:t>
        <w:br/>
        <w:t>Що дАрмо йдуть життя хвилини —&lt;br /&gt;</w:t>
        <w:br/>
        <w:t>Без праці, в мимовольнім сні.&lt;br /&gt;</w:t>
        <w:br/>
        <w:t>Тим сумно знать, що наше ціле&lt;br /&gt;</w:t>
        <w:br/>
        <w:t>Життя — годинонька мала&lt;br /&gt;</w:t>
        <w:br/>
        <w:t>І що тим часом знов без діла&lt;br /&gt;</w:t>
        <w:br/>
        <w:t>Мине весна, як і прийшла.</w:t>
      </w:r>
    </w:p>
    <w:p>
      <w:r>
        <w:br/>
        <w:t>1888</w:t>
      </w:r>
    </w:p>
    <w:p>
      <w:r>
        <w:br/>
        <w:t>Павленко — псевдонім Сергія Павловича Шелухіна (1864 — 1938), українського письменника, громадського діяча.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