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гроза</w:t>
      </w:r>
    </w:p>
    <w:p>
      <w:r>
        <w:br/>
        <w:t xml:space="preserve"> Люблю я час грози весною,&lt;br /&gt;</w:t>
        <w:br/>
        <w:t>Коли травневий перший грім,&lt;br /&gt;</w:t>
        <w:br/>
        <w:t>Немовби тішачися грою,&lt;br /&gt;</w:t>
        <w:br/>
        <w:t>Гуркоче в небі голубім.</w:t>
      </w:r>
    </w:p>
    <w:p>
      <w:r>
        <w:br/>
        <w:t>Гримить відлуння голосисто!&lt;br /&gt;</w:t>
        <w:br/>
        <w:t>От дощик бризнув, пил летить.&lt;br /&gt;</w:t>
        <w:br/>
        <w:t>Краплин прозорчасте намисто&lt;br /&gt;</w:t>
        <w:br/>
        <w:t>На сонці золотом горить.</w:t>
      </w:r>
    </w:p>
    <w:p>
      <w:r>
        <w:br/>
        <w:t>Біжать потоки вод прозорих,&lt;br /&gt;</w:t>
        <w:br/>
        <w:t>Пташиний не змовкає гам,&lt;br /&gt;</w:t>
        <w:br/>
        <w:t>І в лісі гам, і шум у горах,-&lt;br /&gt;</w:t>
        <w:br/>
        <w:t>Усе підспівує громам.</w:t>
      </w:r>
    </w:p>
    <w:p>
      <w:r>
        <w:br/>
        <w:t>Ти скажеш: пустотлива Геба,&lt;br /&gt;</w:t>
        <w:br/>
        <w:t>Кормивши Зевсові орла,&lt;br /&gt;</w:t>
        <w:br/>
        <w:t>Громокипучий кубок з неба&lt;br /&gt;</w:t>
        <w:br/>
        <w:t>На землю з сміхом розлила.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гроза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