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Весна-красна</w:t>
      </w:r>
    </w:p>
    <w:p>
      <w:r>
        <w:br/>
        <w:t xml:space="preserve"> &lt;p&gt;Дитяча оперка</w:t>
      </w:r>
    </w:p>
    <w:p>
      <w:r>
        <w:br/>
        <w:t>Діячі:</w:t>
      </w:r>
    </w:p>
    <w:p>
      <w:r>
        <w:br/>
        <w:t>Весна</w:t>
      </w:r>
    </w:p>
    <w:p>
      <w:r>
        <w:br/>
        <w:t>Веснянки</w:t>
      </w:r>
    </w:p>
    <w:p>
      <w:r>
        <w:br/>
        <w:t>Гаївки</w:t>
      </w:r>
    </w:p>
    <w:p>
      <w:r>
        <w:br/>
        <w:t>Купальні</w:t>
      </w:r>
    </w:p>
    <w:p>
      <w:r>
        <w:br/>
        <w:t>Літо</w:t>
      </w:r>
    </w:p>
    <w:p>
      <w:r>
        <w:br/>
        <w:t>Обжинки</w:t>
      </w:r>
    </w:p>
    <w:p>
      <w:r>
        <w:br/>
        <w:t>Зажинки</w:t>
      </w:r>
    </w:p>
    <w:p>
      <w:r>
        <w:br/>
        <w:t>Купальські хлопці</w:t>
      </w:r>
    </w:p>
    <w:p>
      <w:r>
        <w:br/>
        <w:t>Осінь-молодиця</w:t>
      </w:r>
    </w:p>
    <w:p>
      <w:r>
        <w:br/>
        <w:t>На кону зразу двоє, потім четверо, шестеро дівчаток в білому або зеленому вбранні, з вінками пролісків білих, бузкових або синіх. Кругом дерева напівголі, трава дуже мала; задня стіна зразу задрапірована зеленню.</w:t>
      </w:r>
    </w:p>
    <w:p>
      <w:r>
        <w:br/>
        <w:t>Маленькі дівчатка-веснянки</w:t>
      </w:r>
    </w:p>
    <w:p>
      <w:r>
        <w:br/>
        <w:t>Благослови, мати,</w:t>
      </w:r>
    </w:p>
    <w:p>
      <w:r>
        <w:br/>
        <w:t>Весну закликати!</w:t>
      </w:r>
    </w:p>
    <w:p>
      <w:r>
        <w:br/>
        <w:t>Ой Весно, Весно,</w:t>
      </w:r>
    </w:p>
    <w:p>
      <w:r>
        <w:br/>
        <w:t>Та Весняночко,</w:t>
      </w:r>
    </w:p>
    <w:p>
      <w:r>
        <w:br/>
        <w:t>Де твоя дочка,</w:t>
      </w:r>
    </w:p>
    <w:p>
      <w:r>
        <w:br/>
        <w:t>Та паняночка?</w:t>
      </w:r>
    </w:p>
    <w:p>
      <w:r>
        <w:br/>
        <w:t>Прийди до нас, Веснонько,</w:t>
      </w:r>
    </w:p>
    <w:p>
      <w:r>
        <w:br/>
        <w:t>З великою радістю,</w:t>
      </w:r>
    </w:p>
    <w:p>
      <w:r>
        <w:br/>
        <w:t>З льоном високим,</w:t>
      </w:r>
    </w:p>
    <w:p>
      <w:r>
        <w:br/>
        <w:t>З коренем глибоким,</w:t>
      </w:r>
    </w:p>
    <w:p>
      <w:r>
        <w:br/>
        <w:t>З житом довільним.</w:t>
      </w:r>
    </w:p>
    <w:p>
      <w:r>
        <w:br/>
        <w:t>Де ти, Веснонько,</w:t>
      </w:r>
    </w:p>
    <w:p>
      <w:r>
        <w:br/>
        <w:t>Забарилася?</w:t>
      </w:r>
    </w:p>
    <w:p>
      <w:r>
        <w:br/>
        <w:t>Чом і досі до нас</w:t>
      </w:r>
    </w:p>
    <w:p>
      <w:r>
        <w:br/>
        <w:t>Не з’явилася?</w:t>
      </w:r>
    </w:p>
    <w:p>
      <w:r>
        <w:br/>
        <w:t>Весна пробирається крізь задню стіну, за нею діти, квіти, кузьки.</w:t>
      </w:r>
    </w:p>
    <w:p>
      <w:r>
        <w:br/>
        <w:t>Діти</w:t>
      </w:r>
    </w:p>
    <w:p>
      <w:r>
        <w:br/>
        <w:t>Весна-красна,</w:t>
      </w:r>
    </w:p>
    <w:p>
      <w:r>
        <w:br/>
        <w:t>На чому прийшла?</w:t>
      </w:r>
    </w:p>
    <w:p>
      <w:r>
        <w:br/>
        <w:t>Весна</w:t>
      </w:r>
    </w:p>
    <w:p>
      <w:r>
        <w:br/>
        <w:t>На плужечку (2)</w:t>
      </w:r>
    </w:p>
    <w:p>
      <w:r>
        <w:br/>
        <w:t>По крутому бережечку,</w:t>
      </w:r>
    </w:p>
    <w:p>
      <w:r>
        <w:br/>
        <w:t>На борінці, на борінці,</w:t>
      </w:r>
    </w:p>
    <w:p>
      <w:r>
        <w:br/>
        <w:t>Привезла усім гостинці,</w:t>
      </w:r>
    </w:p>
    <w:p>
      <w:r>
        <w:br/>
        <w:t>Привезла всім вільну волю,</w:t>
      </w:r>
    </w:p>
    <w:p>
      <w:r>
        <w:br/>
        <w:t>Та кохання, та здоров’я.</w:t>
      </w:r>
    </w:p>
    <w:p>
      <w:r>
        <w:br/>
        <w:t>Привезла усім роботу</w:t>
      </w:r>
    </w:p>
    <w:p>
      <w:r>
        <w:br/>
        <w:t>Ще й веселую охоту.</w:t>
      </w:r>
    </w:p>
    <w:p>
      <w:r>
        <w:br/>
        <w:t>Ось зеленая вербиця –</w:t>
      </w:r>
    </w:p>
    <w:p>
      <w:r>
        <w:br/>
        <w:t>Згинь ти, зимо білолиця!</w:t>
      </w:r>
    </w:p>
    <w:p>
      <w:r>
        <w:br/>
        <w:t>Ось червонеє яєчко –</w:t>
      </w:r>
    </w:p>
    <w:p>
      <w:r>
        <w:br/>
        <w:t>Згинь, морозе-морозечку!</w:t>
      </w:r>
    </w:p>
    <w:p>
      <w:r>
        <w:br/>
        <w:t>Ворогів ми побороли,</w:t>
      </w:r>
    </w:p>
    <w:p>
      <w:r>
        <w:br/>
        <w:t>Всі будем тепер па волі,</w:t>
      </w:r>
    </w:p>
    <w:p>
      <w:r>
        <w:br/>
        <w:t>Без примусу, по охоті,</w:t>
      </w:r>
    </w:p>
    <w:p>
      <w:r>
        <w:br/>
        <w:t>Нум до дружної роботи!</w:t>
      </w:r>
    </w:p>
    <w:p>
      <w:r>
        <w:br/>
        <w:t>Діти</w:t>
      </w:r>
    </w:p>
    <w:p>
      <w:r>
        <w:br/>
        <w:t>А вже весна, а вже красна,</w:t>
      </w:r>
    </w:p>
    <w:p>
      <w:r>
        <w:br/>
        <w:t>Із стріх вода капле,</w:t>
      </w:r>
    </w:p>
    <w:p>
      <w:r>
        <w:br/>
        <w:t>Молодому козаченьку</w:t>
      </w:r>
    </w:p>
    <w:p>
      <w:r>
        <w:br/>
        <w:t>Мандрівочка пахне.</w:t>
      </w:r>
    </w:p>
    <w:p>
      <w:r>
        <w:br/>
        <w:t>Весна перебиває.</w:t>
      </w:r>
    </w:p>
    <w:p>
      <w:r>
        <w:br/>
        <w:t>Весна</w:t>
      </w:r>
    </w:p>
    <w:p>
      <w:r>
        <w:br/>
        <w:t>Добрі дітки, не журімось</w:t>
      </w:r>
    </w:p>
    <w:p>
      <w:r>
        <w:br/>
        <w:t>Та всі разом звеселімось,</w:t>
      </w:r>
    </w:p>
    <w:p>
      <w:r>
        <w:br/>
        <w:t>Заведімо гри, танки</w:t>
      </w:r>
    </w:p>
    <w:p>
      <w:r>
        <w:br/>
        <w:t>І веселі веснянки!</w:t>
      </w:r>
    </w:p>
    <w:p>
      <w:r>
        <w:br/>
        <w:t>Діти</w:t>
      </w:r>
    </w:p>
    <w:p>
      <w:r>
        <w:br/>
        <w:t>Вишні-черешні</w:t>
      </w:r>
    </w:p>
    <w:p>
      <w:r>
        <w:br/>
        <w:t>Розвиваються,</w:t>
      </w:r>
    </w:p>
    <w:p>
      <w:r>
        <w:br/>
        <w:t>Синє озеро</w:t>
      </w:r>
    </w:p>
    <w:p>
      <w:r>
        <w:br/>
        <w:t>Розливається,</w:t>
      </w:r>
    </w:p>
    <w:p>
      <w:r>
        <w:br/>
        <w:t>Жито силоньки</w:t>
      </w:r>
    </w:p>
    <w:p>
      <w:r>
        <w:br/>
        <w:t>Набирається!</w:t>
      </w:r>
    </w:p>
    <w:p>
      <w:r>
        <w:br/>
        <w:t>Ясне сонечко</w:t>
      </w:r>
    </w:p>
    <w:p>
      <w:r>
        <w:br/>
        <w:t>Усміхається.</w:t>
      </w:r>
    </w:p>
    <w:p>
      <w:r>
        <w:br/>
        <w:t>Гей!..</w:t>
      </w:r>
    </w:p>
    <w:p>
      <w:r>
        <w:br/>
        <w:t>Тобі яблучко.</w:t>
      </w:r>
    </w:p>
    <w:p>
      <w:r>
        <w:br/>
        <w:t>Мені грушечка –</w:t>
      </w:r>
    </w:p>
    <w:p>
      <w:r>
        <w:br/>
        <w:t>Не сварімося,</w:t>
      </w:r>
    </w:p>
    <w:p>
      <w:r>
        <w:br/>
        <w:t>Моя душечко!</w:t>
      </w:r>
    </w:p>
    <w:p>
      <w:r>
        <w:br/>
        <w:t>Гей!..</w:t>
      </w:r>
    </w:p>
    <w:p>
      <w:r>
        <w:br/>
        <w:t>Тобі яблучко,</w:t>
      </w:r>
    </w:p>
    <w:p>
      <w:r>
        <w:br/>
        <w:t>Мені зернятко –</w:t>
      </w:r>
    </w:p>
    <w:p>
      <w:r>
        <w:br/>
        <w:t>Не сварімося,</w:t>
      </w:r>
    </w:p>
    <w:p>
      <w:r>
        <w:br/>
        <w:t>Моє серденько!</w:t>
      </w:r>
    </w:p>
    <w:p>
      <w:r>
        <w:br/>
        <w:t>Гей!..</w:t>
      </w:r>
    </w:p>
    <w:p>
      <w:r>
        <w:br/>
        <w:t>Діти</w:t>
      </w:r>
    </w:p>
    <w:p>
      <w:r>
        <w:br/>
        <w:t>Ой, нумо, нумо</w:t>
      </w:r>
    </w:p>
    <w:p>
      <w:r>
        <w:br/>
        <w:t>В зеленого шума,</w:t>
      </w:r>
    </w:p>
    <w:p>
      <w:r>
        <w:br/>
        <w:t>А шум ходить</w:t>
      </w:r>
    </w:p>
    <w:p>
      <w:r>
        <w:br/>
        <w:t>По діброві,</w:t>
      </w:r>
    </w:p>
    <w:p>
      <w:r>
        <w:br/>
        <w:t>А шумиха –</w:t>
      </w:r>
    </w:p>
    <w:p>
      <w:r>
        <w:br/>
        <w:t>Рибу ловить…</w:t>
      </w:r>
    </w:p>
    <w:p>
      <w:r>
        <w:br/>
        <w:t>Другі перебивають,</w:t>
      </w:r>
    </w:p>
    <w:p>
      <w:r>
        <w:br/>
        <w:t>Король коло городу ходить,</w:t>
      </w:r>
    </w:p>
    <w:p>
      <w:r>
        <w:br/>
        <w:t>Король у город заглядає,</w:t>
      </w:r>
    </w:p>
    <w:p>
      <w:r>
        <w:br/>
        <w:t>Король дівочок вибирає,</w:t>
      </w:r>
    </w:p>
    <w:p>
      <w:r>
        <w:br/>
        <w:t>– Виводу, виводу,</w:t>
      </w:r>
    </w:p>
    <w:p>
      <w:r>
        <w:br/>
        <w:t>Чом не йдеш по воду?</w:t>
      </w:r>
    </w:p>
    <w:p>
      <w:r>
        <w:br/>
        <w:t>– Боюся, боюся.</w:t>
      </w:r>
    </w:p>
    <w:p>
      <w:r>
        <w:br/>
        <w:t>– Кого ж ти боїшся?</w:t>
      </w:r>
    </w:p>
    <w:p>
      <w:r>
        <w:br/>
        <w:t>– Короля, короля.</w:t>
      </w:r>
    </w:p>
    <w:p>
      <w:r>
        <w:br/>
        <w:t>– А короля нема дома,</w:t>
      </w:r>
    </w:p>
    <w:p>
      <w:r>
        <w:br/>
        <w:t>Королиха сама вдома –</w:t>
      </w:r>
    </w:p>
    <w:p>
      <w:r>
        <w:br/>
        <w:t>Одчиняй ворота!</w:t>
      </w:r>
    </w:p>
    <w:p>
      <w:r>
        <w:br/>
        <w:t>Хлопці</w:t>
      </w:r>
    </w:p>
    <w:p>
      <w:r>
        <w:br/>
        <w:t>Вийди, вийди ти, Іванку,</w:t>
      </w:r>
    </w:p>
    <w:p>
      <w:r>
        <w:br/>
        <w:t>Заспівай лиш нам веснянку!</w:t>
      </w:r>
    </w:p>
    <w:p>
      <w:r>
        <w:br/>
        <w:t>Цілу зиму ми мовчали –</w:t>
      </w:r>
    </w:p>
    <w:p>
      <w:r>
        <w:br/>
        <w:t>Весни дожидали…</w:t>
      </w:r>
    </w:p>
    <w:p>
      <w:r>
        <w:br/>
        <w:t>Маленькі дівчата</w:t>
      </w:r>
    </w:p>
    <w:p>
      <w:r>
        <w:br/>
        <w:t>Заїньку, та за головоньку,</w:t>
      </w:r>
    </w:p>
    <w:p>
      <w:r>
        <w:br/>
        <w:t>А нікуди зайчику ані вискочити,</w:t>
      </w:r>
    </w:p>
    <w:p>
      <w:r>
        <w:br/>
        <w:t>А нікуди сірому ані вистрибнути.</w:t>
      </w:r>
    </w:p>
    <w:p>
      <w:r>
        <w:br/>
        <w:t>Все кріпості, все турецькії,</w:t>
      </w:r>
    </w:p>
    <w:p>
      <w:r>
        <w:br/>
        <w:t>Караули все німецькії,</w:t>
      </w:r>
    </w:p>
    <w:p>
      <w:r>
        <w:br/>
        <w:t>Сидять сестри-сестринички –</w:t>
      </w:r>
    </w:p>
    <w:p>
      <w:r>
        <w:br/>
        <w:t>Одна в танку, друга в вінку,</w:t>
      </w:r>
    </w:p>
    <w:p>
      <w:r>
        <w:br/>
        <w:t>Третя Марушка – то ж моя душка</w:t>
      </w:r>
    </w:p>
    <w:p>
      <w:r>
        <w:br/>
        <w:t>Три дівчинки і зайчик вибігають.</w:t>
      </w:r>
    </w:p>
    <w:p>
      <w:r>
        <w:br/>
        <w:t>Більшенькі дівчата</w:t>
      </w:r>
    </w:p>
    <w:p>
      <w:r>
        <w:br/>
        <w:t>Туман танчик виводе,</w:t>
      </w:r>
    </w:p>
    <w:p>
      <w:r>
        <w:br/>
        <w:t>Що виведе, то й стане,</w:t>
      </w:r>
    </w:p>
    <w:p>
      <w:r>
        <w:br/>
        <w:t>На дівочок погляне,</w:t>
      </w:r>
    </w:p>
    <w:p>
      <w:r>
        <w:br/>
        <w:t>Чи всі дівки в таночку.</w:t>
      </w:r>
    </w:p>
    <w:p>
      <w:r>
        <w:br/>
        <w:t>Усі дівки в таночку,</w:t>
      </w:r>
    </w:p>
    <w:p>
      <w:r>
        <w:br/>
        <w:t>Тільки Рози немає:</w:t>
      </w:r>
    </w:p>
    <w:p>
      <w:r>
        <w:br/>
        <w:t>Мати Розу чесала,</w:t>
      </w:r>
    </w:p>
    <w:p>
      <w:r>
        <w:br/>
        <w:t>А чешучи, навчала:</w:t>
      </w:r>
    </w:p>
    <w:p>
      <w:r>
        <w:br/>
        <w:t>"Не йди, дочко, в таночок,</w:t>
      </w:r>
    </w:p>
    <w:p>
      <w:r>
        <w:br/>
        <w:t>На ставай край туману:</w:t>
      </w:r>
    </w:p>
    <w:p>
      <w:r>
        <w:br/>
        <w:t>Туман ручку стискає,</w:t>
      </w:r>
    </w:p>
    <w:p>
      <w:r>
        <w:br/>
        <w:t>Золот перстень здіймає,</w:t>
      </w:r>
    </w:p>
    <w:p>
      <w:r>
        <w:br/>
        <w:t>На мізинець надіває".</w:t>
      </w:r>
    </w:p>
    <w:p>
      <w:r>
        <w:br/>
        <w:t>Маленькі дівчата</w:t>
      </w:r>
    </w:p>
    <w:p>
      <w:r>
        <w:br/>
        <w:t>Ягил-ягилочка,</w:t>
      </w:r>
    </w:p>
    <w:p>
      <w:r>
        <w:br/>
        <w:t>Ягилова дочка</w:t>
      </w:r>
    </w:p>
    <w:p>
      <w:r>
        <w:br/>
        <w:t>Устала ранесенько,</w:t>
      </w:r>
    </w:p>
    <w:p>
      <w:r>
        <w:br/>
        <w:t>Умилась білесенько,</w:t>
      </w:r>
    </w:p>
    <w:p>
      <w:r>
        <w:br/>
        <w:t>Голівку чесала.</w:t>
      </w:r>
    </w:p>
    <w:p>
      <w:r>
        <w:br/>
        <w:t>Стрічки надівала.</w:t>
      </w:r>
    </w:p>
    <w:p>
      <w:r>
        <w:br/>
        <w:t>Візьмися у боки,</w:t>
      </w:r>
    </w:p>
    <w:p>
      <w:r>
        <w:br/>
        <w:t>Покажи свої вискоки,</w:t>
      </w:r>
    </w:p>
    <w:p>
      <w:r>
        <w:br/>
        <w:t>Біжи до Дунаю –</w:t>
      </w:r>
    </w:p>
    <w:p>
      <w:r>
        <w:br/>
        <w:t>Там рибочка грає,</w:t>
      </w:r>
    </w:p>
    <w:p>
      <w:r>
        <w:br/>
        <w:t>Вибери собі дівку,</w:t>
      </w:r>
    </w:p>
    <w:p>
      <w:r>
        <w:br/>
        <w:t>Як калинову квітку.</w:t>
      </w:r>
    </w:p>
    <w:p>
      <w:r>
        <w:br/>
        <w:t>Кидається й вибирає собі дівчину.</w:t>
      </w:r>
    </w:p>
    <w:p>
      <w:r>
        <w:br/>
        <w:t>Перші дівчата</w:t>
      </w:r>
    </w:p>
    <w:p>
      <w:r>
        <w:br/>
        <w:t>Ой ходить царенко, блукає (2),</w:t>
      </w:r>
    </w:p>
    <w:p>
      <w:r>
        <w:br/>
        <w:t>Він свою царівну шукає, шукає,</w:t>
      </w:r>
    </w:p>
    <w:p>
      <w:r>
        <w:br/>
        <w:t>Приступи, царенко, близенько,</w:t>
      </w:r>
    </w:p>
    <w:p>
      <w:r>
        <w:br/>
        <w:t>Поклонись царівні низенько</w:t>
      </w:r>
    </w:p>
    <w:p>
      <w:r>
        <w:br/>
        <w:t>Приступись, царенку, близенько,</w:t>
      </w:r>
    </w:p>
    <w:p>
      <w:r>
        <w:br/>
        <w:t>Поцілуй її хорошенько.</w:t>
      </w:r>
    </w:p>
    <w:p>
      <w:r>
        <w:br/>
        <w:t>Маленькі хлопці</w:t>
      </w:r>
    </w:p>
    <w:p>
      <w:r>
        <w:br/>
        <w:t>Женчичок-бренчичок вилітає,</w:t>
      </w:r>
    </w:p>
    <w:p>
      <w:r>
        <w:br/>
        <w:t>Високо ніженьку підіймає,</w:t>
      </w:r>
    </w:p>
    <w:p>
      <w:r>
        <w:br/>
        <w:t>Побито, набито, ніженьку пробито,</w:t>
      </w:r>
    </w:p>
    <w:p>
      <w:r>
        <w:br/>
        <w:t>В зеленім лугу, бери собі другу!</w:t>
      </w:r>
    </w:p>
    <w:p>
      <w:r>
        <w:br/>
        <w:t>Вибирає. Маленькі дівчата кладуть навхрест лопату й коцюбу і скачуть зайчика.</w:t>
      </w:r>
    </w:p>
    <w:p>
      <w:r>
        <w:br/>
        <w:t>Ой на горі гречка – сидить зайчик:</w:t>
      </w:r>
    </w:p>
    <w:p>
      <w:r>
        <w:br/>
        <w:t>Ніжечками чеберяє,</w:t>
      </w:r>
    </w:p>
    <w:p>
      <w:r>
        <w:br/>
        <w:t>А лисичка зайчика переймає,</w:t>
      </w:r>
    </w:p>
    <w:p>
      <w:r>
        <w:br/>
        <w:t>Якби такі ніжки мала,</w:t>
      </w:r>
    </w:p>
    <w:p>
      <w:r>
        <w:br/>
        <w:t>То і я б так чеберяла,</w:t>
      </w:r>
    </w:p>
    <w:p>
      <w:r>
        <w:br/>
        <w:t>Як той зайчик.</w:t>
      </w:r>
    </w:p>
    <w:p>
      <w:r>
        <w:br/>
        <w:t>Дівчата</w:t>
      </w:r>
    </w:p>
    <w:p>
      <w:r>
        <w:br/>
        <w:t>Де плавала кладочка (2),</w:t>
      </w:r>
    </w:p>
    <w:p>
      <w:r>
        <w:br/>
        <w:t>Там ходила Настечка (2).</w:t>
      </w:r>
    </w:p>
    <w:p>
      <w:r>
        <w:br/>
        <w:t>Ішли дівки через двір (2),</w:t>
      </w:r>
    </w:p>
    <w:p>
      <w:r>
        <w:br/>
        <w:t>На них сукні, як мак, цвів (2),</w:t>
      </w:r>
    </w:p>
    <w:p>
      <w:r>
        <w:br/>
        <w:t>Стали сукні сяяти (2),</w:t>
      </w:r>
    </w:p>
    <w:p>
      <w:r>
        <w:br/>
        <w:t>Стала діброва палати (2),</w:t>
      </w:r>
    </w:p>
    <w:p>
      <w:r>
        <w:br/>
        <w:t>Стали води цебром носити (2),</w:t>
      </w:r>
    </w:p>
    <w:p>
      <w:r>
        <w:br/>
        <w:t>Дібровоньку гасити (2),</w:t>
      </w:r>
    </w:p>
    <w:p>
      <w:r>
        <w:br/>
        <w:t>Скільки в цебрі водиці (2),</w:t>
      </w:r>
    </w:p>
    <w:p>
      <w:r>
        <w:br/>
        <w:t>Стільки в дівчат правдиці,</w:t>
      </w:r>
    </w:p>
    <w:p>
      <w:r>
        <w:br/>
        <w:t>Скільки води в відерці (2),</w:t>
      </w:r>
    </w:p>
    <w:p>
      <w:r>
        <w:br/>
        <w:t>Стільки у хлопців правдиці.</w:t>
      </w:r>
    </w:p>
    <w:p>
      <w:r>
        <w:br/>
        <w:t>Дівчатка</w:t>
      </w:r>
    </w:p>
    <w:p>
      <w:r>
        <w:br/>
        <w:t>Ой на городі крокіс поріс –</w:t>
      </w:r>
    </w:p>
    <w:p>
      <w:r>
        <w:br/>
        <w:t>Забрав чорт хлопців,</w:t>
      </w:r>
    </w:p>
    <w:p>
      <w:r>
        <w:br/>
        <w:t>Та й у ліс поніс,</w:t>
      </w:r>
    </w:p>
    <w:p>
      <w:r>
        <w:br/>
        <w:t>Ой на городі крокосиця –</w:t>
      </w:r>
    </w:p>
    <w:p>
      <w:r>
        <w:br/>
        <w:t>Забрав чорт хлопців</w:t>
      </w:r>
    </w:p>
    <w:p>
      <w:r>
        <w:br/>
        <w:t>Та й носиться.</w:t>
      </w:r>
    </w:p>
    <w:p>
      <w:r>
        <w:br/>
        <w:t>Хлопці</w:t>
      </w:r>
    </w:p>
    <w:p>
      <w:r>
        <w:br/>
        <w:t>Ой дівчата, начувайтесь,</w:t>
      </w:r>
    </w:p>
    <w:p>
      <w:r>
        <w:br/>
        <w:t>Добре хлосту дамо ми,</w:t>
      </w:r>
    </w:p>
    <w:p>
      <w:r>
        <w:br/>
        <w:t>За посміхи сподівайтесь</w:t>
      </w:r>
    </w:p>
    <w:p>
      <w:r>
        <w:br/>
        <w:t>Всі ви доброї платні.</w:t>
      </w:r>
    </w:p>
    <w:p>
      <w:r>
        <w:br/>
        <w:t>Дівчатка</w:t>
      </w:r>
    </w:p>
    <w:p>
      <w:r>
        <w:br/>
        <w:t>– Чорнушко-душко,</w:t>
      </w:r>
    </w:p>
    <w:p>
      <w:r>
        <w:br/>
        <w:t>Вставай раненько,</w:t>
      </w:r>
    </w:p>
    <w:p>
      <w:r>
        <w:br/>
        <w:t>Вмивай личенько,</w:t>
      </w:r>
    </w:p>
    <w:p>
      <w:r>
        <w:br/>
        <w:t>Хотять тебе люди взяти,</w:t>
      </w:r>
    </w:p>
    <w:p>
      <w:r>
        <w:br/>
        <w:t>Хотять тебе заміж дати.</w:t>
      </w:r>
    </w:p>
    <w:p>
      <w:r>
        <w:br/>
        <w:t>– За кого, ненько,</w:t>
      </w:r>
    </w:p>
    <w:p>
      <w:r>
        <w:br/>
        <w:t>Любе серденько,</w:t>
      </w:r>
    </w:p>
    <w:p>
      <w:r>
        <w:br/>
        <w:t>За кого, матіночко,</w:t>
      </w:r>
    </w:p>
    <w:p>
      <w:r>
        <w:br/>
        <w:t>За кого, ластівочко?</w:t>
      </w:r>
    </w:p>
    <w:p>
      <w:r>
        <w:br/>
        <w:t>– За циганина,</w:t>
      </w:r>
    </w:p>
    <w:p>
      <w:r>
        <w:br/>
        <w:t>Вражого сина,</w:t>
      </w:r>
    </w:p>
    <w:p>
      <w:r>
        <w:br/>
        <w:t>Всю ніч не спати.</w:t>
      </w:r>
    </w:p>
    <w:p>
      <w:r>
        <w:br/>
        <w:t>Дути, кувати.</w:t>
      </w:r>
    </w:p>
    <w:p>
      <w:r>
        <w:br/>
        <w:t>– Не піду, матіночко,</w:t>
      </w:r>
    </w:p>
    <w:p>
      <w:r>
        <w:br/>
        <w:t>Не піду, ластівочко!</w:t>
      </w:r>
    </w:p>
    <w:p>
      <w:r>
        <w:br/>
        <w:t>– Чорнушко-душко… (і далі).</w:t>
      </w:r>
    </w:p>
    <w:p>
      <w:r>
        <w:br/>
        <w:t>– За паничину,</w:t>
      </w:r>
    </w:p>
    <w:p>
      <w:r>
        <w:br/>
        <w:t>Доброго сина,</w:t>
      </w:r>
    </w:p>
    <w:p>
      <w:r>
        <w:br/>
        <w:t>Всю ніч не спати –</w:t>
      </w:r>
    </w:p>
    <w:p>
      <w:r>
        <w:br/>
        <w:t>Книги читати.</w:t>
      </w:r>
    </w:p>
    <w:p>
      <w:r>
        <w:br/>
        <w:t>– Не піду, матіночко,</w:t>
      </w:r>
    </w:p>
    <w:p>
      <w:r>
        <w:br/>
        <w:t>Не піду, ластівочко!</w:t>
      </w:r>
    </w:p>
    <w:p>
      <w:r>
        <w:br/>
        <w:t>– Чорнушко-душко… (і далі).</w:t>
      </w:r>
    </w:p>
    <w:p>
      <w:r>
        <w:br/>
        <w:t>– За селянина,</w:t>
      </w:r>
    </w:p>
    <w:p>
      <w:r>
        <w:br/>
        <w:t>Доброго сина,</w:t>
      </w:r>
    </w:p>
    <w:p>
      <w:r>
        <w:br/>
        <w:t>Весь день неспати.</w:t>
      </w:r>
    </w:p>
    <w:p>
      <w:r>
        <w:br/>
        <w:t>Косити, жати.</w:t>
      </w:r>
    </w:p>
    <w:p>
      <w:r>
        <w:br/>
        <w:t>– Ой піду, матіночко,</w:t>
      </w:r>
    </w:p>
    <w:p>
      <w:r>
        <w:br/>
        <w:t>Ой піду, ластівочко!</w:t>
      </w:r>
    </w:p>
    <w:p>
      <w:r>
        <w:br/>
        <w:t>Дівчата</w:t>
      </w:r>
    </w:p>
    <w:p>
      <w:r>
        <w:br/>
        <w:t>Ой летіло помело –</w:t>
      </w:r>
    </w:p>
    <w:p>
      <w:r>
        <w:br/>
        <w:t>Стовпом дим,</w:t>
      </w:r>
    </w:p>
    <w:p>
      <w:r>
        <w:br/>
        <w:t>Чорти з ним, –</w:t>
      </w:r>
    </w:p>
    <w:p>
      <w:r>
        <w:br/>
        <w:t>Через наше село.</w:t>
      </w:r>
    </w:p>
    <w:p>
      <w:r>
        <w:br/>
        <w:t>Іванова голова</w:t>
      </w:r>
    </w:p>
    <w:p>
      <w:r>
        <w:br/>
        <w:t>Зайнялася була</w:t>
      </w:r>
    </w:p>
    <w:p>
      <w:r>
        <w:br/>
        <w:t>Та й горить (2).</w:t>
      </w:r>
    </w:p>
    <w:p>
      <w:r>
        <w:br/>
        <w:t>А Маруся з радощами</w:t>
      </w:r>
    </w:p>
    <w:p>
      <w:r>
        <w:br/>
        <w:t>Носить воду пригорщами</w:t>
      </w:r>
    </w:p>
    <w:p>
      <w:r>
        <w:br/>
        <w:t>Та й гасить (2).</w:t>
      </w:r>
    </w:p>
    <w:p>
      <w:r>
        <w:br/>
        <w:t>Дівчата великі</w:t>
      </w:r>
    </w:p>
    <w:p>
      <w:r>
        <w:br/>
        <w:t>Ой диво чи не диво?</w:t>
      </w:r>
    </w:p>
    <w:p>
      <w:r>
        <w:br/>
        <w:t>Сидять дівки за столом.</w:t>
      </w:r>
    </w:p>
    <w:p>
      <w:r>
        <w:br/>
        <w:t>Ой диво чи не диво?</w:t>
      </w:r>
    </w:p>
    <w:p>
      <w:r>
        <w:br/>
        <w:t>Молодиці перед столом.</w:t>
      </w:r>
    </w:p>
    <w:p>
      <w:r>
        <w:br/>
        <w:t>Ой диво чи не диво?</w:t>
      </w:r>
    </w:p>
    <w:p>
      <w:r>
        <w:br/>
        <w:t>А парубки під столом.</w:t>
      </w:r>
    </w:p>
    <w:p>
      <w:r>
        <w:br/>
        <w:t>Ой диво чи не диво?</w:t>
      </w:r>
    </w:p>
    <w:p>
      <w:r>
        <w:br/>
        <w:t>П’ють дівчата мед-вино,</w:t>
      </w:r>
    </w:p>
    <w:p>
      <w:r>
        <w:br/>
        <w:t>Молодиці – горілицю,</w:t>
      </w:r>
    </w:p>
    <w:p>
      <w:r>
        <w:br/>
        <w:t>А парубки – шевський квас.</w:t>
      </w:r>
    </w:p>
    <w:p>
      <w:r>
        <w:br/>
        <w:t>Ой диво чи не диво?</w:t>
      </w:r>
    </w:p>
    <w:p>
      <w:r>
        <w:br/>
        <w:t>Їдять дівки курятину.</w:t>
      </w:r>
    </w:p>
    <w:p>
      <w:r>
        <w:br/>
        <w:t>Ой диво…</w:t>
      </w:r>
    </w:p>
    <w:p>
      <w:r>
        <w:br/>
        <w:t>Молодиці гусятину…</w:t>
      </w:r>
    </w:p>
    <w:p>
      <w:r>
        <w:br/>
        <w:t>Ой диво…</w:t>
      </w:r>
    </w:p>
    <w:p>
      <w:r>
        <w:br/>
        <w:t>А парубки – кісточки.</w:t>
      </w:r>
    </w:p>
    <w:p>
      <w:r>
        <w:br/>
        <w:t>Ой диво чи не диво?</w:t>
      </w:r>
    </w:p>
    <w:p>
      <w:r>
        <w:br/>
        <w:t>Їдять дівки калачі.</w:t>
      </w:r>
    </w:p>
    <w:p>
      <w:r>
        <w:br/>
        <w:t>Ой диво…</w:t>
      </w:r>
    </w:p>
    <w:p>
      <w:r>
        <w:br/>
        <w:t>Молодиці – паляниці,</w:t>
      </w:r>
    </w:p>
    <w:p>
      <w:r>
        <w:br/>
        <w:t>А парубки – сухарі.</w:t>
      </w:r>
    </w:p>
    <w:p>
      <w:r>
        <w:br/>
        <w:t>Усі</w:t>
      </w:r>
    </w:p>
    <w:p>
      <w:r>
        <w:br/>
        <w:t>Ха-ха-ха-ха!!!</w:t>
      </w:r>
    </w:p>
    <w:p>
      <w:r>
        <w:br/>
        <w:t>Літо</w:t>
      </w:r>
    </w:p>
    <w:p>
      <w:r>
        <w:br/>
        <w:t>Стійте, діти, не співайте,</w:t>
      </w:r>
    </w:p>
    <w:p>
      <w:r>
        <w:br/>
        <w:t>Ми побачимо якраз.</w:t>
      </w:r>
    </w:p>
    <w:p>
      <w:r>
        <w:br/>
        <w:t>Хто тут щирий до роботи</w:t>
      </w:r>
    </w:p>
    <w:p>
      <w:r>
        <w:br/>
        <w:t>У весняний добрий час.</w:t>
      </w:r>
    </w:p>
    <w:p>
      <w:r>
        <w:br/>
        <w:t>Літо біжить за кін і вертається з хлопцями. Стають у два хори з дівчатами.</w:t>
      </w:r>
    </w:p>
    <w:p>
      <w:r>
        <w:br/>
        <w:t>Хлопці</w:t>
      </w:r>
    </w:p>
    <w:p>
      <w:r>
        <w:br/>
        <w:t>А ми просо сіяли! (2)</w:t>
      </w:r>
    </w:p>
    <w:p>
      <w:r>
        <w:br/>
        <w:t>Дівчата</w:t>
      </w:r>
    </w:p>
    <w:p>
      <w:r>
        <w:br/>
        <w:t>Ой дід ладо, сіяли! (2)</w:t>
      </w:r>
    </w:p>
    <w:p>
      <w:r>
        <w:br/>
        <w:t>Хлопці</w:t>
      </w:r>
    </w:p>
    <w:p>
      <w:r>
        <w:br/>
        <w:t>А ми просо витопчем! (2)</w:t>
      </w:r>
    </w:p>
    <w:p>
      <w:r>
        <w:br/>
        <w:t>Дівчата</w:t>
      </w:r>
    </w:p>
    <w:p>
      <w:r>
        <w:br/>
        <w:t>А чим же вам витоптать? (2)</w:t>
      </w:r>
    </w:p>
    <w:p>
      <w:r>
        <w:br/>
        <w:t>Хлопці</w:t>
      </w:r>
    </w:p>
    <w:p>
      <w:r>
        <w:br/>
        <w:t>А ми коней випустим! (2)</w:t>
      </w:r>
    </w:p>
    <w:p>
      <w:r>
        <w:br/>
        <w:t>Дівчата</w:t>
      </w:r>
    </w:p>
    <w:p>
      <w:r>
        <w:br/>
        <w:t>А ми коней переймем! (2)</w:t>
      </w:r>
    </w:p>
    <w:p>
      <w:r>
        <w:br/>
        <w:t>Хлопці</w:t>
      </w:r>
    </w:p>
    <w:p>
      <w:r>
        <w:br/>
        <w:t>А чим же вам перейнять? (2)</w:t>
      </w:r>
    </w:p>
    <w:p>
      <w:r>
        <w:br/>
        <w:t>Дівчата</w:t>
      </w:r>
    </w:p>
    <w:p>
      <w:r>
        <w:br/>
        <w:t>А шовковим поясом! (2)</w:t>
      </w:r>
    </w:p>
    <w:p>
      <w:r>
        <w:br/>
        <w:t>Хлопці</w:t>
      </w:r>
    </w:p>
    <w:p>
      <w:r>
        <w:br/>
        <w:t>А ми коні викупим! (2)</w:t>
      </w:r>
    </w:p>
    <w:p>
      <w:r>
        <w:br/>
        <w:t>Дівчата</w:t>
      </w:r>
    </w:p>
    <w:p>
      <w:r>
        <w:br/>
        <w:t>А чим же вам викупить? (2)</w:t>
      </w:r>
    </w:p>
    <w:p>
      <w:r>
        <w:br/>
        <w:t>Хлопці</w:t>
      </w:r>
    </w:p>
    <w:p>
      <w:r>
        <w:br/>
        <w:t>А ми дамо сто рублів! (2)</w:t>
      </w:r>
    </w:p>
    <w:p>
      <w:r>
        <w:br/>
        <w:t>Дівчата</w:t>
      </w:r>
    </w:p>
    <w:p>
      <w:r>
        <w:br/>
        <w:t>Не візьмемо й тисячу! (2)</w:t>
      </w:r>
    </w:p>
    <w:p>
      <w:r>
        <w:br/>
        <w:t>Хлопці</w:t>
      </w:r>
    </w:p>
    <w:p>
      <w:r>
        <w:br/>
        <w:t>А ми дамо дівоньку! (2)</w:t>
      </w:r>
    </w:p>
    <w:p>
      <w:r>
        <w:br/>
        <w:t>Дівчата</w:t>
      </w:r>
    </w:p>
    <w:p>
      <w:r>
        <w:br/>
        <w:t>Хіба що так, хіба так –</w:t>
      </w:r>
    </w:p>
    <w:p>
      <w:r>
        <w:br/>
        <w:t>За коника та й з двора! (2)</w:t>
      </w:r>
    </w:p>
    <w:p>
      <w:r>
        <w:br/>
        <w:t>Літо</w:t>
      </w:r>
    </w:p>
    <w:p>
      <w:r>
        <w:br/>
        <w:t>Ой як гарно, ой як любо,</w:t>
      </w:r>
    </w:p>
    <w:p>
      <w:r>
        <w:br/>
        <w:t>Ну, ще другу зачинайте!</w:t>
      </w:r>
    </w:p>
    <w:p>
      <w:r>
        <w:br/>
        <w:t>Хлопці</w:t>
      </w:r>
    </w:p>
    <w:p>
      <w:r>
        <w:br/>
        <w:t>Вийшли вранці косарі</w:t>
      </w:r>
    </w:p>
    <w:p>
      <w:r>
        <w:br/>
        <w:t>Косить рано на зорі,</w:t>
      </w:r>
    </w:p>
    <w:p>
      <w:r>
        <w:br/>
        <w:t>Гей, нуте, косарі,</w:t>
      </w:r>
    </w:p>
    <w:p>
      <w:r>
        <w:br/>
        <w:t>Бо нерано почали,</w:t>
      </w:r>
    </w:p>
    <w:p>
      <w:r>
        <w:br/>
        <w:t>Хоч нерано почали,</w:t>
      </w:r>
    </w:p>
    <w:p>
      <w:r>
        <w:br/>
        <w:t>Та багато утяли:</w:t>
      </w:r>
    </w:p>
    <w:p>
      <w:r>
        <w:br/>
        <w:t>До обіду покосили,</w:t>
      </w:r>
    </w:p>
    <w:p>
      <w:r>
        <w:br/>
        <w:t>Гострі коси потупипи;</w:t>
      </w:r>
    </w:p>
    <w:p>
      <w:r>
        <w:br/>
        <w:t>По обіді віддихали,</w:t>
      </w:r>
    </w:p>
    <w:p>
      <w:r>
        <w:br/>
        <w:t>Гострі коси поклепали;</w:t>
      </w:r>
    </w:p>
    <w:p>
      <w:r>
        <w:br/>
        <w:t>До полудня гребли сіно,</w:t>
      </w:r>
    </w:p>
    <w:p>
      <w:r>
        <w:br/>
        <w:t>І в віночки клали щільно;</w:t>
      </w:r>
    </w:p>
    <w:p>
      <w:r>
        <w:br/>
        <w:t>А ввечері холодком</w:t>
      </w:r>
    </w:p>
    <w:p>
      <w:r>
        <w:br/>
        <w:t>Клали копички рядком,</w:t>
      </w:r>
    </w:p>
    <w:p>
      <w:r>
        <w:br/>
        <w:t>Накосили скирту сіна,</w:t>
      </w:r>
    </w:p>
    <w:p>
      <w:r>
        <w:br/>
        <w:t>Прийшла коза та й поїла.</w:t>
      </w:r>
    </w:p>
    <w:p>
      <w:r>
        <w:br/>
        <w:t>Дівчата</w:t>
      </w:r>
    </w:p>
    <w:p>
      <w:r>
        <w:br/>
        <w:t>Ой як, як коло милого сісти?</w:t>
      </w:r>
    </w:p>
    <w:p>
      <w:r>
        <w:br/>
        <w:t>Ой так, так, ой так!</w:t>
      </w:r>
    </w:p>
    <w:p>
      <w:r>
        <w:br/>
        <w:t>Он як, як до милого говорити?</w:t>
      </w:r>
    </w:p>
    <w:p>
      <w:r>
        <w:br/>
        <w:t>Ой так, так, ой так!</w:t>
      </w:r>
    </w:p>
    <w:p>
      <w:r>
        <w:br/>
        <w:t>Ліго й Весна в колі роблять усе, що співається.</w:t>
      </w:r>
    </w:p>
    <w:p>
      <w:r>
        <w:br/>
        <w:t>Ой як, як миленького пригортати?</w:t>
      </w:r>
    </w:p>
    <w:p>
      <w:r>
        <w:br/>
        <w:t>Ой так…</w:t>
      </w:r>
    </w:p>
    <w:p>
      <w:r>
        <w:br/>
        <w:t>Ой як, як миленького цілувати?</w:t>
      </w:r>
    </w:p>
    <w:p>
      <w:r>
        <w:br/>
        <w:t>Ой так…</w:t>
      </w:r>
    </w:p>
    <w:p>
      <w:r>
        <w:br/>
        <w:t>Ой як, як миленькому постіль слати?</w:t>
      </w:r>
    </w:p>
    <w:p>
      <w:r>
        <w:br/>
        <w:t>Ой так…</w:t>
      </w:r>
    </w:p>
    <w:p>
      <w:r>
        <w:br/>
        <w:t>Ой як, як миленького класти спати?</w:t>
      </w:r>
    </w:p>
    <w:p>
      <w:r>
        <w:br/>
        <w:t>Ой так…</w:t>
      </w:r>
    </w:p>
    <w:p>
      <w:r>
        <w:br/>
        <w:t>Ой як, як миленького з місця звести?</w:t>
      </w:r>
    </w:p>
    <w:p>
      <w:r>
        <w:br/>
        <w:t>Ой так…</w:t>
      </w:r>
    </w:p>
    <w:p>
      <w:r>
        <w:br/>
        <w:t>Ой як, як миленького випроводжати?</w:t>
      </w:r>
    </w:p>
    <w:p>
      <w:r>
        <w:br/>
        <w:t>Ой так…</w:t>
      </w:r>
    </w:p>
    <w:p>
      <w:r>
        <w:br/>
        <w:t>Ой як, як коло нелюба сісти?</w:t>
      </w:r>
    </w:p>
    <w:p>
      <w:r>
        <w:br/>
        <w:t>Ой так, так…</w:t>
      </w:r>
    </w:p>
    <w:p>
      <w:r>
        <w:br/>
        <w:t>Ой як, як до нелюба говорити? І т. д.</w:t>
      </w:r>
    </w:p>
    <w:p>
      <w:r>
        <w:br/>
        <w:t>Літо проробляє все, що Веснянки співають.</w:t>
      </w:r>
    </w:p>
    <w:p>
      <w:r>
        <w:br/>
        <w:t>Маленькі хлопці і дівчата</w:t>
      </w:r>
    </w:p>
    <w:p>
      <w:r>
        <w:br/>
        <w:t>Ой на горі мак, під горою так.</w:t>
      </w:r>
    </w:p>
    <w:p>
      <w:r>
        <w:br/>
        <w:t>Мак, мак, маківочки, золотії голівочки.</w:t>
      </w:r>
    </w:p>
    <w:p>
      <w:r>
        <w:br/>
        <w:t>Станьте ви так, як на горі мак!</w:t>
      </w:r>
    </w:p>
    <w:p>
      <w:r>
        <w:br/>
        <w:t>Поспитаймо так, чи сіяли мак?</w:t>
      </w:r>
    </w:p>
    <w:p>
      <w:r>
        <w:br/>
        <w:t>Один хлопець: "Сіяли!"</w:t>
      </w:r>
    </w:p>
    <w:p>
      <w:r>
        <w:br/>
        <w:t>Мак, мак, маківочки… (і далі)</w:t>
      </w:r>
    </w:p>
    <w:p>
      <w:r>
        <w:br/>
        <w:t>Другі</w:t>
      </w:r>
    </w:p>
    <w:p>
      <w:r>
        <w:br/>
        <w:t>А у горобейка жінка маленька,</w:t>
      </w:r>
    </w:p>
    <w:p>
      <w:r>
        <w:br/>
        <w:t>Сидить на кілочку, пряде на сорочку,</w:t>
      </w:r>
    </w:p>
    <w:p>
      <w:r>
        <w:br/>
        <w:t>Що виведе нитку, то й пошиє свитку,</w:t>
      </w:r>
    </w:p>
    <w:p>
      <w:r>
        <w:br/>
        <w:t>Що виведе півтора, то пошиє рукава.</w:t>
      </w:r>
    </w:p>
    <w:p>
      <w:r>
        <w:br/>
        <w:t>Осталося три кінці горобцеві на штанці.</w:t>
      </w:r>
    </w:p>
    <w:p>
      <w:r>
        <w:br/>
        <w:t>Великі дівчата</w:t>
      </w:r>
    </w:p>
    <w:p>
      <w:r>
        <w:br/>
        <w:t>Гетьте звідси!</w:t>
      </w:r>
    </w:p>
    <w:p>
      <w:r>
        <w:br/>
        <w:t>Ой, купала-купалочка,</w:t>
      </w:r>
    </w:p>
    <w:p>
      <w:r>
        <w:br/>
        <w:t>Не виспалась Наталочка,</w:t>
      </w:r>
    </w:p>
    <w:p>
      <w:r>
        <w:br/>
        <w:t>Погнала бичка</w:t>
      </w:r>
    </w:p>
    <w:p>
      <w:r>
        <w:br/>
        <w:t>За ворітечка.</w:t>
      </w:r>
    </w:p>
    <w:p>
      <w:r>
        <w:br/>
        <w:t>Погнала бичка дрімаючи,</w:t>
      </w:r>
    </w:p>
    <w:p>
      <w:r>
        <w:br/>
        <w:t>На пеньки ноги збиваючи.</w:t>
      </w:r>
    </w:p>
    <w:p>
      <w:r>
        <w:br/>
        <w:t>Другі</w:t>
      </w:r>
    </w:p>
    <w:p>
      <w:r>
        <w:br/>
        <w:t>Да мала нічка-петрівочка,</w:t>
      </w:r>
    </w:p>
    <w:p>
      <w:r>
        <w:br/>
        <w:t>Не виспалася невісточка,</w:t>
      </w:r>
    </w:p>
    <w:p>
      <w:r>
        <w:br/>
        <w:t>Та усю ніченьку не спала,</w:t>
      </w:r>
    </w:p>
    <w:p>
      <w:r>
        <w:br/>
        <w:t>Да усе хусточки вишивала,</w:t>
      </w:r>
    </w:p>
    <w:p>
      <w:r>
        <w:br/>
        <w:t>Да шила шовком,</w:t>
      </w:r>
    </w:p>
    <w:p>
      <w:r>
        <w:br/>
        <w:t>Шила біллю</w:t>
      </w:r>
    </w:p>
    <w:p>
      <w:r>
        <w:br/>
        <w:t>Своєму милому про неділю.</w:t>
      </w:r>
    </w:p>
    <w:p>
      <w:r>
        <w:br/>
        <w:t>Перші дівчата</w:t>
      </w:r>
    </w:p>
    <w:p>
      <w:r>
        <w:br/>
        <w:t>Сиділа русалка</w:t>
      </w:r>
    </w:p>
    <w:p>
      <w:r>
        <w:br/>
        <w:t>На кривій березі,</w:t>
      </w:r>
    </w:p>
    <w:p>
      <w:r>
        <w:br/>
        <w:t>Просила русалка</w:t>
      </w:r>
    </w:p>
    <w:p>
      <w:r>
        <w:br/>
        <w:t>У жіночок наміток,</w:t>
      </w:r>
    </w:p>
    <w:p>
      <w:r>
        <w:br/>
        <w:t>У дівочок сорочок:</w:t>
      </w:r>
    </w:p>
    <w:p>
      <w:r>
        <w:br/>
        <w:t>"Жіночки-подружки,</w:t>
      </w:r>
    </w:p>
    <w:p>
      <w:r>
        <w:br/>
        <w:t>Дайте мені намітку,</w:t>
      </w:r>
    </w:p>
    <w:p>
      <w:r>
        <w:br/>
        <w:t>Хоч вона худенька,</w:t>
      </w:r>
    </w:p>
    <w:p>
      <w:r>
        <w:br/>
        <w:t>Та аби біленька".</w:t>
      </w:r>
    </w:p>
    <w:p>
      <w:r>
        <w:br/>
        <w:t>Проведу я русалоньки</w:t>
      </w:r>
    </w:p>
    <w:p>
      <w:r>
        <w:br/>
        <w:t>До бору,</w:t>
      </w:r>
    </w:p>
    <w:p>
      <w:r>
        <w:br/>
        <w:t>А сама вернуся</w:t>
      </w:r>
    </w:p>
    <w:p>
      <w:r>
        <w:br/>
        <w:t>Додому.</w:t>
      </w:r>
    </w:p>
    <w:p>
      <w:r>
        <w:br/>
        <w:t>Ой ми русалочки</w:t>
      </w:r>
    </w:p>
    <w:p>
      <w:r>
        <w:br/>
        <w:t>Проводили,</w:t>
      </w:r>
    </w:p>
    <w:p>
      <w:r>
        <w:br/>
        <w:t>Щоб до нас часто</w:t>
      </w:r>
    </w:p>
    <w:p>
      <w:r>
        <w:br/>
        <w:t>Не ходили,</w:t>
      </w:r>
    </w:p>
    <w:p>
      <w:r>
        <w:br/>
        <w:t>Та нашого житечка</w:t>
      </w:r>
    </w:p>
    <w:p>
      <w:r>
        <w:br/>
        <w:t>Не ломили,</w:t>
      </w:r>
    </w:p>
    <w:p>
      <w:r>
        <w:br/>
        <w:t>Бо наше житечко</w:t>
      </w:r>
    </w:p>
    <w:p>
      <w:r>
        <w:br/>
        <w:t>В колосочку,</w:t>
      </w:r>
    </w:p>
    <w:p>
      <w:r>
        <w:br/>
        <w:t>А нашії дівочки</w:t>
      </w:r>
    </w:p>
    <w:p>
      <w:r>
        <w:br/>
        <w:t>У віночку.</w:t>
      </w:r>
    </w:p>
    <w:p>
      <w:r>
        <w:br/>
        <w:t>Другі дівчата</w:t>
      </w:r>
    </w:p>
    <w:p>
      <w:r>
        <w:br/>
        <w:t>Бідна ж моя голівонька,</w:t>
      </w:r>
    </w:p>
    <w:p>
      <w:r>
        <w:br/>
        <w:t>Нещаслива годинонька,</w:t>
      </w:r>
    </w:p>
    <w:p>
      <w:r>
        <w:br/>
        <w:t>Приїдь, приїдь, Кострубоньку,</w:t>
      </w:r>
    </w:p>
    <w:p>
      <w:r>
        <w:br/>
        <w:t>Стану, стану до шлюбоньку</w:t>
      </w:r>
    </w:p>
    <w:p>
      <w:r>
        <w:br/>
        <w:t>У неділю пораненьку</w:t>
      </w:r>
    </w:p>
    <w:p>
      <w:r>
        <w:br/>
        <w:t>На льняному рушниченьку.</w:t>
      </w:r>
    </w:p>
    <w:p>
      <w:r>
        <w:br/>
        <w:t>Приїдь, приїдь, Кострубоньку,</w:t>
      </w:r>
    </w:p>
    <w:p>
      <w:r>
        <w:br/>
        <w:t>На сивому кониченьку.</w:t>
      </w:r>
    </w:p>
    <w:p>
      <w:r>
        <w:br/>
        <w:t>Маленькі дівчата</w:t>
      </w:r>
    </w:p>
    <w:p>
      <w:r>
        <w:br/>
        <w:t>Кроковеє колесо</w:t>
      </w:r>
    </w:p>
    <w:p>
      <w:r>
        <w:br/>
        <w:t>Вище тину стояло,</w:t>
      </w:r>
    </w:p>
    <w:p>
      <w:r>
        <w:br/>
        <w:t>Чи бачило колесо,</w:t>
      </w:r>
    </w:p>
    <w:p>
      <w:r>
        <w:br/>
        <w:t>Куди милий поїхав?</w:t>
      </w:r>
    </w:p>
    <w:p>
      <w:r>
        <w:br/>
        <w:t>За ним трава зелена</w:t>
      </w:r>
    </w:p>
    <w:p>
      <w:r>
        <w:br/>
        <w:t>І діброва весела.</w:t>
      </w:r>
    </w:p>
    <w:p>
      <w:r>
        <w:br/>
        <w:t>Кроковеє колесо… (і далі).</w:t>
      </w:r>
    </w:p>
    <w:p>
      <w:r>
        <w:br/>
        <w:t>Куди нелюб поїхав?</w:t>
      </w:r>
    </w:p>
    <w:p>
      <w:r>
        <w:br/>
        <w:t>За ним трава полягла</w:t>
      </w:r>
    </w:p>
    <w:p>
      <w:r>
        <w:br/>
        <w:t>І діброва загула.</w:t>
      </w:r>
    </w:p>
    <w:p>
      <w:r>
        <w:br/>
        <w:t>Хлопці</w:t>
      </w:r>
    </w:p>
    <w:p>
      <w:r>
        <w:br/>
        <w:t>Вже петрівочка минається,</w:t>
      </w:r>
    </w:p>
    <w:p>
      <w:r>
        <w:br/>
        <w:t>Хлопцям гулянка вертається.</w:t>
      </w:r>
    </w:p>
    <w:p>
      <w:r>
        <w:br/>
        <w:t>Та йдіть, хлопці, погуляйте,</w:t>
      </w:r>
    </w:p>
    <w:p>
      <w:r>
        <w:br/>
        <w:t>Дівчат на осінь підмовляйте.</w:t>
      </w:r>
    </w:p>
    <w:p>
      <w:r>
        <w:br/>
        <w:t>Проходять дівчата-зажинки здалека, у вінках із колосків.</w:t>
      </w:r>
    </w:p>
    <w:p>
      <w:r>
        <w:br/>
        <w:t>Великі дівчата</w:t>
      </w:r>
    </w:p>
    <w:p>
      <w:r>
        <w:br/>
        <w:t>Ой заспіваю, нехай дома почують,</w:t>
      </w:r>
    </w:p>
    <w:p>
      <w:r>
        <w:br/>
        <w:t>Ой нехай же ж нам вечерю готують.</w:t>
      </w:r>
    </w:p>
    <w:p>
      <w:r>
        <w:br/>
        <w:t>Утомила нас та широкая нива,</w:t>
      </w:r>
    </w:p>
    <w:p>
      <w:r>
        <w:br/>
        <w:t>Що тепер нам і вечеря не мила,</w:t>
      </w:r>
    </w:p>
    <w:p>
      <w:r>
        <w:br/>
        <w:t>Ой не так нива, як високії гори,</w:t>
      </w:r>
    </w:p>
    <w:p>
      <w:r>
        <w:br/>
        <w:t>Ой не так гори, як широкі загони,</w:t>
      </w:r>
    </w:p>
    <w:p>
      <w:r>
        <w:br/>
        <w:t>Ой не так загони, як низеньке жито,</w:t>
      </w:r>
    </w:p>
    <w:p>
      <w:r>
        <w:br/>
        <w:t>А вже ним спину, як кийом, перебито.</w:t>
      </w:r>
    </w:p>
    <w:p>
      <w:r>
        <w:br/>
        <w:t>Літо, обійнявши Весну, веде до купальських і прохає, щоб узяли участь у скаканні через купальський вогонь.</w:t>
      </w:r>
    </w:p>
    <w:p>
      <w:r>
        <w:br/>
        <w:t>Великі дівчата</w:t>
      </w:r>
    </w:p>
    <w:p>
      <w:r>
        <w:br/>
        <w:t>Ой купався Іван та й у воду упав, –</w:t>
      </w:r>
    </w:p>
    <w:p>
      <w:r>
        <w:br/>
        <w:t>Неспроста, неспроста:</w:t>
      </w:r>
    </w:p>
    <w:p>
      <w:r>
        <w:br/>
        <w:t>Напала на хлопців короста, –</w:t>
      </w:r>
    </w:p>
    <w:p>
      <w:r>
        <w:br/>
        <w:t>Ой не величка, не мала.</w:t>
      </w:r>
    </w:p>
    <w:p>
      <w:r>
        <w:br/>
        <w:t>Як на тому дубові кора.</w:t>
      </w:r>
    </w:p>
    <w:p>
      <w:r>
        <w:br/>
        <w:t>( Сміються).</w:t>
      </w:r>
    </w:p>
    <w:p>
      <w:r>
        <w:br/>
        <w:t>Другі</w:t>
      </w:r>
    </w:p>
    <w:p>
      <w:r>
        <w:br/>
        <w:t>Чого, Івашку, змарнів,</w:t>
      </w:r>
    </w:p>
    <w:p>
      <w:r>
        <w:br/>
        <w:t>змарнів?</w:t>
      </w:r>
    </w:p>
    <w:p>
      <w:r>
        <w:br/>
        <w:t>Чого шукаєш: волів, волів?</w:t>
      </w:r>
    </w:p>
    <w:p>
      <w:r>
        <w:br/>
        <w:t>Ой твої воли давно в шкоді,</w:t>
      </w:r>
    </w:p>
    <w:p>
      <w:r>
        <w:br/>
        <w:t>Ще й у Марусі на городі.</w:t>
      </w:r>
    </w:p>
    <w:p>
      <w:r>
        <w:br/>
        <w:t>Ой там Маруся воли гнала.</w:t>
      </w:r>
    </w:p>
    <w:p>
      <w:r>
        <w:br/>
        <w:t>Собі Івашка сподобала:</w:t>
      </w:r>
    </w:p>
    <w:p>
      <w:r>
        <w:br/>
        <w:t>Ой ти, Івашку, серце моє,</w:t>
      </w:r>
    </w:p>
    <w:p>
      <w:r>
        <w:br/>
        <w:t>Сподобалося личко твоє,</w:t>
      </w:r>
    </w:p>
    <w:p>
      <w:r>
        <w:br/>
        <w:t>Ой не так личко, як ти самий,</w:t>
      </w:r>
    </w:p>
    <w:p>
      <w:r>
        <w:br/>
        <w:t>Як на папері написаний,</w:t>
      </w:r>
    </w:p>
    <w:p>
      <w:r>
        <w:br/>
        <w:t>Ой на папері-папєрочку.</w:t>
      </w:r>
    </w:p>
    <w:p>
      <w:r>
        <w:br/>
        <w:t>На тонкім білім серпаночку,</w:t>
      </w:r>
    </w:p>
    <w:p>
      <w:r>
        <w:br/>
        <w:t>Ой ти, Іване, мій папочку!..</w:t>
      </w:r>
    </w:p>
    <w:p>
      <w:r>
        <w:br/>
        <w:t>Діти</w:t>
      </w:r>
    </w:p>
    <w:p>
      <w:r>
        <w:br/>
        <w:t>(заплітають кривий танок)</w:t>
      </w:r>
    </w:p>
    <w:p>
      <w:r>
        <w:br/>
        <w:t>А в кривого танця</w:t>
      </w:r>
    </w:p>
    <w:p>
      <w:r>
        <w:br/>
        <w:t>Та не виведу кінця:</w:t>
      </w:r>
    </w:p>
    <w:p>
      <w:r>
        <w:br/>
        <w:t>Несу-несу, та не винесу,</w:t>
      </w:r>
    </w:p>
    <w:p>
      <w:r>
        <w:br/>
        <w:t>Веду-веду, та не виведу,</w:t>
      </w:r>
    </w:p>
    <w:p>
      <w:r>
        <w:br/>
        <w:t>Дівки</w:t>
      </w:r>
    </w:p>
    <w:p>
      <w:r>
        <w:br/>
        <w:t>Приспів.</w:t>
      </w:r>
    </w:p>
    <w:p>
      <w:r>
        <w:br/>
        <w:t>Ой в городі вишня, чому не черешня?</w:t>
      </w:r>
    </w:p>
    <w:p>
      <w:r>
        <w:br/>
        <w:t>Калина-малина, ягода червона.</w:t>
      </w:r>
    </w:p>
    <w:p>
      <w:r>
        <w:br/>
        <w:t>Ой ти мене сватав, чому не берешся?</w:t>
      </w:r>
    </w:p>
    <w:p>
      <w:r>
        <w:br/>
        <w:t>Калина-малина…</w:t>
      </w:r>
    </w:p>
    <w:p>
      <w:r>
        <w:br/>
        <w:t>Літо</w:t>
      </w:r>
    </w:p>
    <w:p>
      <w:r>
        <w:br/>
        <w:t>(виходить на авансцену)</w:t>
      </w:r>
    </w:p>
    <w:p>
      <w:r>
        <w:br/>
        <w:t>Цитьте, діти! Ви проспівали,</w:t>
      </w:r>
    </w:p>
    <w:p>
      <w:r>
        <w:br/>
        <w:t>Ви і на мигах усе показали,</w:t>
      </w:r>
    </w:p>
    <w:p>
      <w:r>
        <w:br/>
        <w:t>Як я кохаю її. Більше над силу і волю,</w:t>
      </w:r>
    </w:p>
    <w:p>
      <w:r>
        <w:br/>
        <w:t>Більше над щастя і долю –</w:t>
      </w:r>
    </w:p>
    <w:p>
      <w:r>
        <w:br/>
        <w:t>Довше не втаю я, ні!</w:t>
      </w:r>
    </w:p>
    <w:p>
      <w:r>
        <w:br/>
        <w:t>(Іде до Весни).</w:t>
      </w:r>
    </w:p>
    <w:p>
      <w:r>
        <w:br/>
        <w:t>Весна</w:t>
      </w:r>
    </w:p>
    <w:p>
      <w:r>
        <w:br/>
        <w:t>Діти! шо чую?</w:t>
      </w:r>
    </w:p>
    <w:p>
      <w:r>
        <w:br/>
        <w:t>Личико горить,</w:t>
      </w:r>
    </w:p>
    <w:p>
      <w:r>
        <w:br/>
        <w:t>Серце палає,</w:t>
      </w:r>
    </w:p>
    <w:p>
      <w:r>
        <w:br/>
        <w:t>Серце тремтить,</w:t>
      </w:r>
    </w:p>
    <w:p>
      <w:r>
        <w:br/>
        <w:t>Краса пишає,</w:t>
      </w:r>
    </w:p>
    <w:p>
      <w:r>
        <w:br/>
        <w:t>Душа горить.</w:t>
      </w:r>
    </w:p>
    <w:p>
      <w:r>
        <w:br/>
        <w:t>Більше не можу</w:t>
      </w:r>
    </w:p>
    <w:p>
      <w:r>
        <w:br/>
        <w:t>Втриматись жить,</w:t>
      </w:r>
    </w:p>
    <w:p>
      <w:r>
        <w:br/>
        <w:t>Хай і помру я</w:t>
      </w:r>
    </w:p>
    <w:p>
      <w:r>
        <w:br/>
        <w:t>В сяйві краси,</w:t>
      </w:r>
    </w:p>
    <w:p>
      <w:r>
        <w:br/>
        <w:t>Тільки й зазнаю</w:t>
      </w:r>
    </w:p>
    <w:p>
      <w:r>
        <w:br/>
        <w:t>Радощі всі.</w:t>
      </w:r>
    </w:p>
    <w:p>
      <w:r>
        <w:br/>
        <w:t>(Обертається до Літа).</w:t>
      </w:r>
    </w:p>
    <w:p>
      <w:r>
        <w:br/>
        <w:t>Згода! Дай руку,</w:t>
      </w:r>
    </w:p>
    <w:p>
      <w:r>
        <w:br/>
        <w:t>Вийду, чекай,</w:t>
      </w:r>
    </w:p>
    <w:p>
      <w:r>
        <w:br/>
        <w:t>Вбачить нас доля,</w:t>
      </w:r>
    </w:p>
    <w:p>
      <w:r>
        <w:br/>
        <w:t>Вбачить нас гай!</w:t>
      </w:r>
    </w:p>
    <w:p>
      <w:r>
        <w:br/>
        <w:t>(Літо дует співає з нею).</w:t>
      </w:r>
    </w:p>
    <w:p>
      <w:r>
        <w:br/>
        <w:t>Слухай лиш мене,</w:t>
      </w:r>
    </w:p>
    <w:p>
      <w:r>
        <w:br/>
        <w:t>Серце моє,</w:t>
      </w:r>
    </w:p>
    <w:p>
      <w:r>
        <w:br/>
        <w:t>Більше не можу</w:t>
      </w:r>
    </w:p>
    <w:p>
      <w:r>
        <w:br/>
        <w:t>Я утаїть –</w:t>
      </w:r>
    </w:p>
    <w:p>
      <w:r>
        <w:br/>
        <w:t>Серденько в грудях</w:t>
      </w:r>
    </w:p>
    <w:p>
      <w:r>
        <w:br/>
        <w:t>Сонцем горить.</w:t>
      </w:r>
    </w:p>
    <w:p>
      <w:r>
        <w:br/>
        <w:t>Полюби мене.</w:t>
      </w:r>
    </w:p>
    <w:p>
      <w:r>
        <w:br/>
        <w:t>Рученьку дай,</w:t>
      </w:r>
    </w:p>
    <w:p>
      <w:r>
        <w:br/>
        <w:t>Вийди, кохана,</w:t>
      </w:r>
    </w:p>
    <w:p>
      <w:r>
        <w:br/>
        <w:t>Вийди у гай.</w:t>
      </w:r>
    </w:p>
    <w:p>
      <w:r>
        <w:br/>
        <w:t>Вийди, не бійся –</w:t>
      </w:r>
    </w:p>
    <w:p>
      <w:r>
        <w:br/>
        <w:t>Гай ще не спить,</w:t>
      </w:r>
    </w:p>
    <w:p>
      <w:r>
        <w:br/>
        <w:t>Слуха розмову,</w:t>
      </w:r>
    </w:p>
    <w:p>
      <w:r>
        <w:br/>
        <w:t>Лунко тремтить.</w:t>
      </w:r>
    </w:p>
    <w:p>
      <w:r>
        <w:br/>
        <w:t>І солов’єва</w:t>
      </w:r>
    </w:p>
    <w:p>
      <w:r>
        <w:br/>
        <w:t>Пісня дзвенить,</w:t>
      </w:r>
    </w:p>
    <w:p>
      <w:r>
        <w:br/>
        <w:t>Рожа розквітла</w:t>
      </w:r>
    </w:p>
    <w:p>
      <w:r>
        <w:br/>
        <w:t>Пахощі ллє, –</w:t>
      </w:r>
    </w:p>
    <w:p>
      <w:r>
        <w:br/>
        <w:t>Все, повне ніги,</w:t>
      </w:r>
    </w:p>
    <w:p>
      <w:r>
        <w:br/>
        <w:t>Щастям живе.</w:t>
      </w:r>
    </w:p>
    <w:p>
      <w:r>
        <w:br/>
        <w:t>Вийдемо, серце,</w:t>
      </w:r>
    </w:p>
    <w:p>
      <w:r>
        <w:br/>
        <w:t>В гай погулять.</w:t>
      </w:r>
    </w:p>
    <w:p>
      <w:r>
        <w:br/>
        <w:t>Там над водою</w:t>
      </w:r>
    </w:p>
    <w:p>
      <w:r>
        <w:br/>
        <w:t>Іскри тріщать.</w:t>
      </w:r>
    </w:p>
    <w:p>
      <w:r>
        <w:br/>
        <w:t>Візьмемось міцно,</w:t>
      </w:r>
    </w:p>
    <w:p>
      <w:r>
        <w:br/>
        <w:t>Сміло вперед,</w:t>
      </w:r>
    </w:p>
    <w:p>
      <w:r>
        <w:br/>
        <w:t>Хто не розлучиться,</w:t>
      </w:r>
    </w:p>
    <w:p>
      <w:r>
        <w:br/>
        <w:t>Той не умре!</w:t>
      </w:r>
    </w:p>
    <w:p>
      <w:r>
        <w:br/>
        <w:t>Зазнаєм долю</w:t>
      </w:r>
    </w:p>
    <w:p>
      <w:r>
        <w:br/>
        <w:t>Цілий свій вік,</w:t>
      </w:r>
    </w:p>
    <w:p>
      <w:r>
        <w:br/>
        <w:t>Ходім же, серце,</w:t>
      </w:r>
    </w:p>
    <w:p>
      <w:r>
        <w:br/>
        <w:t>Вквітчаймо рік.</w:t>
      </w:r>
    </w:p>
    <w:p>
      <w:r>
        <w:br/>
        <w:t>(Бере її за руку й веде за кін).</w:t>
      </w:r>
    </w:p>
    <w:p>
      <w:r>
        <w:br/>
        <w:t>Дівки</w:t>
      </w:r>
    </w:p>
    <w:p>
      <w:r>
        <w:br/>
        <w:t>Ой мала нічка – пегрівочка</w:t>
      </w:r>
    </w:p>
    <w:p>
      <w:r>
        <w:br/>
        <w:t>Не виспалася невісточка.</w:t>
      </w:r>
    </w:p>
    <w:p>
      <w:r>
        <w:br/>
        <w:t>Вставай, невістко,</w:t>
      </w:r>
    </w:p>
    <w:p>
      <w:r>
        <w:br/>
        <w:t>бо заспала,</w:t>
      </w:r>
    </w:p>
    <w:p>
      <w:r>
        <w:br/>
        <w:t>Подій корови, що нагнала.</w:t>
      </w:r>
    </w:p>
    <w:p>
      <w:r>
        <w:br/>
        <w:t>Я ті подою, що я нагнала,</w:t>
      </w:r>
    </w:p>
    <w:p>
      <w:r>
        <w:br/>
        <w:t>А ті не буду, що я застала,</w:t>
      </w:r>
    </w:p>
    <w:p>
      <w:r>
        <w:br/>
        <w:t>Я ті не буду, що тут застала,</w:t>
      </w:r>
    </w:p>
    <w:p>
      <w:r>
        <w:br/>
        <w:t>Щоб ти, свекрухо, та не</w:t>
      </w:r>
    </w:p>
    <w:p>
      <w:r>
        <w:br/>
        <w:t>діждала.</w:t>
      </w:r>
    </w:p>
    <w:p>
      <w:r>
        <w:br/>
        <w:t>Інші</w:t>
      </w:r>
    </w:p>
    <w:p>
      <w:r>
        <w:br/>
        <w:t>Ой літає сокілонько по полю</w:t>
      </w:r>
    </w:p>
    <w:p>
      <w:r>
        <w:br/>
        <w:t>Та збирає челядоньку</w:t>
      </w:r>
    </w:p>
    <w:p>
      <w:r>
        <w:br/>
        <w:t>додому.</w:t>
      </w:r>
    </w:p>
    <w:p>
      <w:r>
        <w:br/>
        <w:t>Іди, іди, челядонько, додому,</w:t>
      </w:r>
    </w:p>
    <w:p>
      <w:r>
        <w:br/>
        <w:t>Вигуляла все літечко по полю,</w:t>
      </w:r>
    </w:p>
    <w:p>
      <w:r>
        <w:br/>
        <w:t>Вигуляла все літечко ще й</w:t>
      </w:r>
    </w:p>
    <w:p>
      <w:r>
        <w:br/>
        <w:t>жнива,</w:t>
      </w:r>
    </w:p>
    <w:p>
      <w:r>
        <w:br/>
        <w:t>Болітиме моя спина й голова.</w:t>
      </w:r>
    </w:p>
    <w:p>
      <w:r>
        <w:br/>
        <w:t>Коли вони співають, через кін, взявшись за руки, проходять хлопець Маковій, бородатий Спас в рукавичках, задрипані молодиці-"дріплі" та обжинки-дівчата в колоскових вінках. За коном чути гомін і крик; вбігає Літо, гукає.</w:t>
      </w:r>
    </w:p>
    <w:p>
      <w:r>
        <w:br/>
        <w:t>Ой вогні купальські,</w:t>
      </w:r>
    </w:p>
    <w:p>
      <w:r>
        <w:br/>
        <w:t>Всьому світу милі,</w:t>
      </w:r>
    </w:p>
    <w:p>
      <w:r>
        <w:br/>
        <w:t>Нащо нам тяжкого</w:t>
      </w:r>
    </w:p>
    <w:p>
      <w:r>
        <w:br/>
        <w:t>Лиха наробили?</w:t>
      </w:r>
    </w:p>
    <w:p>
      <w:r>
        <w:br/>
        <w:t>Ой повійте, ві гри,</w:t>
      </w:r>
    </w:p>
    <w:p>
      <w:r>
        <w:br/>
        <w:t>З крижаного моря,</w:t>
      </w:r>
    </w:p>
    <w:p>
      <w:r>
        <w:br/>
        <w:t>Загасіте пломінь,</w:t>
      </w:r>
    </w:p>
    <w:p>
      <w:r>
        <w:br/>
        <w:t>Заберіте горе.</w:t>
      </w:r>
    </w:p>
    <w:p>
      <w:r>
        <w:br/>
        <w:t>Мила вірно ручку</w:t>
      </w:r>
    </w:p>
    <w:p>
      <w:r>
        <w:br/>
        <w:t>Подала навіки,</w:t>
      </w:r>
    </w:p>
    <w:p>
      <w:r>
        <w:br/>
        <w:t>А огонь неситий</w:t>
      </w:r>
    </w:p>
    <w:p>
      <w:r>
        <w:br/>
        <w:t>Розлучив навіки.</w:t>
      </w:r>
    </w:p>
    <w:p>
      <w:r>
        <w:br/>
        <w:t>Горе-горе-горе…</w:t>
      </w:r>
    </w:p>
    <w:p>
      <w:r>
        <w:br/>
        <w:t>Чим на світі жити,</w:t>
      </w:r>
    </w:p>
    <w:p>
      <w:r>
        <w:br/>
        <w:t>З рання й до останку</w:t>
      </w:r>
    </w:p>
    <w:p>
      <w:r>
        <w:br/>
        <w:t>Тільки сльози лити!</w:t>
      </w:r>
    </w:p>
    <w:p>
      <w:r>
        <w:br/>
        <w:t>Ворогів би бити</w:t>
      </w:r>
    </w:p>
    <w:p>
      <w:r>
        <w:br/>
        <w:t>Або світ спалити –</w:t>
      </w:r>
    </w:p>
    <w:p>
      <w:r>
        <w:br/>
        <w:t>Так-бо не звеліла</w:t>
      </w:r>
    </w:p>
    <w:p>
      <w:r>
        <w:br/>
        <w:t>Покійна робити.</w:t>
      </w:r>
    </w:p>
    <w:p>
      <w:r>
        <w:br/>
        <w:t>Всіх казала рівно</w:t>
      </w:r>
    </w:p>
    <w:p>
      <w:r>
        <w:br/>
        <w:t>Милувать жаліти,</w:t>
      </w:r>
    </w:p>
    <w:p>
      <w:r>
        <w:br/>
        <w:t>Та щодня, щочасу</w:t>
      </w:r>
    </w:p>
    <w:p>
      <w:r>
        <w:br/>
        <w:t>Працювать-робити.</w:t>
      </w:r>
    </w:p>
    <w:p>
      <w:r>
        <w:br/>
        <w:t>Насовують хмари, гуркоче грім; Діти вбігають з криком;</w:t>
      </w:r>
    </w:p>
    <w:p>
      <w:r>
        <w:br/>
        <w:t>Іди, іди, дощику,</w:t>
      </w:r>
    </w:p>
    <w:p>
      <w:r>
        <w:br/>
        <w:t>Зварю тобі борщику</w:t>
      </w:r>
    </w:p>
    <w:p>
      <w:r>
        <w:br/>
        <w:t>В зеленому горщику!</w:t>
      </w:r>
    </w:p>
    <w:p>
      <w:r>
        <w:br/>
        <w:t>Дощику, припусіи,</w:t>
      </w:r>
    </w:p>
    <w:p>
      <w:r>
        <w:br/>
        <w:t>Я поїду в три кусти</w:t>
      </w:r>
    </w:p>
    <w:p>
      <w:r>
        <w:br/>
        <w:t>Богу молиться,</w:t>
      </w:r>
    </w:p>
    <w:p>
      <w:r>
        <w:br/>
        <w:t>Христу поклониться.</w:t>
      </w:r>
    </w:p>
    <w:p>
      <w:r>
        <w:br/>
        <w:t>А у бога сирота</w:t>
      </w:r>
    </w:p>
    <w:p>
      <w:r>
        <w:br/>
        <w:t>Замикала ворота</w:t>
      </w:r>
    </w:p>
    <w:p>
      <w:r>
        <w:br/>
        <w:t>Ключиком-замочком,</w:t>
      </w:r>
    </w:p>
    <w:p>
      <w:r>
        <w:br/>
        <w:t>Золотим платочком.</w:t>
      </w:r>
    </w:p>
    <w:p>
      <w:r>
        <w:br/>
        <w:t>Збираються хмари, погрімлює грім. Літо біжить назустріч блискавці.</w:t>
      </w:r>
    </w:p>
    <w:p>
      <w:r>
        <w:br/>
        <w:t>Літо</w:t>
      </w:r>
    </w:p>
    <w:p>
      <w:r>
        <w:br/>
        <w:t>Побіжу, побіжу</w:t>
      </w:r>
    </w:p>
    <w:p>
      <w:r>
        <w:br/>
        <w:t>До небесного вогню.</w:t>
      </w:r>
    </w:p>
    <w:p>
      <w:r>
        <w:br/>
        <w:t>Я поскаржусь йому</w:t>
      </w:r>
    </w:p>
    <w:p>
      <w:r>
        <w:br/>
        <w:t>На утрату мою.</w:t>
      </w:r>
    </w:p>
    <w:p>
      <w:r>
        <w:br/>
        <w:t>Нехай він, той вогонь,</w:t>
      </w:r>
    </w:p>
    <w:p>
      <w:r>
        <w:br/>
        <w:t>Або верне її,</w:t>
      </w:r>
    </w:p>
    <w:p>
      <w:r>
        <w:br/>
        <w:t>Або й мене візьме –</w:t>
      </w:r>
    </w:p>
    <w:p>
      <w:r>
        <w:br/>
        <w:t>Я не буду сам, ні!</w:t>
      </w:r>
    </w:p>
    <w:p>
      <w:r>
        <w:br/>
        <w:t>Чутно великий грім та різкий крик убитого Літа. Вносять нари з убитим.</w:t>
      </w:r>
    </w:p>
    <w:p>
      <w:r>
        <w:br/>
        <w:t>Всі xори</w:t>
      </w:r>
    </w:p>
    <w:p>
      <w:r>
        <w:br/>
        <w:t>Горе-горе-горе…</w:t>
      </w:r>
    </w:p>
    <w:p>
      <w:r>
        <w:br/>
        <w:t>Плачте, хлопці й діти,</w:t>
      </w:r>
    </w:p>
    <w:p>
      <w:r>
        <w:br/>
        <w:t>Вашу радість вбито,</w:t>
      </w:r>
    </w:p>
    <w:p>
      <w:r>
        <w:br/>
        <w:t>Вбито наше літо!</w:t>
      </w:r>
    </w:p>
    <w:p>
      <w:r>
        <w:br/>
        <w:t>Дівочки-красуні,</w:t>
      </w:r>
    </w:p>
    <w:p>
      <w:r>
        <w:br/>
        <w:t>Стійте, не співайте,</w:t>
      </w:r>
    </w:p>
    <w:p>
      <w:r>
        <w:br/>
        <w:t>А з сльозами ревно</w:t>
      </w:r>
    </w:p>
    <w:p>
      <w:r>
        <w:br/>
        <w:t>Літо уквітчайте:</w:t>
      </w:r>
    </w:p>
    <w:p>
      <w:r>
        <w:br/>
        <w:t>Руту зелененьку,</w:t>
      </w:r>
    </w:p>
    <w:p>
      <w:r>
        <w:br/>
        <w:t>Рожу червоненьку,</w:t>
      </w:r>
    </w:p>
    <w:p>
      <w:r>
        <w:br/>
        <w:t>М’яту запашненьку,</w:t>
      </w:r>
    </w:p>
    <w:p>
      <w:r>
        <w:br/>
        <w:t>Всякий цвіт дрібненький</w:t>
      </w:r>
    </w:p>
    <w:p>
      <w:r>
        <w:br/>
        <w:t>Ви підіть зривайте,</w:t>
      </w:r>
    </w:p>
    <w:p>
      <w:r>
        <w:br/>
        <w:t>У вінок сплітайте,</w:t>
      </w:r>
    </w:p>
    <w:p>
      <w:r>
        <w:br/>
        <w:t>Літо заквітчаймо,</w:t>
      </w:r>
    </w:p>
    <w:p>
      <w:r>
        <w:br/>
        <w:t>Пишно заспіваймо,</w:t>
      </w:r>
    </w:p>
    <w:p>
      <w:r>
        <w:br/>
        <w:t>Літо звеличаймо.</w:t>
      </w:r>
    </w:p>
    <w:p>
      <w:r>
        <w:br/>
        <w:t>Збоку, не бачачи Літа, співають служки Осені й Обжинки.</w:t>
      </w:r>
    </w:p>
    <w:p>
      <w:r>
        <w:br/>
        <w:t>Ой куриться доріженька,</w:t>
      </w:r>
    </w:p>
    <w:p>
      <w:r>
        <w:br/>
        <w:t>Куриться, куриться,</w:t>
      </w:r>
    </w:p>
    <w:p>
      <w:r>
        <w:br/>
        <w:t>А вже наша .господиня</w:t>
      </w:r>
    </w:p>
    <w:p>
      <w:r>
        <w:br/>
        <w:t>Журиться, журиться.</w:t>
      </w:r>
    </w:p>
    <w:p>
      <w:r>
        <w:br/>
        <w:t>Ой треба би кониченьки</w:t>
      </w:r>
    </w:p>
    <w:p>
      <w:r>
        <w:br/>
        <w:t>Продати, продати.</w:t>
      </w:r>
    </w:p>
    <w:p>
      <w:r>
        <w:br/>
        <w:t>Ой треба нам музиченьки</w:t>
      </w:r>
    </w:p>
    <w:p>
      <w:r>
        <w:br/>
        <w:t>Найняти, найняти.</w:t>
      </w:r>
    </w:p>
    <w:p>
      <w:r>
        <w:br/>
        <w:t>Заріж, заріж, господине,</w:t>
      </w:r>
    </w:p>
    <w:p>
      <w:r>
        <w:br/>
        <w:t>Індика, індика,</w:t>
      </w:r>
    </w:p>
    <w:p>
      <w:r>
        <w:br/>
        <w:t>Щоб нам була із Варшави</w:t>
      </w:r>
    </w:p>
    <w:p>
      <w:r>
        <w:br/>
        <w:t>Музика, музика.</w:t>
      </w:r>
    </w:p>
    <w:p>
      <w:r>
        <w:br/>
        <w:t>Хоч з Варшави, не з Варшави,</w:t>
      </w:r>
    </w:p>
    <w:p>
      <w:r>
        <w:br/>
        <w:t>З Кракова, Кракова,</w:t>
      </w:r>
    </w:p>
    <w:p>
      <w:r>
        <w:br/>
        <w:t>Аби була музиченька</w:t>
      </w:r>
    </w:p>
    <w:p>
      <w:r>
        <w:br/>
        <w:t>Готова, готова.</w:t>
      </w:r>
    </w:p>
    <w:p>
      <w:r>
        <w:br/>
        <w:t>Входить Осінь, круг неї косарі, женці, молотники.</w:t>
      </w:r>
    </w:p>
    <w:p>
      <w:r>
        <w:br/>
        <w:t>Осінь</w:t>
      </w:r>
    </w:p>
    <w:p>
      <w:r>
        <w:br/>
        <w:t>Добрая година!</w:t>
      </w:r>
    </w:p>
    <w:p>
      <w:r>
        <w:br/>
        <w:t>Я тут господиня.</w:t>
      </w:r>
    </w:p>
    <w:p>
      <w:r>
        <w:br/>
        <w:t>(Оглядається кругом).</w:t>
      </w:r>
    </w:p>
    <w:p>
      <w:r>
        <w:br/>
        <w:t>Тих нікчем немає?</w:t>
      </w:r>
    </w:p>
    <w:p>
      <w:r>
        <w:br/>
        <w:t>Нам не заважають</w:t>
      </w:r>
    </w:p>
    <w:p>
      <w:r>
        <w:br/>
        <w:t>Зерно золотеє,</w:t>
      </w:r>
    </w:p>
    <w:p>
      <w:r>
        <w:br/>
        <w:t>Овочі розкішні, –</w:t>
      </w:r>
    </w:p>
    <w:p>
      <w:r>
        <w:br/>
        <w:t>Все сховать в засіки</w:t>
      </w:r>
    </w:p>
    <w:p>
      <w:r>
        <w:br/>
        <w:t>Та й спожити втішно.</w:t>
      </w:r>
    </w:p>
    <w:p>
      <w:r>
        <w:br/>
        <w:t>Я тут господиня!</w:t>
      </w:r>
    </w:p>
    <w:p>
      <w:r>
        <w:br/>
        <w:t>Хто мені тут рівня!</w:t>
      </w:r>
    </w:p>
    <w:p>
      <w:r>
        <w:br/>
        <w:t>Туман</w:t>
      </w:r>
    </w:p>
    <w:p>
      <w:r>
        <w:br/>
        <w:t>Не хвались, небого,</w:t>
      </w:r>
    </w:p>
    <w:p>
      <w:r>
        <w:br/>
        <w:t>Я твій пан!</w:t>
      </w:r>
    </w:p>
    <w:p>
      <w:r>
        <w:br/>
        <w:t>Я – туман!</w:t>
      </w:r>
    </w:p>
    <w:p>
      <w:r>
        <w:br/>
        <w:t>Всіх переможу,</w:t>
      </w:r>
    </w:p>
    <w:p>
      <w:r>
        <w:br/>
        <w:t>Всім лад дам!</w:t>
      </w:r>
    </w:p>
    <w:p>
      <w:r>
        <w:br/>
        <w:t>Махає; вся сцена наповняється паром і закутується білою завісою.</w:t>
      </w:r>
    </w:p>
    <w:p>
      <w:r>
        <w:br/>
        <w:t>Завіса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Весна-красна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