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сніг</w:t>
      </w:r>
    </w:p>
    <w:p>
      <w:r>
        <w:br/>
        <w:t xml:space="preserve"> Падав сніг,&lt;br /&gt;</w:t>
        <w:br/>
        <w:t>падав сніг —&lt;br /&gt;</w:t>
        <w:br/>
        <w:t>для усіх,&lt;br /&gt;</w:t>
        <w:br/>
        <w:t>усіх,&lt;br /&gt;</w:t>
        <w:br/>
        <w:t>усіх:&lt;br /&gt;</w:t>
        <w:br/>
        <w:t>і дорослих, і малих,&lt;br /&gt;</w:t>
        <w:br/>
        <w:t>і веселих, і сумних.</w:t>
      </w:r>
    </w:p>
    <w:p>
      <w:r>
        <w:br/>
        <w:t>Всім, хто гордо носа ніс,&lt;br /&gt;</w:t>
        <w:br/>
        <w:t>він тихцем сідав на ніс.&lt;br /&gt;</w:t>
        <w:br/>
        <w:t>А роззяві, як на сміх,&lt;br /&gt;</w:t>
        <w:br/>
        <w:t>залетів до рота сніг.&lt;br /&gt;</w:t>
        <w:br/>
        <w:t>Вереді за комір вліз&lt;br /&gt;</w:t>
        <w:br/>
        <w:t>і довів його до сліз.</w:t>
      </w:r>
    </w:p>
    <w:p>
      <w:r>
        <w:br/>
        <w:t>А веселі грали в сніжки —&lt;br /&gt;</w:t>
        <w:br/>
        <w:t>сніг сідав їм на усмішки&lt;br /&gt;</w:t>
        <w:br/>
        <w:t>і сміявся з усіма:&lt;br /&gt;</w:t>
        <w:br/>
        <w:t>— Ой зима,&lt;br /&gt;</w:t>
        <w:br/>
        <w:t>зима,&lt;br /&gt;</w:t>
        <w:br/>
        <w:t>зима!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