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Верхи Мачу-Пікчу</w:t>
      </w:r>
    </w:p>
    <w:p>
      <w:r>
        <w:br/>
        <w:t xml:space="preserve"> Пабло Неруда&lt;br /&gt;</w:t>
        <w:br/>
        <w:t>Верхи Мачу-Пікчу (Фрагменти)</w:t>
      </w:r>
    </w:p>
    <w:p>
      <w:r>
        <w:br/>
        <w:t>Перекладач: М.Москаленко&lt;br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ІХ</w:t>
      </w:r>
    </w:p>
    <w:p>
      <w:r>
        <w:br/>
        <w:t>Орел світання. Виноград туману.&lt;br /&gt;</w:t>
        <w:br/>
        <w:t>Утрачена фортеця. Ніж осліплий.&lt;br /&gt;</w:t>
        <w:br/>
        <w:t>Зірчаний пояс. Урочистий хліб.&lt;br /&gt;</w:t>
        <w:br/>
        <w:t>Повіка величезна. Грань потоку.&lt;br /&gt;</w:t>
        <w:br/>
        <w:t>Розчахнуті покрови. Хліб камінний.&lt;br /&gt;</w:t>
        <w:br/>
        <w:t>Гранітний світич. Кам'яна троянда.&lt;br /&gt;</w:t>
        <w:br/>
        <w:t>Змія, що стала склом. Пилок камінний.&lt;br /&gt;</w:t>
        <w:br/>
        <w:t>Важке склепіння. Джерело камінне.&lt;br /&gt;</w:t>
        <w:br/>
        <w:t>Кінь місяцевий. Скам'яніле світло.&lt;br /&gt;</w:t>
        <w:br/>
        <w:t>Косинець рівнодень. Камінний випар.&lt;br /&gt;</w:t>
        <w:br/>
        <w:t>Останні креслення. Камінна книга.&lt;br /&gt;</w:t>
        <w:br/>
        <w:t>Обточені вітрами сірі скелі.&lt;br /&gt;</w:t>
        <w:br/>
        <w:t>Корали з потонулого століття.&lt;br /&gt;</w:t>
        <w:br/>
        <w:t>Мур, лагідний від дотику людини.&lt;br /&gt;</w:t>
        <w:br/>
        <w:t>Звойовані пір'їнами покрівлі.&lt;br /&gt;</w:t>
        <w:br/>
        <w:t>Гілля дзеркал. Опори ураганів.&lt;br /&gt;</w:t>
        <w:br/>
        <w:t>Всі трони, що підважила берізка.&lt;br /&gt;</w:t>
        <w:br/>
        <w:t>Імперія кривавих пазурів.&lt;br /&gt;</w:t>
        <w:br/>
        <w:t>Зупинені на схилах вітровії.&lt;br /&gt;</w:t>
        <w:br/>
        <w:t>Недвижно-бірюзові водоспади.&lt;br /&gt;</w:t>
        <w:br/>
        <w:t>Давно замовклі дзвони над мерцями.&lt;br /&gt;</w:t>
        <w:br/>
        <w:t>Намиста опанованих снігів.&lt;br /&gt;</w:t>
        <w:br/>
        <w:t>На статуї свої оперта зброя.&lt;br /&gt;</w:t>
        <w:br/>
        <w:t>За сімома печатями негода.&lt;br /&gt;</w:t>
        <w:br/>
        <w:t>Пум'яча лапа: Стрімчаки криваві.&lt;br /&gt;</w:t>
        <w:br/>
        <w:t>Велична вежа. Битва снігова.&lt;br /&gt;</w:t>
        <w:br/>
        <w:t>Ніч високо у пальцях і в корінні.&lt;br /&gt;</w:t>
        <w:br/>
        <w:t>Вікно імли. Закам'янілий голуб.&lt;br /&gt;</w:t>
        <w:br/>
        <w:t>Нічна рослина. Статуя громів.&lt;br /&gt;</w:t>
        <w:br/>
        <w:t>Хребет найперший. Океанська стеля.&lt;br /&gt;</w:t>
        <w:br/>
        <w:t>Архітектура вимерлих орлів.&lt;br /&gt;</w:t>
        <w:br/>
        <w:t>Канат небесний. Бджоли висоти.&lt;br /&gt;</w:t>
        <w:br/>
        <w:t>Споруджувана зірка. Рівень крові.&lt;br /&gt;</w:t>
        <w:br/>
        <w:t>Закам'яніла піна. Місяць з кварцу.&lt;br /&gt;</w:t>
        <w:br/>
        <w:t>Гадюка андська. Листя амаранту.&lt;br /&gt;</w:t>
        <w:br/>
        <w:t>Склепіння тиші. Чиста батьківщина.&lt;br /&gt;</w:t>
        <w:br/>
        <w:t>Священне древо. Наречена моря.&lt;br /&gt;</w:t>
        <w:br/>
        <w:t>Галузка солі. Чорнокрила вишня.&lt;br /&gt;</w:t>
        <w:br/>
        <w:t>Громи холодні. Білосніжні зуби.&lt;br /&gt;</w:t>
        <w:br/>
        <w:t>Загрозлива скала. Роздертий місяць.&lt;br /&gt;</w:t>
        <w:br/>
        <w:t>Волосся холодів. Упертість вітру.&lt;br /&gt;</w:t>
        <w:br/>
        <w:t>Вулкан обіймів. Темний водоспад.&lt;br /&gt;</w:t>
        <w:br/>
        <w:t>Срібляна хвиля. Напрямок часів.</w:t>
      </w:r>
    </w:p>
    <w:p>
      <w:r>
        <w:br/>
        <w:t>------------------&lt;br /&gt;</w:t>
        <w:br/>
        <w:t>Мачу-Пікчу — Стародавнє місто на однойменному плато в&lt;br /&gt;</w:t>
        <w:br/>
        <w:t>Андах (Перу), зруйноване іспанськими завойовниками.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Верхи Мачу-Пікчу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