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Вербна неділя</w:t>
      </w:r>
    </w:p>
    <w:p>
      <w:r>
        <w:br/>
        <w:t xml:space="preserve"> Вітер сади гойдає, милує, непокоїть.&lt;br /&gt;</w:t>
        <w:br/>
        <w:t>Світлом холодним світить вервиця під рукою.</w:t>
      </w:r>
    </w:p>
    <w:p>
      <w:r>
        <w:br/>
        <w:t>Краплі доопадають, галки позамовкали,&lt;br /&gt;</w:t>
        <w:br/>
        <w:t>Люди пішли додому, двері позамикали.</w:t>
      </w:r>
    </w:p>
    <w:p>
      <w:r>
        <w:br/>
        <w:t>Наче й не жаль нічого в сутінках після зливи —&lt;br /&gt;</w:t>
        <w:br/>
        <w:t>Сливи цвітуть і можна мокнути разом з ними.</w:t>
      </w:r>
    </w:p>
    <w:p>
      <w:r>
        <w:br/>
        <w:t>Серед імли і піни є незворушні стіни —&lt;br /&gt;</w:t>
        <w:br/>
        <w:t>Келія, трохи чаю в заварничку із Хіни.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Вербна неділя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