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Веприк</w:t>
      </w:r>
    </w:p>
    <w:p>
      <w:r>
        <w:br/>
        <w:t xml:space="preserve"> &lt;p&gt;Увечері по колгоспному радіо сказали, що завтра на свинофермі даватимуть поросят на відгодівлю.</w:t>
      </w:r>
    </w:p>
    <w:p>
      <w:r>
        <w:br/>
        <w:t>Ми саме вечеряли. Тато з мамою, як почули те повідомлення, лише перезирнулися. Я знаю чого: про поросят мама вчора тату сказала, бо працює на свинофермі. Ще й пожурилася, що у нас нікому в обідню пору порося нагодувати. Діти, мовляв, малі, а у них з татом не завжди виходить удень додому заскочити. І правда, мама цілий день на фермі, а в жнива наш тато, механізатор, і ночує на польовому стані...</w:t>
      </w:r>
    </w:p>
    <w:p>
      <w:r>
        <w:br/>
        <w:t>Я штовхнув під столом ногу сестри Маринки. Ми з нею близнята, тому-то і в один клас ходимо, і скрізь, де тільки можна, разом буваємо. Маринка здивовано глипнула на мене, навіть ложку відклала. А я їй на радіо киваю. Там саме повторюють оголошення: "Хто хоче взяти на фермі порося..."</w:t>
      </w:r>
    </w:p>
    <w:p>
      <w:r>
        <w:br/>
        <w:t>— Якби кролі,— розчаровано сказала Маринка.— Нам піонерський наказ дали: кожному за літо виростити не менше як по п'ять кролів!</w:t>
      </w:r>
    </w:p>
    <w:p>
      <w:r>
        <w:br/>
        <w:t>— Давно б уже треба кроликів завести,— підтримав розмову тато.— Двоє школярів у хаті! Ми з Миколою (це татів брат, дядько наш, зараз у колгоспі бригадиром працює) по півсотні за літо вигодовували. Всі вибалки було облазимо, а кролів голодними не тримали. Може, того й бур'янів менше було. А зараз: пустир, де баби Мотрі хата стоїть, білою лободою заріс, хоч борщ вари з неї, і ніхто й не гляне в той бік.</w:t>
      </w:r>
    </w:p>
    <w:p>
      <w:r>
        <w:br/>
        <w:t>Я знову торкнув під столом Маринку. Чи ж забула? І що за пам'ять дівоча! Вчора ж перед сном говорили, щоб про порося мову вела, а не про кролів. Ото здивуємо однокласників, як кабанця вигодуємо під зиму! їм сестру очима. І тут вона згадала, напевно, про нашу домовленість. Аж руками сплеснула.</w:t>
      </w:r>
    </w:p>
    <w:p>
      <w:r>
        <w:br/>
        <w:t>— Що ті кролі! — каже.— Ви нам з Петьком порося візьміть, а то й двох (загнула, ми про друге не домовлялися), отоді й побачите, які у вас діти роботящі!</w:t>
      </w:r>
    </w:p>
    <w:p>
      <w:r>
        <w:br/>
        <w:t>— Якщо ж, тату, і кролів треба годувати — згодні. Тільки візьміть з ферми поросятко! — і собі встряваю у розмову.</w:t>
      </w:r>
    </w:p>
    <w:p>
      <w:r>
        <w:br/>
        <w:t>— Отакої! — здивувалася мама.— Чи ж знаєте, скільки мороки з ним?</w:t>
      </w:r>
    </w:p>
    <w:p>
      <w:r>
        <w:br/>
        <w:t>— Хіба не тобі на фермі допомагаємо їх порати! — образилася Маринка.</w:t>
      </w:r>
    </w:p>
    <w:p>
      <w:r>
        <w:br/>
        <w:t>— Там техніка, ветеринарний догляд! — не здається мама.— А хто їсти даватиме, ми з татом цілий день на роботі...</w:t>
      </w:r>
    </w:p>
    <w:p>
      <w:r>
        <w:br/>
        <w:t>— Ми,— аж встав я із-за столу.— Не маленькі, до п'ятого класу перейшли.</w:t>
      </w:r>
    </w:p>
    <w:p>
      <w:r>
        <w:br/>
        <w:t>— Так всього ж до п'ятого! — аж руками сплеснула мама.</w:t>
      </w:r>
    </w:p>
    <w:p>
      <w:r>
        <w:br/>
        <w:t>Тато усміхнувся на такі слова, а тоді й каже:</w:t>
      </w:r>
    </w:p>
    <w:p>
      <w:r>
        <w:br/>
        <w:t>— А що, Галю, повіримо дітям, дамо їм волю. Нехай вчаться господарювати.</w:t>
      </w:r>
    </w:p>
    <w:p>
      <w:r>
        <w:br/>
        <w:t>...Поросят роздавали, звичайно, не з кращих. А ми до того ж припізнилися (чекали, поки мама впорається). На вигоні перед фермою в загородці залишилося їх троє: двоє хоч і худенькі, але довгі й забіякуваті, все торсають одне одного. А третє зовсім миршаве. Забилося в куток під листок лопуха й тільки очицями поблискує. Шустрим поросятам набридло, мабуть, між собою битися, стали рити рожевими писочками землю, а тоді траву їсти. Добралися й до лопуха, під листком якого третє порося ховалося. Воно їм заважало, тому-то одне із забіякуватих штовхнуло його під боки. "Марш звідси",— мовляв. Та не тут-то було. Миршаве порося так садикнуло нападника, що він тільки кувікнув. А саме знову під лопух сховалося.</w:t>
      </w:r>
    </w:p>
    <w:p>
      <w:r>
        <w:br/>
        <w:t>— Чи не з диких? — засміявся дядько Мирон, який роздавав поросят.— Витягуй, Галю, його з-під лопуха, може, вепра вигодуєш!</w:t>
      </w:r>
    </w:p>
    <w:p>
      <w:r>
        <w:br/>
        <w:t>— Нам тільки вепра й не вистачає! — сердито мовила мама.— Бачу, немає вже з чого вибирати...</w:t>
      </w:r>
    </w:p>
    <w:p>
      <w:r>
        <w:br/>
        <w:t>— Мамо, візьми веприка! — моя уява вже малювала, як з того миршавого поросяти виросте ікластий дик. Я його, звичайно, приручу. От хлопці заздритимуть!</w:t>
      </w:r>
    </w:p>
    <w:p>
      <w:r>
        <w:br/>
        <w:t>— Візьми, мамо,— завела й сестра.— Глянь, яке воно нещасне. Худе, забрьохане!</w:t>
      </w:r>
    </w:p>
    <w:p>
      <w:r>
        <w:br/>
        <w:t>— Веприка, хочу веприка,— я мало не плакав.</w:t>
      </w:r>
    </w:p>
    <w:p>
      <w:r>
        <w:br/>
        <w:t>— Начувайтесь, Мироне Павловичу! Довіку вам цього веприка не забуду! — вже вдавано гнівно промовляє до дядька мама, бере миршаве порося в мішок, і ми простуємо додому.</w:t>
      </w:r>
    </w:p>
    <w:p>
      <w:r>
        <w:br/>
        <w:t>...Купаємо порося гуртом. Мама його навіть мочалкою тре. Порося виривається, кувікає, верещить, наче його ріжуть. Як витягли Веприка (так ми вирішили назвати порося) з ночов та витерли насухо, здивуванню не було меж — порося наче з мультфільму: біленьке, гарненьке, щетина аж світиться. Писок чистенький, яскраво-рожевий, навіть очі посвітлішали. Справжня іграшка!</w:t>
      </w:r>
    </w:p>
    <w:p>
      <w:r>
        <w:br/>
        <w:t>Мама насипала в коритце вареної картоплі, налила молока, потовкла все те й поставила перед поросям. Воно одразу ж взялося їсти.</w:t>
      </w:r>
    </w:p>
    <w:p>
      <w:r>
        <w:br/>
        <w:t>— Їстівне! — глузливо промовив тато. Ми й не помітили як він зайшов.— Чи ж гірших не було?..</w:t>
      </w:r>
    </w:p>
    <w:p>
      <w:r>
        <w:br/>
        <w:t>Ми з татом змайстрували загородку для Веприка. Я навіть пісочком потрусив, щоб чистеньке порося не вимазалося об землю. Та яким було моє обурення, коли наступного ранку побачив Веприка в кориті з недоїденою їжею.</w:t>
      </w:r>
    </w:p>
    <w:p>
      <w:r>
        <w:br/>
        <w:t>— Нічого,— суворо промовила Маринка.— Зараз ми його по-новому викупаємо.</w:t>
      </w:r>
    </w:p>
    <w:p>
      <w:r>
        <w:br/>
        <w:t>— Не треба,— заперечив я.— Хто порося часто купає!</w:t>
      </w:r>
    </w:p>
    <w:p>
      <w:r>
        <w:br/>
        <w:t>Під обід подалися з Маринкою по бур'ян. На обійсті баби Мотрі, яка до дітей у місто поїхала, нарвали лободи. Нашаткували ножем, а тоді розмішали з учорашнім супом, й висипали поросяті в корито.</w:t>
      </w:r>
    </w:p>
    <w:p>
      <w:r>
        <w:br/>
        <w:t>— Їж, Веприку! — промовила Маринка й почухала порося між вухами. Веприк аж очі закрив від задоволення.</w:t>
      </w:r>
    </w:p>
    <w:p>
      <w:r>
        <w:br/>
        <w:t>— Не балуй скотину! — зиркнув я на сестру.— Нехай їсть!</w:t>
      </w:r>
    </w:p>
    <w:p>
      <w:r>
        <w:br/>
        <w:t>Веприк нюхнув те місиво, подлубався у ньому рильцем, а тоді</w:t>
      </w:r>
    </w:p>
    <w:p>
      <w:r>
        <w:br/>
        <w:t>одвернувся й пішов у затінок, бо сонце добряче-таки припікало.</w:t>
      </w:r>
    </w:p>
    <w:p>
      <w:r>
        <w:br/>
        <w:t>— Чого це він? — сполошилася Маринка.</w:t>
      </w:r>
    </w:p>
    <w:p>
      <w:r>
        <w:br/>
        <w:t>— Не голодний,— впевнено одказав я.— Захоче — з'їсть!</w:t>
      </w:r>
    </w:p>
    <w:p>
      <w:r>
        <w:br/>
        <w:t>Поставили корито ближче до поросяти й пішли з Маринкою обідати.</w:t>
      </w:r>
    </w:p>
    <w:p>
      <w:r>
        <w:br/>
        <w:t>Розігріли смачненний борщ, що мама вранці зварила, з'їли по котлеті, пиріжку, запили молоком. Трохи телевізор подивилися, а тоді згадали про Веприка. До нього — а він знову лежить у кориті. їсти, видно, не їв, а вимазався так, що і взятися за нього ніяк. Я спересердя вигорнув порося з корита, витер його віхтем соломи, а тоді пішов до хати, підігрів миску борщу, висипав в корито, поставив перед Веприком.</w:t>
      </w:r>
    </w:p>
    <w:p>
      <w:r>
        <w:br/>
        <w:t>— Їж, дурню, бо іще здохнеш з голоду!</w:t>
      </w:r>
    </w:p>
    <w:p>
      <w:r>
        <w:br/>
        <w:t>А його, виявляється, не треба було й припрошувати. їсть, аж за вухами лящить.</w:t>
      </w:r>
    </w:p>
    <w:p>
      <w:r>
        <w:br/>
        <w:t>— Не такий він, Петрику, дурний, як з виду! — каже Маринка,— вчорашнього супу, бач, не захотів їсти, дай йому свіженького борщику.</w:t>
      </w:r>
    </w:p>
    <w:p>
      <w:r>
        <w:br/>
        <w:t>Тут і мама нагодилася. Побачила, чим порося годуємо, й розгнівалась. Чому, мовляв, не вчорашнім супом. Ми їй розповіли, як Веприк знехтував приготовленим нами наїдком.</w:t>
      </w:r>
    </w:p>
    <w:p>
      <w:r>
        <w:br/>
        <w:t>— Привчати треба порося до зелені,— порадила мама.— Хто йому на фермі давав стільки лободи? Там не варене, більше комбікорми. Ну гаразд, завтра у мене вихідний день, будемо гуртом цього звіра приборкувати.</w:t>
      </w:r>
    </w:p>
    <w:p>
      <w:r>
        <w:br/>
        <w:t>Для нас з Маринкою так і залишилося загадкою, чому тоді Веприк не їв лободи, бо з маминих рук він її прямо таки ковтав, аж захлинався.</w:t>
      </w:r>
    </w:p>
    <w:p>
      <w:r>
        <w:br/>
        <w:t>— В умілого й долото рибу ловить! — тільки й мовив тато.</w:t>
      </w:r>
    </w:p>
    <w:p>
      <w:r>
        <w:br/>
        <w:t>...Тримати порося, як ми з Маринкою невдовзі переконалися, не важко. Тільки все-таки клопітно. Головне — з дому надовго не відірвешся. А тут із школи передають, що табір піонерський відкрили. Там і в футбол грають, і на рибалку гуртом ходять, і на екскурсію в ліс. Маринка, бачу, зовсім занудилася.</w:t>
      </w:r>
    </w:p>
    <w:p>
      <w:r>
        <w:br/>
        <w:t>— Знаєш що,— сказав я одного разу сестрі,— нічого нам, як прив'язаним, одне за одним ходити. Давай порося по черзі доглядати.</w:t>
      </w:r>
    </w:p>
    <w:p>
      <w:r>
        <w:br/>
        <w:t>I пішло життя. Встигали тепер скрізь. А одного разу візьми я татові та й бовкни:</w:t>
      </w:r>
    </w:p>
    <w:p>
      <w:r>
        <w:br/>
        <w:t>— У сусідського Володі з півсотні кролів. Восени обіцяє подарувати нам пару на розплід.</w:t>
      </w:r>
    </w:p>
    <w:p>
      <w:r>
        <w:br/>
        <w:t>— А чого осені ждати,— каже тато й пильненько дивиться на мене.— Як прогодуєте, зараз кролів заведемо. Дядько Микола давно пропонує. А в нього породисті кролі...</w:t>
      </w:r>
    </w:p>
    <w:p>
      <w:r>
        <w:br/>
        <w:t>— Що їх годувати! — вихопилося в Маринки.— Все одно поросяті бур'ян рвемо.</w:t>
      </w:r>
    </w:p>
    <w:p>
      <w:r>
        <w:br/>
        <w:t>Наш тато як скаже, так і зробить. Швиденько відремонтував старі клітки, а ввечері в них уже сиділи дві крільчихи — сіра та біла.</w:t>
      </w:r>
    </w:p>
    <w:p>
      <w:r>
        <w:br/>
        <w:t>— Годуйте добре,-— мовив до нас,— у крільчих невдовзі приплід буде. Та знайте, не можна їм давати вологої трави. Рвіть, як роса спаде.</w:t>
      </w:r>
    </w:p>
    <w:p>
      <w:r>
        <w:br/>
        <w:t>Одного разу Маринка привела з школи шестикласника рудого Федька. Це він минулого року побив усі рекорди з кролівництва. Виростив і здав державі сімдесят кролів. Йому, правда, два молодших брати допомагали. Хоч і дошкільнята, а трудолюбиві. Однак рекорд записали за Федьком. Премію він одержав — фотоапарат, ще й на зліт республіканський їздив. Федько не просто в гості завітав, а за дорученням піонерської дружини,— як інструктор по кролівництву. Начальство! Подивився, як наші кролі живуть, похвалив за чистоту в клітках, а тоді каже:</w:t>
      </w:r>
    </w:p>
    <w:p>
      <w:r>
        <w:br/>
        <w:t>— Чи ж знаєте, яку траву кролі люблять найдужче?</w:t>
      </w:r>
    </w:p>
    <w:p>
      <w:r>
        <w:br/>
        <w:t>Ми з Маринкою тільки перезирнулися.</w:t>
      </w:r>
    </w:p>
    <w:p>
      <w:r>
        <w:br/>
        <w:t>— Котам, знаю, валер'янка до вподоби,— сказала сестра.— А кролі наче все підряд їдять...</w:t>
      </w:r>
    </w:p>
    <w:p>
      <w:r>
        <w:br/>
        <w:t>— Не скажи,— багатозначно промовив Федько. Його руді брови звелися докупи, навіть кучері на голові заворушилися.— У нашому селі ніхто, крім мене, про те не знає, а вам, як хочете, покажу ту рослину.</w:t>
      </w:r>
    </w:p>
    <w:p>
      <w:r>
        <w:br/>
        <w:t>Федько повів нас у поле. На узбочині дороги знайшов кілька стебел... деревію. Теж мені дивина!</w:t>
      </w:r>
    </w:p>
    <w:p>
      <w:r>
        <w:br/>
        <w:t>— Ось вона, травиця, яку кролі люблять найдужче. Я нею молодняк — кволеньких кролів відгодовую!</w:t>
      </w:r>
    </w:p>
    <w:p>
      <w:r>
        <w:br/>
        <w:t>Маринка підозріло глипнула на нього, а тоді ще й пирхнула.</w:t>
      </w:r>
    </w:p>
    <w:p>
      <w:r>
        <w:br/>
        <w:t>— Не вірите? — образився Федько.— Доведу тоді експериментально!</w:t>
      </w:r>
    </w:p>
    <w:p>
      <w:r>
        <w:br/>
        <w:t>— 286 —</w:t>
      </w:r>
    </w:p>
    <w:p>
      <w:r>
        <w:br/>
        <w:t>Вдома Федько взяв кілька стебелець деревію й сховав у купку пирію. Поклав їжу кролям. І тут справді було на що подивитися. Кролі занепокоїлися, стали розгрібати зілля й ну вминати стебла деревію.</w:t>
      </w:r>
    </w:p>
    <w:p>
      <w:r>
        <w:br/>
        <w:t>Федько торжествував.</w:t>
      </w:r>
    </w:p>
    <w:p>
      <w:r>
        <w:br/>
        <w:t>А може, й Веприк деревій любить?</w:t>
      </w:r>
    </w:p>
    <w:p>
      <w:r>
        <w:br/>
        <w:t>До нього, а він й дивитися на кролячі ласощі не схотів.</w:t>
      </w:r>
    </w:p>
    <w:p>
      <w:r>
        <w:br/>
        <w:t>— Щось ваше порося надто кволе, чи не заболіло,— висловив здогадку Федько.— Викликайте ветеринара поки не пізно! — й подався далі поради по селу розносити.</w:t>
      </w:r>
    </w:p>
    <w:p>
      <w:r>
        <w:br/>
        <w:t>Ми до Веприка, а він сумно-сумно дивиться на нас, ще й кашляти почав. Біда! Не вберегли поросяти. Що з ним робити? Може, чаєм з малиною напоїти? Так чи ж закутаєш його в ковдру? Верещатиме...</w:t>
      </w:r>
    </w:p>
    <w:p>
      <w:r>
        <w:br/>
        <w:t>Послав я Маринку до мами, вони швиденько прийшли, а з ними й ветеринар. Той оглянув порося, крізь трубочку послухав.</w:t>
      </w:r>
    </w:p>
    <w:p>
      <w:r>
        <w:br/>
        <w:t>— Хрипить, мов ковальський міх. Застудилося! Недаром, либонь, кажуть, що погане порося і в петрівку мерзне.— А тоді порадив: — Давайте йому тепле пійло, годуйте якомога більше кропивою. Може, й оклигає,— не зовсім упевнено мовив.</w:t>
      </w:r>
    </w:p>
    <w:p>
      <w:r>
        <w:br/>
        <w:t>— Не мала баба клопоту — купила порося! — прокоментував усе те увечері тато.— Знаєте, де гарна кропива росте? — поцікавився.</w:t>
      </w:r>
    </w:p>
    <w:p>
      <w:r>
        <w:br/>
        <w:t>— Та повно її скрізь,— заспокоїла його Маринка.— Значно більше, аніж деревію.</w:t>
      </w:r>
    </w:p>
    <w:p>
      <w:r>
        <w:br/>
        <w:t>— А деревій тут до чого? — не зрозумів тато.</w:t>
      </w:r>
    </w:p>
    <w:p>
      <w:r>
        <w:br/>
        <w:t>Ми розповіли йому про Федьків візит.</w:t>
      </w:r>
    </w:p>
    <w:p>
      <w:r>
        <w:br/>
        <w:t>— Не можна, друзі, кролів деревієм годувати,— нахмурився тато.— Це ж цінна лікарська рослина. Травлення поліпшує, катар дихальних шляхів лікує. Розкажіть про це Федькові...</w:t>
      </w:r>
    </w:p>
    <w:p>
      <w:r>
        <w:br/>
        <w:t>Зранку подався я кропиву шукати. Взяв кошика, гострий ніж. Знайшов її в проваллі. Тут колись глину брали, а теперь до ям усякий непотріб скидають. Як я не крутився, а таки нажалив руки. Що було рукавиці прихопити!</w:t>
      </w:r>
    </w:p>
    <w:p>
      <w:r>
        <w:br/>
        <w:t>Вдома нашаткував тієї кропиви, окропом ошпарив (це щоб порося язика не нажалило), кисляком свіжим — улюбленими ласощами Веприка — облив, підсунув ближче до нього корито — їж! Веприк подивився невесело, закашлявся, немовби дядько Гнат, що цигарки з рота не випускав, а тоді мляво, нехотя почав їсти. Невдовзі апетит його розгулявся, напевне, і Веприк спорожнив корито. Увечері я також кропивою його нагодував.</w:t>
      </w:r>
    </w:p>
    <w:p>
      <w:r>
        <w:br/>
        <w:t>— Отепер видужає наш Веприк! — зраділа Маринка, повернувшись із піонерського табору.</w:t>
      </w:r>
    </w:p>
    <w:p>
      <w:r>
        <w:br/>
        <w:t>Та вранці виявилося, що порося й далі кашляє.</w:t>
      </w:r>
    </w:p>
    <w:p>
      <w:r>
        <w:br/>
        <w:t>— А ви гадали, за один день його вилікуєте,— помітила наше здивування мати.— Ось вам рукавиці, бо іще довго доведеться по кропиву ходити.</w:t>
      </w:r>
    </w:p>
    <w:p>
      <w:r>
        <w:br/>
        <w:t>...В піонерському таборі довідався од хлопців, що найкраща кропива росте не в проваллі, а в берегах (так у нас називають гайки понад ставком, що довгою водяною смугою перетинає навпіл село).</w:t>
      </w:r>
    </w:p>
    <w:p>
      <w:r>
        <w:br/>
        <w:t>У неділю гайнули з Маринкою туди. У заростях верболозу, бузини, калини стіною буяла кропива — розлога, соковита і, мабуть, дуже жалюча, бо не лише листочки, а й гілочки вщерть всіяні червонястими жалами. Це в них, знали ми з ботаніки, сидять на пружинах гарпунники, вістря яких начинені отрутою. Зламай жало, і гарпунник спрацює — всадить в тіло добрячий запас сверблячки. Тому-то ми прихопили мамині рукавиці. Швидко нарізали кропиви з півмішка, а тоді подалися на галявину кролям трави нарвати. Я натрапив на кульбабу. У нас, на горі кульбаба дрібна, давно вже одцвіла, а тут свіженька, довголиста, квітує. Рвав її й думав, що у Франції, напевно, знають їй толк, бо інакше б не готували з неї салатів. Особливо гарна кульбаба росла біля всохлої берізки. Верхівку її буря, мабуть, зламала, а стовбур уже трухлявіти почав. "Скільки йому стояти!" — вдарив я по ньому долонею. Що тут сталося! З-під самої землі несподівано виринула зграйка чорно-жовтих комах. "Шершні!" — одразу упізнав їх і кинувся навтіки. Біжу й чую, що наздоганяють вони мене, одні вже в чубі ворушаться. "Пропав!" — майнула думка, бо добре пам'яток), як торік шершні загризли отак грибошукача. Тоді падаю, задираю на голову піджак. Рукою давлю комах, що в чубі копошаться. Пізно, гострий біль пронизує потилицю. Вкусили! Над головою зловісно дзижчать шершні. Не ворушуся. Закляк. Це, напевно, й врятувало од наглої смерті. Невдовзі дзижчання припинилося і я стягнув з голови піджак, витягую з чуба довгасті чорно-жовті тіла двох шершнів. Така погань! Хоч і розумію, що сам винуватий, чи ж треба було тривожити гніздо...</w:t>
      </w:r>
    </w:p>
    <w:p>
      <w:r>
        <w:br/>
        <w:t>Біль неймовірно сковує голову, нижня щелепа не тримається, доводиться їй рукою допомагати. Вуха немовби ватою заклало! І слина безупинно йде...</w:t>
      </w:r>
    </w:p>
    <w:p>
      <w:r>
        <w:br/>
        <w:t>— Чого плюєшся? — підходить Маринка. Вона була за кущем верболозу й, виходить, не бачила моєї ганьби. Мовчки показую їй мертвих шершнів й чухаю потилицю.</w:t>
      </w:r>
    </w:p>
    <w:p>
      <w:r>
        <w:br/>
        <w:t>— Вкусили? — жахається сестра й кидається обстежувати мою голову, а тоді радісно повідомляє: — Жал немає!</w:t>
      </w:r>
    </w:p>
    <w:p>
      <w:r>
        <w:br/>
        <w:t>— Теж біолог,— криво посміхаюся.— Це тільки бджоли залишають у шкірі жала, а оси жалять ними скільки хочуть. У них жало, як у бандита ніж!</w:t>
      </w:r>
    </w:p>
    <w:p>
      <w:r>
        <w:br/>
        <w:t>— Що ж тоді робити! — бідкається Маринка.— Як гадюка вкусить, отруту висмоктують. Од укусів бджіл сік кульбаби допомагає. Шершні — оси, виходить, їхня отрута близька до бджолиної. Давай, Петре, кульбабу до потилиці прикладемо.</w:t>
      </w:r>
    </w:p>
    <w:p>
      <w:r>
        <w:br/>
        <w:t>Сестра нам'яла листочків кульбаби, приклала на хустинці до моєї потилиці. І справді полегшало. Посиділи ми трохи, пожурилися, а тоді взяли мішки й попленталися додому. Тут набрав я з холодильника в целофановий мішок льоду, приклав до потилиці й невдовзі заснув.</w:t>
      </w:r>
    </w:p>
    <w:p>
      <w:r>
        <w:br/>
        <w:t>Довелося Маринці і Веприка, і кролів самій порати.</w:t>
      </w:r>
    </w:p>
    <w:p>
      <w:r>
        <w:br/>
        <w:t>Проснувся од радісного крику сестри:</w:t>
      </w:r>
    </w:p>
    <w:p>
      <w:r>
        <w:br/>
        <w:t>— Сіра десятеро кроленят привела!</w:t>
      </w:r>
    </w:p>
    <w:p>
      <w:r>
        <w:br/>
        <w:t>Крутнув головою — полегшало. І так радісно стало, що не загризли мене проклятущі шершні, і вже немає пекучого болю в потилиці, і що кроленята вивелися...</w:t>
      </w:r>
    </w:p>
    <w:p>
      <w:r>
        <w:br/>
        <w:t>А вони такі кумедні — маленькі, сліпі, голі. Копошаться в пуху, який сіра крільчиха з себе наскубла.</w:t>
      </w:r>
    </w:p>
    <w:p>
      <w:r>
        <w:br/>
        <w:t>— Ходімо звідси, бо іще годувати їх не стане! — тягне мене од клітки Маринка.— Знаєш, я їй трохи деревію кинула. Як винагороду!</w:t>
      </w:r>
    </w:p>
    <w:p>
      <w:r>
        <w:br/>
        <w:t>— Хіба що за винагороду! — буркнув я, згадавши татову розмову.</w:t>
      </w:r>
    </w:p>
    <w:p>
      <w:r>
        <w:br/>
        <w:t>Зайшли до Веприка. Той зрадів нам, почав тицькатись рильцем об наші ноги, а тоді ліг на бік, очі заплющив.</w:t>
      </w:r>
    </w:p>
    <w:p>
      <w:r>
        <w:br/>
        <w:t>Маринка почухала порося, й воно вдоволено зарохкало.</w:t>
      </w:r>
    </w:p>
    <w:p>
      <w:r>
        <w:br/>
        <w:t>— Ти, братику, й не помітив, що іще з учорашнього дня Веприк не кашляє. І бачиш, яким веселим став!</w:t>
      </w:r>
    </w:p>
    <w:p>
      <w:r>
        <w:br/>
        <w:t>Оце звістка! Отепер мама не сумніватиметься, що діти в неї хазяйновитими ростуть.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Веприк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