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Великі роковини</w:t>
      </w:r>
    </w:p>
    <w:p>
      <w:r>
        <w:br/>
        <w:t xml:space="preserve"> &lt;p&gt;Пролог, говорений перед ювілейною виставою "Наталки Полтавки" в пам'ять столітніх відродин української народності</w:t>
      </w:r>
    </w:p>
    <w:p>
      <w:r>
        <w:br/>
        <w:t>Сцена зовсім темна, далеко видно зарево великої пожежі, на переді сцени направо могила.</w:t>
      </w:r>
    </w:p>
    <w:p>
      <w:r>
        <w:br/>
        <w:t>Козак-невмирака</w:t>
      </w:r>
    </w:p>
    <w:p>
      <w:r>
        <w:br/>
        <w:t>Старезний дід, з бандурою, сидить на могилі. Зразу в темноті тільки слабо рисується його силует, він вдивляється в пожежу й декламує глухо, іронічно:</w:t>
      </w:r>
    </w:p>
    <w:p>
      <w:r>
        <w:br/>
        <w:t>Еней був парубок моторний</w:t>
      </w:r>
    </w:p>
    <w:p>
      <w:r>
        <w:br/>
        <w:t>І хлопець хоч куди козак!</w:t>
      </w:r>
    </w:p>
    <w:p>
      <w:r>
        <w:br/>
        <w:t>На лихо вдався він проворний,</w:t>
      </w:r>
    </w:p>
    <w:p>
      <w:r>
        <w:br/>
        <w:t>Завзятіший од всіх бурлак,</w:t>
      </w:r>
    </w:p>
    <w:p>
      <w:r>
        <w:br/>
        <w:t>Та греки, як спаливши Трою,</w:t>
      </w:r>
    </w:p>
    <w:p>
      <w:r>
        <w:br/>
        <w:t>Зробили з неї скирту гною,</w:t>
      </w:r>
    </w:p>
    <w:p>
      <w:r>
        <w:br/>
        <w:t>Він, взявши торбу, тягу дав,</w:t>
      </w:r>
    </w:p>
    <w:p>
      <w:r>
        <w:br/>
        <w:t>Набравши деяких троянців,</w:t>
      </w:r>
    </w:p>
    <w:p>
      <w:r>
        <w:br/>
        <w:t>Осмалених, як гиря, ланців,</w:t>
      </w:r>
    </w:p>
    <w:p>
      <w:r>
        <w:br/>
        <w:t>П'ятами з Трої накивав.</w:t>
      </w:r>
    </w:p>
    <w:p>
      <w:r>
        <w:br/>
        <w:t>Він устає, випростовується, бандура бренчить.</w:t>
      </w:r>
    </w:p>
    <w:p>
      <w:r>
        <w:br/>
        <w:t>Вона горить! Та Троя — Україна</w:t>
      </w:r>
    </w:p>
    <w:p>
      <w:r>
        <w:br/>
        <w:t>Палає, гине, з серця точить кров.</w:t>
      </w:r>
    </w:p>
    <w:p>
      <w:r>
        <w:br/>
        <w:t>Здається, вже остання їй година,</w:t>
      </w:r>
    </w:p>
    <w:p>
      <w:r>
        <w:br/>
        <w:t>Здається, хитрий ворог поборов</w:t>
      </w:r>
    </w:p>
    <w:p>
      <w:r>
        <w:br/>
        <w:t>Усе! Здається, вся лягла дружина,</w:t>
      </w:r>
    </w:p>
    <w:p>
      <w:r>
        <w:br/>
        <w:t>Всі мури впали, навіть той покров</w:t>
      </w:r>
    </w:p>
    <w:p>
      <w:r>
        <w:br/>
        <w:t>Останній, що ним укривають трупи,</w:t>
      </w:r>
    </w:p>
    <w:p>
      <w:r>
        <w:br/>
        <w:t>І той загарбали хижацькі купи!</w:t>
      </w:r>
    </w:p>
    <w:p>
      <w:r>
        <w:br/>
        <w:t>Ні, не досить! І в нашому нутрі</w:t>
      </w:r>
    </w:p>
    <w:p>
      <w:r>
        <w:br/>
        <w:t>Пройшов пожар, сумує попелище!</w:t>
      </w:r>
    </w:p>
    <w:p>
      <w:r>
        <w:br/>
        <w:t>Ми хробачливі в самому ядрі,</w:t>
      </w:r>
    </w:p>
    <w:p>
      <w:r>
        <w:br/>
        <w:t>В душі погасло вічнеє вогнище</w:t>
      </w:r>
    </w:p>
    <w:p>
      <w:r>
        <w:br/>
        <w:t>Живої віри! На страшнім кострі</w:t>
      </w:r>
    </w:p>
    <w:p>
      <w:r>
        <w:br/>
        <w:t>Згоріла сила! Нижче, нижче, нижче</w:t>
      </w:r>
    </w:p>
    <w:p>
      <w:r>
        <w:br/>
        <w:t>Схиляються колись так горді чола!</w:t>
      </w:r>
    </w:p>
    <w:p>
      <w:r>
        <w:br/>
        <w:t>О, Мамо! Бідна Ти, бездітна й гола!</w:t>
      </w:r>
    </w:p>
    <w:p>
      <w:r>
        <w:br/>
        <w:t>Ми всі такі! Що в інших ганьби знак —</w:t>
      </w:r>
    </w:p>
    <w:p>
      <w:r>
        <w:br/>
        <w:t>Це ми приймаємо, як хліб насущний!</w:t>
      </w:r>
    </w:p>
    <w:p>
      <w:r>
        <w:br/>
        <w:t>У інших ренегат — у нас добряк;</w:t>
      </w:r>
    </w:p>
    <w:p>
      <w:r>
        <w:br/>
        <w:t>У інших підлий — в нас старшим послушний;</w:t>
      </w:r>
    </w:p>
    <w:p>
      <w:r>
        <w:br/>
        <w:t>У інших скажуть просто, ясно так:</w:t>
      </w:r>
    </w:p>
    <w:p>
      <w:r>
        <w:br/>
        <w:t>Безхарактерний, — в нас лиш: простодушний.</w:t>
      </w:r>
    </w:p>
    <w:p>
      <w:r>
        <w:br/>
        <w:t>Не стало стиду в нас! Ми в супокою</w:t>
      </w:r>
    </w:p>
    <w:p>
      <w:r>
        <w:br/>
        <w:t>Упідлимось, ще й горді підлотою.</w:t>
      </w:r>
    </w:p>
    <w:p>
      <w:r>
        <w:br/>
        <w:t>Далекий грім, пожежа зближається, на сцені робиться видніше.</w:t>
      </w:r>
    </w:p>
    <w:p>
      <w:r>
        <w:br/>
        <w:t>Козак (показуючи на захід)</w:t>
      </w:r>
    </w:p>
    <w:p>
      <w:r>
        <w:br/>
        <w:t>О, так! Он там він, той козак моторний,</w:t>
      </w:r>
    </w:p>
    <w:p>
      <w:r>
        <w:br/>
        <w:t>Що вирвався з пожежі рідних хат;</w:t>
      </w:r>
    </w:p>
    <w:p>
      <w:r>
        <w:br/>
        <w:t>Не заперечу, вдався він проворний!</w:t>
      </w:r>
    </w:p>
    <w:p>
      <w:r>
        <w:br/>
        <w:t>Нехай тут гине, пропадає брат,</w:t>
      </w:r>
    </w:p>
    <w:p>
      <w:r>
        <w:br/>
        <w:t>Нехай тут матір шарпа ворон чорний,</w:t>
      </w:r>
    </w:p>
    <w:p>
      <w:r>
        <w:br/>
        <w:t>Нехай борців шматує й ріже кат, —</w:t>
      </w:r>
    </w:p>
    <w:p>
      <w:r>
        <w:br/>
        <w:t>Він рад, що врятував свої пенати,</w:t>
      </w:r>
    </w:p>
    <w:p>
      <w:r>
        <w:br/>
        <w:t>Тікає іншої шукати хати!</w:t>
      </w:r>
    </w:p>
    <w:p>
      <w:r>
        <w:br/>
        <w:t>П'ятами накивав від тебе, Нене!</w:t>
      </w:r>
    </w:p>
    <w:p>
      <w:r>
        <w:br/>
        <w:t>Лишив тебе у ранах, у крові!</w:t>
      </w:r>
    </w:p>
    <w:p>
      <w:r>
        <w:br/>
        <w:t>Із грудей вирвав серце насталене,</w:t>
      </w:r>
    </w:p>
    <w:p>
      <w:r>
        <w:br/>
        <w:t>А вткнув якесь собаче — і живи!</w:t>
      </w:r>
    </w:p>
    <w:p>
      <w:r>
        <w:br/>
        <w:t>І крикнув грімко: "Хлопці, гей до мене!</w:t>
      </w:r>
    </w:p>
    <w:p>
      <w:r>
        <w:br/>
        <w:t>Не буде тут роси вже, ні трави!</w:t>
      </w:r>
    </w:p>
    <w:p>
      <w:r>
        <w:br/>
        <w:t>Пропала Мати, ми ще цеї ночі</w:t>
      </w:r>
    </w:p>
    <w:p>
      <w:r>
        <w:br/>
        <w:t>Кидаймо трупа! Гей же, в світ за очі!</w:t>
      </w:r>
    </w:p>
    <w:p>
      <w:r>
        <w:br/>
        <w:t>Там жде нас краща доля, там печені</w:t>
      </w:r>
    </w:p>
    <w:p>
      <w:r>
        <w:br/>
        <w:t>Самі нам голубці влетять у рот!</w:t>
      </w:r>
    </w:p>
    <w:p>
      <w:r>
        <w:br/>
        <w:t>Хто хоче розкошів, жий в Карфагені!</w:t>
      </w:r>
    </w:p>
    <w:p>
      <w:r>
        <w:br/>
        <w:t>Хто хоче вивищиться над народ,</w:t>
      </w:r>
    </w:p>
    <w:p>
      <w:r>
        <w:br/>
        <w:t>І слави, й блиску, й злота повні жмені, —</w:t>
      </w:r>
    </w:p>
    <w:p>
      <w:r>
        <w:br/>
        <w:t>За мною в Рим! Там храм наш, там кивот!</w:t>
      </w:r>
    </w:p>
    <w:p>
      <w:r>
        <w:br/>
        <w:t>Що нам ті згарища! Забудьмо Трою!</w:t>
      </w:r>
    </w:p>
    <w:p>
      <w:r>
        <w:br/>
        <w:t>Вдасть, Рим і розкіш, Карфаген горою!"</w:t>
      </w:r>
    </w:p>
    <w:p>
      <w:r>
        <w:br/>
        <w:t>І рушили — народам на наругу!</w:t>
      </w:r>
    </w:p>
    <w:p>
      <w:r>
        <w:br/>
        <w:t>Пішли нової матері шукать!</w:t>
      </w:r>
    </w:p>
    <w:p>
      <w:r>
        <w:br/>
        <w:t>В серцях згасили навіть тую тугу,</w:t>
      </w:r>
    </w:p>
    <w:p>
      <w:r>
        <w:br/>
        <w:t>Що тягне пса у рідній буді спать.</w:t>
      </w:r>
    </w:p>
    <w:p>
      <w:r>
        <w:br/>
        <w:t>Де йдеш, Енею? Пугу! Пугу! Пугу!</w:t>
      </w:r>
    </w:p>
    <w:p>
      <w:r>
        <w:br/>
        <w:t>Не чують! Дармо кликать і гукать!</w:t>
      </w:r>
    </w:p>
    <w:p>
      <w:r>
        <w:br/>
        <w:t>Ідіть! Несіть народам всім для виду</w:t>
      </w:r>
    </w:p>
    <w:p>
      <w:r>
        <w:br/>
        <w:t>Жебрацьку торбу і лице без стиду!</w:t>
      </w:r>
    </w:p>
    <w:p>
      <w:r>
        <w:br/>
        <w:t>Тим часом розвиднюється трохи, видно попалені села, поле вкрите трупом.</w:t>
      </w:r>
    </w:p>
    <w:p>
      <w:r>
        <w:br/>
        <w:t>Ох, не сходи ти, сонце, на Вкраїні!</w:t>
      </w:r>
    </w:p>
    <w:p>
      <w:r>
        <w:br/>
        <w:t>Злякаєшся тих згарищ і руїн!</w:t>
      </w:r>
    </w:p>
    <w:p>
      <w:r>
        <w:br/>
        <w:t>Осліпніть очі, тут же, в тій годині,</w:t>
      </w:r>
    </w:p>
    <w:p>
      <w:r>
        <w:br/>
        <w:t>Щоб той страшенний образ, наче шпін,</w:t>
      </w:r>
    </w:p>
    <w:p>
      <w:r>
        <w:br/>
        <w:t>Не вбився в серці і не пік віднині</w:t>
      </w:r>
    </w:p>
    <w:p>
      <w:r>
        <w:br/>
        <w:t>Страшніше пекла! Що це? Чути дзвін!</w:t>
      </w:r>
    </w:p>
    <w:p>
      <w:r>
        <w:br/>
        <w:t>Це ангел дзвонить по мертвім народі,</w:t>
      </w:r>
    </w:p>
    <w:p>
      <w:r>
        <w:br/>
        <w:t>Бо щоб живий хтось був, — подумать годі.</w:t>
      </w:r>
    </w:p>
    <w:p>
      <w:r>
        <w:br/>
        <w:t>Чути далекий голос дзвона.</w:t>
      </w:r>
    </w:p>
    <w:p>
      <w:r>
        <w:br/>
        <w:t>Так, ангел дзвонить. Молотом з алмазу</w:t>
      </w:r>
    </w:p>
    <w:p>
      <w:r>
        <w:br/>
        <w:t>Він б'є о хрусталевий неба звід.</w:t>
      </w:r>
    </w:p>
    <w:p>
      <w:r>
        <w:br/>
        <w:t>Ох! Заболіли страшно тут відразу</w:t>
      </w:r>
    </w:p>
    <w:p>
      <w:r>
        <w:br/>
        <w:t>Всі давні рани! Цей кривавий слід —</w:t>
      </w:r>
    </w:p>
    <w:p>
      <w:r>
        <w:br/>
        <w:t>Це Берестечко. Тут у кості сказу</w:t>
      </w:r>
    </w:p>
    <w:p>
      <w:r>
        <w:br/>
        <w:t>З Чуднова взяв. Цей струп, від сотні літ</w:t>
      </w:r>
    </w:p>
    <w:p>
      <w:r>
        <w:br/>
        <w:t>Незгоєний, — Андрусівська умова!</w:t>
      </w:r>
    </w:p>
    <w:p>
      <w:r>
        <w:br/>
        <w:t>А тут — Полтава і смага Петрова.</w:t>
      </w:r>
    </w:p>
    <w:p>
      <w:r>
        <w:br/>
        <w:t>Голос дзвону міцніє й мішається з гуркотом грому, — темніє наново. Козак паде на коліна на могилі.</w:t>
      </w:r>
    </w:p>
    <w:p>
      <w:r>
        <w:br/>
        <w:t>О, Боже! Чи ж кінець моєї думки?</w:t>
      </w:r>
    </w:p>
    <w:p>
      <w:r>
        <w:br/>
        <w:t>Вкраїна вмерла — дай мені спочить!</w:t>
      </w:r>
    </w:p>
    <w:p>
      <w:r>
        <w:br/>
        <w:t>Дай ті катовані віддавна руки</w:t>
      </w:r>
    </w:p>
    <w:p>
      <w:r>
        <w:br/>
        <w:t>Хоч у могилі без кайдан зложить!</w:t>
      </w:r>
    </w:p>
    <w:p>
      <w:r>
        <w:br/>
        <w:t>Змажи нас з пам'яті людей, щоб внуки</w:t>
      </w:r>
    </w:p>
    <w:p>
      <w:r>
        <w:br/>
        <w:t>Не знали, як ми мусили скінчить.</w:t>
      </w:r>
    </w:p>
    <w:p>
      <w:r>
        <w:br/>
        <w:t>Ти сам, святий, забудь про нас в сій хвилі,</w:t>
      </w:r>
    </w:p>
    <w:p>
      <w:r>
        <w:br/>
        <w:t>З землею наші порівняй могили!</w:t>
      </w:r>
    </w:p>
    <w:p>
      <w:r>
        <w:br/>
        <w:t>Удар грому. Козак западається в землю. Ще хвилю гуркоче грім, потім звільна прояснюється, на сході займається велике рожеве зарево — сходить сонце. Сцена представляє той самий краєвид, тільки з зеленими садами, чепурними хатками, направо далеко вежі міста з золоченими банями, довкола могили, розкішні кущі. Калина, черемха у цвіті.</w:t>
      </w:r>
    </w:p>
    <w:p>
      <w:r>
        <w:br/>
        <w:t>Козак-невмирака</w:t>
      </w:r>
    </w:p>
    <w:p>
      <w:r>
        <w:br/>
        <w:t>той самий, але відмолоднілий, з бандурою, виходить із-за могили. Іде зразу понурий, у задумі, та звільна його рухи робляться енергійні, голос міцніє.</w:t>
      </w:r>
    </w:p>
    <w:p>
      <w:r>
        <w:br/>
        <w:t>Здорово проспався, бачу,</w:t>
      </w:r>
    </w:p>
    <w:p>
      <w:r>
        <w:br/>
        <w:t>По-козацьки, сотню літ.</w:t>
      </w:r>
    </w:p>
    <w:p>
      <w:r>
        <w:br/>
        <w:t>Ну, та виграю чи втрачу,</w:t>
      </w:r>
    </w:p>
    <w:p>
      <w:r>
        <w:br/>
        <w:t>А погляну ще на світ,</w:t>
      </w:r>
    </w:p>
    <w:p>
      <w:r>
        <w:br/>
        <w:t>На ту рідну Україну,</w:t>
      </w:r>
    </w:p>
    <w:p>
      <w:r>
        <w:br/>
        <w:t>Що колись, як рай, цвіла,</w:t>
      </w:r>
    </w:p>
    <w:p>
      <w:r>
        <w:br/>
        <w:t>Що мені над все на світі</w:t>
      </w:r>
    </w:p>
    <w:p>
      <w:r>
        <w:br/>
        <w:t>Наймилішою була.</w:t>
      </w:r>
    </w:p>
    <w:p>
      <w:r>
        <w:br/>
        <w:t>Хто-то в ній тепер панує?</w:t>
      </w:r>
    </w:p>
    <w:p>
      <w:r>
        <w:br/>
        <w:t>Хто-то в ній тепер живе?</w:t>
      </w:r>
    </w:p>
    <w:p>
      <w:r>
        <w:br/>
        <w:t>Як говорить, як співає</w:t>
      </w:r>
    </w:p>
    <w:p>
      <w:r>
        <w:br/>
        <w:t>Покоління те нове?</w:t>
      </w:r>
    </w:p>
    <w:p>
      <w:r>
        <w:br/>
        <w:t>Боже, серце жах стискає:</w:t>
      </w:r>
    </w:p>
    <w:p>
      <w:r>
        <w:br/>
        <w:t>Адже ж, певно, нині в ній</w:t>
      </w:r>
    </w:p>
    <w:p>
      <w:r>
        <w:br/>
        <w:t>Вже ніхто не зна, не тямить</w:t>
      </w:r>
    </w:p>
    <w:p>
      <w:r>
        <w:br/>
        <w:t>Нашу мову і пісні!</w:t>
      </w:r>
    </w:p>
    <w:p>
      <w:r>
        <w:br/>
        <w:t>Десь калмики та киргизи</w:t>
      </w:r>
    </w:p>
    <w:p>
      <w:r>
        <w:br/>
        <w:t>Топчуть степ, де ми лягли;</w:t>
      </w:r>
    </w:p>
    <w:p>
      <w:r>
        <w:br/>
        <w:t>Чудь, мордва, чухна та фіни</w:t>
      </w:r>
    </w:p>
    <w:p>
      <w:r>
        <w:br/>
        <w:t>Наші села заняли,</w:t>
      </w:r>
    </w:p>
    <w:p>
      <w:r>
        <w:br/>
        <w:t>Боже, пощо з вікового</w:t>
      </w:r>
    </w:p>
    <w:p>
      <w:r>
        <w:br/>
        <w:t>Сну мені велів ти встать?</w:t>
      </w:r>
    </w:p>
    <w:p>
      <w:r>
        <w:br/>
        <w:t>Чи щоби з розбитим серцем</w:t>
      </w:r>
    </w:p>
    <w:p>
      <w:r>
        <w:br/>
        <w:t>Я в могилу ляг назад?</w:t>
      </w:r>
    </w:p>
    <w:p>
      <w:r>
        <w:br/>
        <w:t>Поступає наперед. За сценою чути хорову пісню — зразу pianissimo, потім чимраз сильніше, та все-таки притишено, мов із віддалення:</w:t>
      </w:r>
    </w:p>
    <w:p>
      <w:r>
        <w:br/>
        <w:t>Ой, гук, мати, гук,</w:t>
      </w:r>
    </w:p>
    <w:p>
      <w:r>
        <w:br/>
        <w:t>Де козаки йдуть!</w:t>
      </w:r>
    </w:p>
    <w:p>
      <w:r>
        <w:br/>
        <w:t>Та щасливая тая доріженька,</w:t>
      </w:r>
    </w:p>
    <w:p>
      <w:r>
        <w:br/>
        <w:t>Та де вони йдуть.</w:t>
      </w:r>
    </w:p>
    <w:p>
      <w:r>
        <w:br/>
        <w:t>А де вони йдуть,</w:t>
      </w:r>
    </w:p>
    <w:p>
      <w:r>
        <w:br/>
        <w:t>Там луги гудуть,</w:t>
      </w:r>
    </w:p>
    <w:p>
      <w:r>
        <w:br/>
        <w:t>А перед себе та вражих ляшеньків</w:t>
      </w:r>
    </w:p>
    <w:p>
      <w:r>
        <w:br/>
        <w:t>Облавою пруть.</w:t>
      </w:r>
    </w:p>
    <w:p>
      <w:r>
        <w:br/>
        <w:t>Козак (із виразом найвищої радості)</w:t>
      </w:r>
    </w:p>
    <w:p>
      <w:r>
        <w:br/>
        <w:t>Боже, наше рідне слово!</w:t>
      </w:r>
    </w:p>
    <w:p>
      <w:r>
        <w:br/>
        <w:t>Наша пісня ще живе!</w:t>
      </w:r>
    </w:p>
    <w:p>
      <w:r>
        <w:br/>
        <w:t>І про нас ще пам'ятає</w:t>
      </w:r>
    </w:p>
    <w:p>
      <w:r>
        <w:br/>
        <w:t>Покоління те нове!</w:t>
      </w:r>
    </w:p>
    <w:p>
      <w:r>
        <w:br/>
        <w:t>Ще співає про козацтво,</w:t>
      </w:r>
    </w:p>
    <w:p>
      <w:r>
        <w:br/>
        <w:t>Про його кривавий бій!</w:t>
      </w:r>
    </w:p>
    <w:p>
      <w:r>
        <w:br/>
        <w:t>Ах, значить, ще не в могилі</w:t>
      </w:r>
    </w:p>
    <w:p>
      <w:r>
        <w:br/>
        <w:t>Той народ коханий мій!</w:t>
      </w:r>
    </w:p>
    <w:p>
      <w:r>
        <w:br/>
        <w:t>Озирається по сцені.</w:t>
      </w:r>
    </w:p>
    <w:p>
      <w:r>
        <w:br/>
        <w:t>Ах, значить, оті цвітучі</w:t>
      </w:r>
    </w:p>
    <w:p>
      <w:r>
        <w:br/>
        <w:t>Села, ниви і садки —</w:t>
      </w:r>
    </w:p>
    <w:p>
      <w:r>
        <w:br/>
        <w:t>Це українські оселі,</w:t>
      </w:r>
    </w:p>
    <w:p>
      <w:r>
        <w:br/>
        <w:t>Це України вінки!</w:t>
      </w:r>
    </w:p>
    <w:p>
      <w:r>
        <w:br/>
        <w:t>А оті могили-гори,</w:t>
      </w:r>
    </w:p>
    <w:p>
      <w:r>
        <w:br/>
        <w:t>Де борці старії сплять,</w:t>
      </w:r>
    </w:p>
    <w:p>
      <w:r>
        <w:br/>
        <w:t>Уквітчали любі руки,</w:t>
      </w:r>
    </w:p>
    <w:p>
      <w:r>
        <w:br/>
        <w:t>Знать, українських дівчат!</w:t>
      </w:r>
    </w:p>
    <w:p>
      <w:r>
        <w:br/>
        <w:t>Ще українець збирає</w:t>
      </w:r>
    </w:p>
    <w:p>
      <w:r>
        <w:br/>
        <w:t>Із цих нив для себе хліб,</w:t>
      </w:r>
    </w:p>
    <w:p>
      <w:r>
        <w:br/>
        <w:t>І не топче чужениця</w:t>
      </w:r>
    </w:p>
    <w:p>
      <w:r>
        <w:br/>
        <w:t>Нашу славу і наш гріб!</w:t>
      </w:r>
    </w:p>
    <w:p>
      <w:r>
        <w:br/>
        <w:t>Поступає ще далі наперед і озирає публіку.</w:t>
      </w:r>
    </w:p>
    <w:p>
      <w:r>
        <w:br/>
        <w:t>Ах, а тут! Предивне диво!</w:t>
      </w:r>
    </w:p>
    <w:p>
      <w:r>
        <w:br/>
        <w:t>Тайна поміж тайн страшних!</w:t>
      </w:r>
    </w:p>
    <w:p>
      <w:r>
        <w:br/>
        <w:t>Це ж Енеєві потомки!</w:t>
      </w:r>
    </w:p>
    <w:p>
      <w:r>
        <w:br/>
        <w:t>Та що стало нині з них?</w:t>
      </w:r>
    </w:p>
    <w:p>
      <w:r>
        <w:br/>
        <w:t>Ті, що перед сто літами,</w:t>
      </w:r>
    </w:p>
    <w:p>
      <w:r>
        <w:br/>
        <w:t>Як згорів наш рідний дім,</w:t>
      </w:r>
    </w:p>
    <w:p>
      <w:r>
        <w:br/>
        <w:t>Накивать йому п'ятами</w:t>
      </w:r>
    </w:p>
    <w:p>
      <w:r>
        <w:br/>
        <w:t>Не задумались зовсім, —</w:t>
      </w:r>
    </w:p>
    <w:p>
      <w:r>
        <w:br/>
        <w:t>Ті під материні крила</w:t>
      </w:r>
    </w:p>
    <w:p>
      <w:r>
        <w:br/>
        <w:t>Знов згорнулися в любві</w:t>
      </w:r>
    </w:p>
    <w:p>
      <w:r>
        <w:br/>
        <w:t>І бажають в рідній хаті</w:t>
      </w:r>
    </w:p>
    <w:p>
      <w:r>
        <w:br/>
        <w:t>Рай зготовити собі.</w:t>
      </w:r>
    </w:p>
    <w:p>
      <w:r>
        <w:br/>
        <w:t>ї дивіть, горять їх очі</w:t>
      </w:r>
    </w:p>
    <w:p>
      <w:r>
        <w:br/>
        <w:t>Тим самим огнем святим.</w:t>
      </w:r>
    </w:p>
    <w:p>
      <w:r>
        <w:br/>
        <w:t>Як горіли тої ночі,</w:t>
      </w:r>
    </w:p>
    <w:p>
      <w:r>
        <w:br/>
        <w:t>Коли друг мій, побратим,</w:t>
      </w:r>
    </w:p>
    <w:p>
      <w:r>
        <w:br/>
        <w:t>Коли славний, безталанний</w:t>
      </w:r>
    </w:p>
    <w:p>
      <w:r>
        <w:br/>
        <w:t>Щирий батько наш Богдан</w:t>
      </w:r>
    </w:p>
    <w:p>
      <w:r>
        <w:br/>
        <w:t>У важкій годині скликав</w:t>
      </w:r>
    </w:p>
    <w:p>
      <w:r>
        <w:br/>
        <w:t>Запорожців на майдан.</w:t>
      </w:r>
    </w:p>
    <w:p>
      <w:r>
        <w:br/>
        <w:t>Тямлю ніч цю, як сьогодні!</w:t>
      </w:r>
    </w:p>
    <w:p>
      <w:r>
        <w:br/>
        <w:t>Вколо нас реве Дніпро</w:t>
      </w:r>
    </w:p>
    <w:p>
      <w:r>
        <w:br/>
        <w:t>І клекоче Ненаситець,</w:t>
      </w:r>
    </w:p>
    <w:p>
      <w:r>
        <w:br/>
        <w:t>Кам'яне гризе ребро.</w:t>
      </w:r>
    </w:p>
    <w:p>
      <w:r>
        <w:br/>
        <w:t>А в степу напроти Січі</w:t>
      </w:r>
    </w:p>
    <w:p>
      <w:r>
        <w:br/>
        <w:t>Це не хижая сова —</w:t>
      </w:r>
    </w:p>
    <w:p>
      <w:r>
        <w:br/>
        <w:t>А Кодацька лядська кріпость</w:t>
      </w:r>
    </w:p>
    <w:p>
      <w:r>
        <w:br/>
        <w:t>Свої кігті висува.</w:t>
      </w:r>
    </w:p>
    <w:p>
      <w:r>
        <w:br/>
        <w:t>У Богдана сльози в оці,</w:t>
      </w:r>
    </w:p>
    <w:p>
      <w:r>
        <w:br/>
        <w:t>Та вогонь в душі, в словах.</w:t>
      </w:r>
    </w:p>
    <w:p>
      <w:r>
        <w:br/>
        <w:t>"Згинем, браття, або вгору</w:t>
      </w:r>
    </w:p>
    <w:p>
      <w:r>
        <w:br/>
        <w:t>Піднесем свободи стяг!</w:t>
      </w:r>
    </w:p>
    <w:p>
      <w:r>
        <w:br/>
        <w:t>Згинуть — нам одна дорога,</w:t>
      </w:r>
    </w:p>
    <w:p>
      <w:r>
        <w:br/>
        <w:t>Чи в кайданах, чи в війні;</w:t>
      </w:r>
    </w:p>
    <w:p>
      <w:r>
        <w:br/>
        <w:t>Хто ненавидить кайдани, —</w:t>
      </w:r>
    </w:p>
    <w:p>
      <w:r>
        <w:br/>
        <w:t>Тому війни не страшні!</w:t>
      </w:r>
    </w:p>
    <w:p>
      <w:r>
        <w:br/>
        <w:t>Чи послабли наші сили?</w:t>
      </w:r>
    </w:p>
    <w:p>
      <w:r>
        <w:br/>
        <w:t>Потупилися шаблі?</w:t>
      </w:r>
    </w:p>
    <w:p>
      <w:r>
        <w:br/>
        <w:t>Чи в серцях ви погасили</w:t>
      </w:r>
    </w:p>
    <w:p>
      <w:r>
        <w:br/>
        <w:t>Дух лицарський взагалі?"</w:t>
      </w:r>
    </w:p>
    <w:p>
      <w:r>
        <w:br/>
        <w:t>І гучніше хвиль Дніпрових</w:t>
      </w:r>
    </w:p>
    <w:p>
      <w:r>
        <w:br/>
        <w:t>Крик козацтва заревів:</w:t>
      </w:r>
    </w:p>
    <w:p>
      <w:r>
        <w:br/>
        <w:t>"Або ляжем головами,</w:t>
      </w:r>
    </w:p>
    <w:p>
      <w:r>
        <w:br/>
        <w:t>Або виб'єм ворогів!"</w:t>
      </w:r>
    </w:p>
    <w:p>
      <w:r>
        <w:br/>
        <w:t>В жовтім світлі смолоскипів,</w:t>
      </w:r>
    </w:p>
    <w:p>
      <w:r>
        <w:br/>
        <w:t>Що горіли серед нас,</w:t>
      </w:r>
    </w:p>
    <w:p>
      <w:r>
        <w:br/>
        <w:t>Ув очах козацьких блисло</w:t>
      </w:r>
    </w:p>
    <w:p>
      <w:r>
        <w:br/>
        <w:t>Десять тисяч іскор враз.</w:t>
      </w:r>
    </w:p>
    <w:p>
      <w:r>
        <w:br/>
        <w:t>Гей, тих десять тисяч іскор —</w:t>
      </w:r>
    </w:p>
    <w:p>
      <w:r>
        <w:br/>
        <w:t>То був, браття, той підпал,</w:t>
      </w:r>
    </w:p>
    <w:p>
      <w:r>
        <w:br/>
        <w:t>Що підняв страшну пожежу</w:t>
      </w:r>
    </w:p>
    <w:p>
      <w:r>
        <w:br/>
        <w:t>Аж по Буга й Сяну вал.</w:t>
      </w:r>
    </w:p>
    <w:p>
      <w:r>
        <w:br/>
        <w:t>Гей, тих десять тисяч іскор —</w:t>
      </w:r>
    </w:p>
    <w:p>
      <w:r>
        <w:br/>
        <w:t>То був, браття, той розмах,</w:t>
      </w:r>
    </w:p>
    <w:p>
      <w:r>
        <w:br/>
        <w:t>Що історію Вкраїни</w:t>
      </w:r>
    </w:p>
    <w:p>
      <w:r>
        <w:br/>
        <w:t>Повернув на інший шлях.</w:t>
      </w:r>
    </w:p>
    <w:p>
      <w:r>
        <w:br/>
        <w:t>Бачу, бачу тії іскри!</w:t>
      </w:r>
    </w:p>
    <w:p>
      <w:r>
        <w:br/>
        <w:t>Мовиш: "Мало їх? невже ж?</w:t>
      </w:r>
    </w:p>
    <w:p>
      <w:r>
        <w:br/>
        <w:t>Що? На тридцять мілійонів</w:t>
      </w:r>
    </w:p>
    <w:p>
      <w:r>
        <w:br/>
        <w:t>Десять тисяч не знайдеш?"</w:t>
      </w:r>
    </w:p>
    <w:p>
      <w:r>
        <w:br/>
        <w:t>Мовиш: "Де нам взять Богдана?"</w:t>
      </w:r>
    </w:p>
    <w:p>
      <w:r>
        <w:br/>
        <w:t>Тільки ти придатний будь</w:t>
      </w:r>
    </w:p>
    <w:p>
      <w:r>
        <w:br/>
        <w:t>На святе, велике діло!</w:t>
      </w:r>
    </w:p>
    <w:p>
      <w:r>
        <w:br/>
        <w:t>Загартуй думки і грудь!</w:t>
      </w:r>
    </w:p>
    <w:p>
      <w:r>
        <w:br/>
        <w:t>До високого літання</w:t>
      </w:r>
    </w:p>
    <w:p>
      <w:r>
        <w:br/>
        <w:t>Ненастанно пробуй крил,</w:t>
      </w:r>
    </w:p>
    <w:p>
      <w:r>
        <w:br/>
        <w:t>А Богдан прийде, як сума</w:t>
      </w:r>
    </w:p>
    <w:p>
      <w:r>
        <w:br/>
        <w:t>Ваших змагань, ваших сил.</w:t>
      </w:r>
    </w:p>
    <w:p>
      <w:r>
        <w:br/>
        <w:t>До великого моменту</w:t>
      </w:r>
    </w:p>
    <w:p>
      <w:r>
        <w:br/>
        <w:t>Будь готовий кожний з вас, —</w:t>
      </w:r>
    </w:p>
    <w:p>
      <w:r>
        <w:br/>
        <w:t>Кожний може стать Богданом,</w:t>
      </w:r>
    </w:p>
    <w:p>
      <w:r>
        <w:br/>
        <w:t>Як настане слушний час.</w:t>
      </w:r>
    </w:p>
    <w:p>
      <w:r>
        <w:br/>
        <w:t>Мовиш: "Нині інші війни".</w:t>
      </w:r>
    </w:p>
    <w:p>
      <w:r>
        <w:br/>
        <w:t>Ну, то іншу зброю куй,</w:t>
      </w:r>
    </w:p>
    <w:p>
      <w:r>
        <w:br/>
        <w:t>Ум гостри, насталюй волю,</w:t>
      </w:r>
    </w:p>
    <w:p>
      <w:r>
        <w:br/>
        <w:t>Лиш воюй, а не тоскуй!</w:t>
      </w:r>
    </w:p>
    <w:p>
      <w:r>
        <w:br/>
        <w:t>Лиш борися, не мирися,</w:t>
      </w:r>
    </w:p>
    <w:p>
      <w:r>
        <w:br/>
        <w:t>Радше впадь, а сил не трать,</w:t>
      </w:r>
    </w:p>
    <w:p>
      <w:r>
        <w:br/>
        <w:t>Гордо стій і не корися,</w:t>
      </w:r>
    </w:p>
    <w:p>
      <w:r>
        <w:br/>
        <w:t>Хоч пропадь, але не зрадь!</w:t>
      </w:r>
    </w:p>
    <w:p>
      <w:r>
        <w:br/>
        <w:t>Кожний думай, що на тобі</w:t>
      </w:r>
    </w:p>
    <w:p>
      <w:r>
        <w:br/>
        <w:t>Мілійонів стан стоїть,</w:t>
      </w:r>
    </w:p>
    <w:p>
      <w:r>
        <w:br/>
        <w:t>Що за долю мілійонів</w:t>
      </w:r>
    </w:p>
    <w:p>
      <w:r>
        <w:br/>
        <w:t>Мусиш дати ти одвіт.</w:t>
      </w:r>
    </w:p>
    <w:p>
      <w:r>
        <w:br/>
        <w:t>Кожний думай: тут, в тім місці,</w:t>
      </w:r>
    </w:p>
    <w:p>
      <w:r>
        <w:br/>
        <w:t>Де стою я ув огні,</w:t>
      </w:r>
    </w:p>
    <w:p>
      <w:r>
        <w:br/>
        <w:t>Важиться тепер вся доля</w:t>
      </w:r>
    </w:p>
    <w:p>
      <w:r>
        <w:br/>
        <w:t>Величезної війни.</w:t>
      </w:r>
    </w:p>
    <w:p>
      <w:r>
        <w:br/>
        <w:t>Як подамся, не достою,</w:t>
      </w:r>
    </w:p>
    <w:p>
      <w:r>
        <w:br/>
        <w:t>Захитаюся, мов тінь, —</w:t>
      </w:r>
    </w:p>
    <w:p>
      <w:r>
        <w:br/>
        <w:t>Пропаде кривава праця</w:t>
      </w:r>
    </w:p>
    <w:p>
      <w:r>
        <w:br/>
        <w:t>Многих, многих поколінь.</w:t>
      </w:r>
    </w:p>
    <w:p>
      <w:r>
        <w:br/>
        <w:t>У таких думках держися</w:t>
      </w:r>
    </w:p>
    <w:p>
      <w:r>
        <w:br/>
        <w:t>І дітей своїх ховай!</w:t>
      </w:r>
    </w:p>
    <w:p>
      <w:r>
        <w:br/>
        <w:t>Коб лиш чистая пшениця, —</w:t>
      </w:r>
    </w:p>
    <w:p>
      <w:r>
        <w:br/>
        <w:t>Буде паска й коровай.</w:t>
      </w:r>
    </w:p>
    <w:p>
      <w:r>
        <w:br/>
        <w:t>"Чи побіди довго ждати?</w:t>
      </w:r>
    </w:p>
    <w:p>
      <w:r>
        <w:br/>
        <w:t>Ждати довго!" То й не жди ж!</w:t>
      </w:r>
    </w:p>
    <w:p>
      <w:r>
        <w:br/>
        <w:t>Нині вчися побіждати,</w:t>
      </w:r>
    </w:p>
    <w:p>
      <w:r>
        <w:br/>
        <w:t>Завтра певно побідиш.</w:t>
      </w:r>
    </w:p>
    <w:p>
      <w:r>
        <w:br/>
        <w:t>Та ж недаром пробудився</w:t>
      </w:r>
    </w:p>
    <w:p>
      <w:r>
        <w:br/>
        <w:t>Український жвавий рід.</w:t>
      </w:r>
    </w:p>
    <w:p>
      <w:r>
        <w:br/>
        <w:t>Та ж недаром іскри грають</w:t>
      </w:r>
    </w:p>
    <w:p>
      <w:r>
        <w:br/>
        <w:t>У в очах тих молодих!</w:t>
      </w:r>
    </w:p>
    <w:p>
      <w:r>
        <w:br/>
        <w:t>Чей нові мечі засяють</w:t>
      </w:r>
    </w:p>
    <w:p>
      <w:r>
        <w:br/>
        <w:t>У правицях, у твердих.</w:t>
      </w:r>
    </w:p>
    <w:p>
      <w:r>
        <w:br/>
        <w:t>Довго нас наруга жерла,</w:t>
      </w:r>
    </w:p>
    <w:p>
      <w:r>
        <w:br/>
        <w:t>Досі нас наруга жре,</w:t>
      </w:r>
    </w:p>
    <w:p>
      <w:r>
        <w:br/>
        <w:t>Та ми крикнім: "Ще не вмерла,</w:t>
      </w:r>
    </w:p>
    <w:p>
      <w:r>
        <w:br/>
        <w:t>Ще не вмерла і не вмре!"</w:t>
      </w:r>
    </w:p>
    <w:p>
      <w:r>
        <w:br/>
        <w:t>1898</w:t>
      </w:r>
    </w:p>
    <w:p>
      <w:r>
        <w:br/>
        <w:t>Примітки</w:t>
      </w:r>
    </w:p>
    <w:p>
      <w:r>
        <w:br/>
        <w:t>Вперше опубліковано в "Літературно-науковому віснику" (т.4, кн.2, с.129—136). Подається за виданням: Франко І. Твори. 1929. Т. 28, кн. 2, С. 5 — 54.</w:t>
      </w:r>
    </w:p>
    <w:p>
      <w:r>
        <w:br/>
        <w:t>Еней був парубок моторний &amp;ndash; перші рядки "Енеїди" І.Котляревського.</w:t>
      </w:r>
    </w:p>
    <w:p>
      <w:r>
        <w:br/>
        <w:t>Берестечко &amp;ndash; містечко у Волинській області, місце битви українського і польського війська в 1651 р.</w:t>
      </w:r>
    </w:p>
    <w:p>
      <w:r>
        <w:br/>
        <w:t>Чуднов &amp;ndash; районний центр Житомирської області, місце битви українського і російського війська з польським в 1660 р.</w:t>
      </w:r>
    </w:p>
    <w:p>
      <w:r>
        <w:br/>
        <w:t>Андрусівська умова &amp;ndash; угода Росії і Речі Посполитої 1667 року, за якою Україну було розділено по Дніпру.</w:t>
      </w:r>
    </w:p>
    <w:p>
      <w:r>
        <w:br/>
        <w:t>Полтава &amp;ndash; кампанія 1709 року.</w:t>
      </w:r>
    </w:p>
    <w:p>
      <w:r>
        <w:br/>
        <w:t>батько наш Богдан &amp;ndash; Хмельницький.</w:t>
      </w:r>
    </w:p>
    <w:p>
      <w:r>
        <w:br/>
        <w:t>Ненаситець &amp;ndash; назва порогу на Дніпрі.</w:t>
      </w:r>
    </w:p>
    <w:p>
      <w:r>
        <w:br/>
        <w:t>Кодацька лядська кріпость &amp;ndash; збудована в 1635 р. над Кодацьким порогом для контролю над козаками. Залишки її збереглися на околиці сучасного Дніпропетровська.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Великі роковини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