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Великдень Йогана Себастіяна Баха</w:t>
      </w:r>
    </w:p>
    <w:p>
      <w:r>
        <w:br/>
        <w:t xml:space="preserve"> Константи Ільдефонс Ґалчинський&lt;br /&gt;</w:t>
        <w:br/>
        <w:t>Великдень Йогана Себастіяна Баха</w:t>
      </w:r>
    </w:p>
    <w:p>
      <w:r>
        <w:br/>
        <w:t>Перекладач: О.Карпенко&lt;br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Вся родина виїхала в Гаген,&lt;br /&gt;</w:t>
        <w:br/>
        <w:t>Сам тепер у величезнім домі&lt;br /&gt;</w:t>
        <w:br/>
        <w:t>Вкраплюю у тишу свої кроки.</w:t>
      </w:r>
    </w:p>
    <w:p>
      <w:r>
        <w:br/>
        <w:t>І смішать мене тих рам овали&lt;br /&gt;</w:t>
        <w:br/>
        <w:t>Й пелікани, різьблені недбало,&lt;br /&gt;</w:t>
        <w:br/>
        <w:t>І хмарини півдня синьоокі.&lt;br /&gt;</w:t>
        <w:br/>
        <w:t>Я дуже люблю хмари. І світло похмуре.&lt;br /&gt;</w:t>
        <w:br/>
        <w:t>Як фуги мої. Як потужні фортечні мури.</w:t>
      </w:r>
    </w:p>
    <w:p>
      <w:r>
        <w:br/>
        <w:t>Що за розкіш! Посеред покоїв&lt;br /&gt;</w:t>
        <w:br/>
        <w:t>Нас тут, Пані Музико, лиш двоє.</w:t>
      </w:r>
    </w:p>
    <w:p>
      <w:r>
        <w:br/>
        <w:t>Як осінній ліс, горять свічки червоні.&lt;br /&gt;</w:t>
        <w:br/>
        <w:t>Нині свято! Линуть перегуки дзвонів.&lt;br /&gt;</w:t>
        <w:br/>
        <w:t>О, веселе серце моє!</w:t>
      </w:r>
    </w:p>
    <w:p>
      <w:r>
        <w:br/>
        <w:t>Десь на дні старі листи в шухляді,&lt;br /&gt;</w:t>
        <w:br/>
        <w:t>В них — сухі квітки, та перша радість.&lt;br /&gt;</w:t>
        <w:br/>
        <w:t>Як приємно в спогади поринуть...</w:t>
      </w:r>
    </w:p>
    <w:p>
      <w:r>
        <w:br/>
        <w:t>О, натхнення час! В такі хвилини&lt;br /&gt;</w:t>
        <w:br/>
        <w:t>Постають кантат стрункі аркади.</w:t>
      </w:r>
    </w:p>
    <w:p>
      <w:r>
        <w:br/>
        <w:t>Все ходжу-блукаю по покоях,&lt;br /&gt;</w:t>
        <w:br/>
        <w:t>Вбраний у зелені оксамити —&lt;br /&gt;</w:t>
        <w:br/>
        <w:t>О, ще стільки часу, стільки світла&lt;br /&gt;</w:t>
        <w:br/>
        <w:t>До темна, мугичучи, бродити,&lt;br /&gt;</w:t>
        <w:br/>
        <w:t>Плинути водою чарівною!</w:t>
      </w:r>
    </w:p>
    <w:p>
      <w:r>
        <w:br/>
        <w:t>Темні портрети вітають мене серед тиші.&lt;br /&gt;</w:t>
        <w:br/>
        <w:t>Як відходжу — стають вони ще темніші.</w:t>
      </w:r>
    </w:p>
    <w:p>
      <w:r>
        <w:br/>
        <w:t>То смішно, що дехто зве мене "майстром великим",&lt;br /&gt;</w:t>
        <w:br/>
        <w:t>Кажуть, ніби в кантатах я небеса замикаю.&lt;br /&gt;</w:t>
        <w:br/>
        <w:t>А ви чули, як дрізд мій свистить і співає?&lt;br /&gt;</w:t>
        <w:br/>
        <w:t>Його пісня — зі мною. Довіку&lt;br /&gt;</w:t>
        <w:br/>
        <w:t>Вдячний йому я. І хмарам у непогоду.&lt;br /&gt;</w:t>
        <w:br/>
        <w:t>І рікам великим. І грудям твоїм, Природо.</w:t>
      </w:r>
    </w:p>
    <w:p>
      <w:r>
        <w:br/>
        <w:t>Погляньте на чисту блакить гіацинту.&lt;br /&gt;</w:t>
        <w:br/>
        <w:t>На ті крісла, чорні, що зліва,&lt;br /&gt;</w:t>
        <w:br/>
        <w:t>На ту клітку, що повна співу,&lt;br /&gt;</w:t>
        <w:br/>
        <w:t>На ту прозолоть світу багату,&lt;br /&gt;</w:t>
        <w:br/>
        <w:t>На ті хмари, мов срібні фрегати.&lt;br /&gt;</w:t>
        <w:br/>
        <w:t>Так, погляньте. От у цьому домі&lt;br /&gt;</w:t>
        <w:br/>
        <w:t>Теж про себе я лишаю спомин.</w:t>
      </w:r>
    </w:p>
    <w:p>
      <w:r>
        <w:br/>
        <w:t>Кажуть, я уже старий. Немов ріка.&lt;br /&gt;</w:t>
        <w:br/>
        <w:t>Кажуть, ніби час між пальцями втіка.&lt;br /&gt;</w:t>
        <w:br/>
        <w:t>Правда, що багато тих жарин схололо.&lt;br /&gt;</w:t>
        <w:br/>
        <w:t>Та дарма! Ще струни всі нап'ято,&lt;br /&gt;</w:t>
        <w:br/>
        <w:t>К бісу! Ще живуть мої кантати,&lt;br /&gt;</w:t>
        <w:br/>
        <w:t>Не роки мене — я їх кладу під молот!</w:t>
      </w:r>
    </w:p>
    <w:p>
      <w:r>
        <w:br/>
        <w:t>Вернеться скоро родина. Почнеться, учта,&lt;br /&gt;</w:t>
        <w:br/>
        <w:t>І дочки мої відіб'ються у люстрах, —&lt;br /&gt;</w:t>
        <w:br/>
        <w:t>І гості наїдуть на танці.&lt;br /&gt;</w:t>
        <w:br/>
        <w:t>Незле підіп'ють собі, піде й печеня —&lt;br /&gt;</w:t>
        <w:br/>
        <w:t>Заграє ріжок пастуха з гобелена.&lt;br /&gt;</w:t>
        <w:br/>
        <w:t>А ніч я зустріну в альтанці.</w:t>
      </w:r>
    </w:p>
    <w:p>
      <w:r>
        <w:br/>
        <w:t>Бо ліпша від веймарської віоліни,&lt;br /&gt;</w:t>
        <w:br/>
        <w:t>Від перлів, котрі я шукав для дружини,&lt;br /&gt;</w:t>
        <w:br/>
        <w:t>Від синівських сонат і від марень усіх&lt;br /&gt;</w:t>
        <w:br/>
        <w:t>Та велика, велика хвилина спочину,&lt;br /&gt;</w:t>
        <w:br/>
        <w:t>Коли стало у шпари альтани видніти&lt;br /&gt;</w:t>
        <w:br/>
        <w:t>Щось незвичне і млосне, щось несамовите:&lt;br /&gt;</w:t>
        <w:br/>
        <w:t>ВЕСНЯНЕ ЗОРЯНЕ НЕБО.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Великдень Йогана Себастіяна Баха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