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Вечірні тіні</w:t>
      </w:r>
    </w:p>
    <w:p>
      <w:r>
        <w:br/>
        <w:t xml:space="preserve"> &lt;p&gt;Огненними стовпами підперло сонце Дівич-гору…</w:t>
      </w:r>
    </w:p>
    <w:p>
      <w:r>
        <w:br/>
        <w:t>Срібно-золотими карбованцями ласкаво сипнуло в замріяні дніпрові хвилі, запалало мільйонами світів, заграло бризками і, як ляльку, поцілувало синьо-білий пароход, далі посміхнулось зеленими лугами до верболозу і соромливо, по-дівочи, сховалось за вербами.</w:t>
      </w:r>
    </w:p>
    <w:p>
      <w:r>
        <w:br/>
        <w:t>І довго ще біліла срібляста смуга під колесами пароходу: переллється білою піною, зашумить в такт вітру, лопати колес заграють, забовтають, як велика риба, а тоді тільки чути, як шипить машина, сіпає і сипле іскрами в зоряне небо…</w:t>
      </w:r>
    </w:p>
    <w:p>
      <w:r>
        <w:br/>
        <w:t>А по хвилях стелеться розмова:</w:t>
      </w:r>
    </w:p>
    <w:p>
      <w:r>
        <w:br/>
        <w:t>— Загомоніли знов степи… Жнива, а…</w:t>
      </w:r>
    </w:p>
    <w:p>
      <w:r>
        <w:br/>
        <w:t>Жвава батькова дочка: ранком ще зоріє, а Любка вже:</w:t>
      </w:r>
    </w:p>
    <w:p>
      <w:r>
        <w:br/>
        <w:t>— Добридень!</w:t>
      </w:r>
    </w:p>
    <w:p>
      <w:r>
        <w:br/>
        <w:t>Майне поділками, залопотить спідницею і — в очах: "Я — хазяйка, не досипаю, а до зорі дбаю про роботу…"</w:t>
      </w:r>
    </w:p>
    <w:p>
      <w:r>
        <w:br/>
        <w:t>— Бачила… Куди це?!</w:t>
      </w:r>
    </w:p>
    <w:p>
      <w:r>
        <w:br/>
        <w:t>— В Кип’яче…</w:t>
      </w:r>
    </w:p>
    <w:p>
      <w:r>
        <w:br/>
        <w:t>Цурка за поясом, серп під рукою, і мете улицею, як куля.</w:t>
      </w:r>
    </w:p>
    <w:p>
      <w:r>
        <w:br/>
        <w:t>— У Білих горах, розказують, трупу набили чорно: собаки, як вовки, розтягають по житах голови, тічками бігають по селах, а люд увесь у лісах, як за Гайдамаччини — лютий, страшний…</w:t>
      </w:r>
    </w:p>
    <w:p>
      <w:r>
        <w:br/>
        <w:t>— Не знаєш?</w:t>
      </w:r>
    </w:p>
    <w:p>
      <w:r>
        <w:br/>
        <w:t>— Пугачева покритка. У-у, там замолоду улицею командувала — дитину мала; ну, а зараз заміжня, правда, чоловік її трошки не картинний…</w:t>
      </w:r>
    </w:p>
    <w:p>
      <w:r>
        <w:br/>
        <w:t>На кормі сиділа з матросом Мотря Пугачиха, зажурено перебирала руками лянтар, гралась чорною стрічкою на плечі матроса і тихо:</w:t>
      </w:r>
    </w:p>
    <w:p>
      <w:r>
        <w:br/>
        <w:t>— Ой, горе, горе! Одна тільки я його знаю… Ти повіриш, — захоплювалась Мотря, — лежу з своїм нечесаним Антошилом, а блювать так і верне…</w:t>
      </w:r>
    </w:p>
    <w:p>
      <w:r>
        <w:br/>
        <w:t>…Фе, гидка ж, проклята душа!..</w:t>
      </w:r>
    </w:p>
    <w:p>
      <w:r>
        <w:br/>
        <w:t>…А лізе, розумієш? Вищирить свої чорно-жовті ікла і, як гад, хіхікає і повзе. Хотіла, Яшка, вбить… Боюся, думаєш? Нє-єт, просто не хочу. Але зараз, Яша, дав Господь повстання: яка я рада, яка я рада, — сказать не можу, — знаєш… дасть Бог, його обмеле… Ге, обмеле?</w:t>
      </w:r>
    </w:p>
    <w:p>
      <w:r>
        <w:br/>
        <w:t>Яшка вульгарно обнімав за стан Мотрю і, грубо, задоволено посміхаючись, тяг: "Обмеле… всіх обмеле, понімаєш?.."</w:t>
      </w:r>
    </w:p>
    <w:p>
      <w:r>
        <w:br/>
        <w:t>Оскалив зуби.</w:t>
      </w:r>
    </w:p>
    <w:p>
      <w:r>
        <w:br/>
        <w:t>— Ну, ходім; ти вже дрижиш, як мачта, а? — сказав власно, грубо і вщипнув за ногу.</w:t>
      </w:r>
    </w:p>
    <w:p>
      <w:r>
        <w:br/>
        <w:t>Мотря прищурилась, заглянула в вічі, обтрусила спідницю і криво, хитро посміхнулась…</w:t>
      </w:r>
    </w:p>
    <w:p>
      <w:r>
        <w:br/>
        <w:t>— І вещі заберем?</w:t>
      </w:r>
    </w:p>
    <w:p>
      <w:r>
        <w:br/>
        <w:t>— Ясно.</w:t>
      </w:r>
    </w:p>
    <w:p>
      <w:r>
        <w:br/>
        <w:t>Спинилась над діркою корми, запитала:</w:t>
      </w:r>
    </w:p>
    <w:p>
      <w:r>
        <w:br/>
        <w:t>— Яша, а ти мене тепер хоч трохи любиш, як тоді?</w:t>
      </w:r>
    </w:p>
    <w:p>
      <w:r>
        <w:br/>
        <w:t>— Дурна. Говорю йдем! Ат, не люблю я панькаться!</w:t>
      </w:r>
    </w:p>
    <w:p>
      <w:r>
        <w:br/>
        <w:t>— Нє, Яшка, я нічого… Так. А рано приїдем до Черкас?</w:t>
      </w:r>
    </w:p>
    <w:p>
      <w:r>
        <w:br/>
        <w:t>— Брось ламаться, зара…</w:t>
      </w:r>
    </w:p>
    <w:p>
      <w:r>
        <w:br/>
        <w:t>Очі заблищали в Яшки до лайки, але пробіг в них якийсь похотливий огник, і він, потягаючись, весело заспівав:</w:t>
      </w:r>
    </w:p>
    <w:p>
      <w:r>
        <w:br/>
        <w:t>Харашо било —</w:t>
      </w:r>
    </w:p>
    <w:p>
      <w:r>
        <w:br/>
        <w:t>В зільоному саду…</w:t>
      </w:r>
    </w:p>
    <w:p>
      <w:r>
        <w:br/>
        <w:t>— А Мотя?</w:t>
      </w:r>
    </w:p>
    <w:p>
      <w:r>
        <w:br/>
        <w:t>Вона мовчки подала свою кошолку і граціозно, підбираючи тонку рябеньку спідницю, спустилась слідом за Яшкою…</w:t>
      </w:r>
    </w:p>
    <w:p>
      <w:r>
        <w:br/>
        <w:t>А слідом за ними спустились над землею і сині вечірні тіні; колеса ляпали в такт вітру — "загомоніли бої запеклії, загомоніли бої запеклії", а береги — сміялися…</w:t>
      </w:r>
    </w:p>
    <w:p>
      <w:r>
        <w:br/>
        <w:t>Повірите, сміялися?!</w:t>
      </w:r>
    </w:p>
    <w:p>
      <w:r>
        <w:br/>
        <w:t>1921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Вечірні тіні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