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Вечір з товстого скла...</w:t>
      </w:r>
    </w:p>
    <w:p>
      <w:r>
        <w:br/>
        <w:t xml:space="preserve"> Вечір з товстого скла&lt;br /&gt;</w:t>
        <w:br/>
        <w:t>З синіми й чорними смугами&lt;br /&gt;</w:t>
        <w:br/>
        <w:t>І вже більш втримати не могла&lt;br /&gt;</w:t>
        <w:br/>
        <w:t>І серце плакало від наруги.</w:t>
      </w:r>
    </w:p>
    <w:p>
      <w:r>
        <w:br/>
        <w:t>І чекала на шовкову ніч,&lt;br /&gt;</w:t>
        <w:br/>
        <w:t>Надсилала свою мрію в зорі.&lt;br /&gt;</w:t>
        <w:br/>
        <w:t>Розсипались темні плями зліш&lt;br /&gt;</w:t>
        <w:br/>
        <w:t>І крижані усміхались гори.</w:t>
      </w:r>
    </w:p>
    <w:p>
      <w:r>
        <w:br/>
        <w:t>Розгойдай огні на чорних хвилях!&lt;br /&gt;</w:t>
        <w:br/>
        <w:t>Розряби блискучий оксамит.&lt;br /&gt;</w:t>
        <w:br/>
        <w:t>Світ навколо мене кличе: мила...&lt;br /&gt;</w:t>
        <w:br/>
        <w:t>Але серце моє хоре спить.</w:t>
      </w:r>
    </w:p>
    <w:p>
      <w:r>
        <w:br/>
        <w:t>6-Х-919. Київ.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Вечір з товстого скла...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