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Вечеря закоханих</w:t>
      </w:r>
    </w:p>
    <w:p>
      <w:r>
        <w:br/>
        <w:t xml:space="preserve"> "Віршована нісенітниця"&lt;br /&gt;</w:t>
        <w:br/>
        <w:t>з листа до Джорджа Кітса</w:t>
      </w:r>
    </w:p>
    <w:p>
      <w:r>
        <w:br/>
        <w:t>Сидять сумні, очима млосно блудять,&lt;br /&gt;</w:t>
        <w:br/>
        <w:t>Щипають хліб, і чай зітханням студять,&lt;br /&gt;</w:t>
        <w:br/>
        <w:t>I тратять пам'ять, і вже просто так&lt;br /&gt;</w:t>
        <w:br/>
        <w:t>Сидять, забувши про вечерю й смак.&lt;br /&gt;</w:t>
        <w:br/>
        <w:t>Бач, руки склали — от де щастя людям!&lt;br /&gt;</w:t>
        <w:br/>
        <w:t>Хай гасне піч, ніхто не встане, жде,&lt;br /&gt;</w:t>
        <w:br/>
        <w:t>Тому-то й Бетті з вугіллям не йде.&lt;br /&gt;</w:t>
        <w:br/>
        <w:t>Зненацька муха у молочник пада.&lt;br /&gt;</w:t>
        <w:br/>
        <w:t>Невже не визволить її громада?&lt;br /&gt;</w:t>
        <w:br/>
        <w:t>О ні: пан Вертер ложкою, стеблом,&lt;br /&gt;</w:t>
        <w:br/>
        <w:t>Сягнув у молоко — і вже столом&lt;br /&gt;</w:t>
        <w:br/>
        <w:t>Вона повзе, радіючи обстою,&lt;br /&gt;</w:t>
        <w:br/>
        <w:t>І мокру стежку довжить за собою.</w:t>
      </w:r>
    </w:p>
    <w:p>
      <w:r>
        <w:br/>
        <w:t>Ромео, встань, до щипців досягни,&lt;br /&gt;</w:t>
        <w:br/>
        <w:t>Бо вже свічки чадять. Але ж вони&lt;br /&gt;</w:t>
        <w:br/>
        <w:t>Віщують саван! Ах, я недотепа:&lt;br /&gt;</w:t>
        <w:br/>
        <w:t>Мені ж у сьомий, що за цирком, треба!&lt;br /&gt;</w:t>
        <w:br/>
        <w:t>Жаль, жаль, а добрий маєте сурдут!&lt;br /&gt;</w:t>
        <w:br/>
        <w:t>Де ваш кравець живе? Десь там... чи тут.&lt;br /&gt;</w:t>
        <w:br/>
        <w:t>О, вибачте! Я втратив пам'ять — через —&lt;br /&gt;</w:t>
        <w:br/>
        <w:t>Ну, як його... Де мій кравець? Я ще раз&lt;br /&gt;</w:t>
        <w:br/>
        <w:t>Повторюю: не знаю. Що за спіх?&lt;br /&gt;</w:t>
        <w:br/>
        <w:t>Він в Оппінгу — забрав би чорт усіх!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Вечеря закоханих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