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Важкий гріш</w:t>
      </w:r>
    </w:p>
    <w:p>
      <w:r>
        <w:br/>
        <w:t xml:space="preserve"> &lt;p&gt;У дядька Балажа на золотому годинниковому ланцюжку теліпалася груба і давня, геть витерта монета вартістю в чотири крейцери.</w:t>
      </w:r>
    </w:p>
    <w:p>
      <w:r>
        <w:br/>
        <w:t>Ми, діти, не раз у думки заходили: чому дядько Баланс носить ту незграбну штуку — той гріш?</w:t>
      </w:r>
    </w:p>
    <w:p>
      <w:r>
        <w:br/>
        <w:t>Якось улітку дядько Баланс був у вельми доброму гуморі, і ми посідали в альтанці навколо нього: хто на стілець, хто на камінь, а хто просто на траву. І дядько почав розповідати:</w:t>
      </w:r>
    </w:p>
    <w:p>
      <w:r>
        <w:br/>
        <w:t>— Мій батько, любі діти, не мав золотого годинника, до якого був би прив'язаний мідяний гріш. Та й у кишенях у нього не дуже видзенькували крейцери. А грошей було ой як треба, бо в хаті щодня просило їсти десятеро дітей.</w:t>
      </w:r>
    </w:p>
    <w:p>
      <w:r>
        <w:br/>
        <w:t>Батько був бідний ремісник, добрий собі столяр. Він багато працював, а мало заробляв. Ми не чепурилися — щоліта бігали босоніж по теплому поросі. Хоча на цукерки й інші ласощі ніколи ламаного гроша не діставали, проте були рум'яні та міцні.</w:t>
      </w:r>
    </w:p>
    <w:p>
      <w:r>
        <w:br/>
        <w:t>Я, ніде правди діти, не був задоволений своєю долею. Дуже кортіло роздобути бодай один крейцер і придбати за нього те, що забагнеться. Я мріяв передовсім купити собі ножика з червоною колодочкою, строкатого дерев'яного коника, шкіряного м'яча і пригорщу цукерок. Ось про що я мріяв за тих часів. Мені здавалося: знайду один крейцер, то зможу купити усе на світі, що тільки заманеться.</w:t>
      </w:r>
    </w:p>
    <w:p>
      <w:r>
        <w:br/>
        <w:t>Але мені не таланило. Либонь, у нашому невеличкому селі ні в кого не було такого крейцера, який би можна загубити. Принаймні я ніколи жодного не знайшов.</w:t>
      </w:r>
    </w:p>
    <w:p>
      <w:r>
        <w:br/>
        <w:t>Та якось сталася видатна подія. Батько приніс додому повний вузлик грошей. Він одержав велику заробітну платню і все монетами вартістю в чотири крейцери. Батько висипав гроші на стіл. Наче зараз бачу, яка то була величезна купа. Усього сто вісімдесят три монети. Хто знає множити, може вирахувати, скільки то грошей. Я знаю тільки те, що було багато.</w:t>
      </w:r>
    </w:p>
    <w:p>
      <w:r>
        <w:br/>
        <w:t>— Сім форинтів і тридцять два крейцери, тобто чотирнадцять крон і шістдесят філерів[1],— встряв у розмову Андор, що на всю школу прославився усним рахунком.</w:t>
      </w:r>
    </w:p>
    <w:p>
      <w:r>
        <w:br/>
        <w:t>Дядько Балаж дивуючись глянув на хлопця.</w:t>
      </w:r>
    </w:p>
    <w:p>
      <w:r>
        <w:br/>
        <w:t>— Дивись-но! — сказав він.— Я ще ніколи не підраховував... Багато грошей було тоді на столі. До того часу не доводилося бачити стільки в одній купі. Пригадуються мені усміхнені обличчя батька та матері.</w:t>
      </w:r>
    </w:p>
    <w:p>
      <w:r>
        <w:br/>
        <w:t>Моїх братів не було дома, і тато на цей раз дозволив мені погратися грішми. Я складав монету до монети, закриваючи ними стіл. Я вишиковував їх довгими рядами, ніби то були солдати, ще й викладав з них зірку, село, башту.</w:t>
      </w:r>
    </w:p>
    <w:p>
      <w:r>
        <w:br/>
        <w:t>Нарешті батько наказав мені зібрати все в торбинку. Я так і вчинив, але остання монета залишилась у мене в жмені, а звідти сповзла до кишені. Я подумав собі: "Якщо покладу в торбинку і цю монету, то від того величезна купа грошей не стане більшою. А мене може зробити багатим і ця одна".</w:t>
      </w:r>
    </w:p>
    <w:p>
      <w:r>
        <w:br/>
        <w:t>Я зав'язав торбинку, передав батькові і — шмиг у двері.</w:t>
      </w:r>
    </w:p>
    <w:p>
      <w:r>
        <w:br/>
        <w:t>Подався я прискоком просто до крамниці. По дорозі весь час тримав руку в кишені й обмацував монету.</w:t>
      </w:r>
    </w:p>
    <w:p>
      <w:r>
        <w:br/>
        <w:t>Ні про що не думаючи, я влетів до крамниці. Там було багато людей, і я став збоку, щоб, поки чекатиму, вибрати собі щось до вподоби.</w:t>
      </w:r>
    </w:p>
    <w:p>
      <w:r>
        <w:br/>
        <w:t>Крамниця містилася в темній, з низенькою стелею кімнаті. Вона була так захаращена полицями, бочками, лантухами і всілякими товарами, що хіба тільки в казковому розі достатку знайшлось би стільки різних принадних речей.</w:t>
      </w:r>
    </w:p>
    <w:p>
      <w:r>
        <w:br/>
        <w:t>Крамарка була стара, зморщена бабуся. Вона мала звичку безперестанку повторювати дивним тужливо-співучим голосом те, що кому має дати.</w:t>
      </w:r>
    </w:p>
    <w:p>
      <w:r>
        <w:br/>
        <w:t>Патакне просила на сім крейцерів солі. То крамарка раз у раз приспівувала:</w:t>
      </w:r>
    </w:p>
    <w:p>
      <w:r>
        <w:br/>
        <w:t>— На сім крейцерів солі... На сім крейцерів солі... На сім крейцерів со-о-олі...</w:t>
      </w:r>
    </w:p>
    <w:p>
      <w:r>
        <w:br/>
        <w:t>Пішта Лабош просив за два крейцери цибуха до люльки. І крамарка знов заспівала своєї:</w:t>
      </w:r>
    </w:p>
    <w:p>
      <w:r>
        <w:br/>
        <w:t>— За два крейцери цибуха, за два крейцери цибуха...</w:t>
      </w:r>
    </w:p>
    <w:p>
      <w:r>
        <w:br/>
        <w:t>Стара видряпалася в лівому кутку крамниці нагору і скинула цілу в'язку цибухів.</w:t>
      </w:r>
    </w:p>
    <w:p>
      <w:r>
        <w:br/>
        <w:t>— За два крейцери цибуха... За два крейцери цибуха,— витягла один і подала покупцеві.</w:t>
      </w:r>
    </w:p>
    <w:p>
      <w:r>
        <w:br/>
        <w:t>Нескоро настала моя черга.</w:t>
      </w:r>
    </w:p>
    <w:p>
      <w:r>
        <w:br/>
        <w:t>Та поки я чекав, сталося щось дивне. Монета в моїй жмені спочатку принишкла, а потім зробилася напрочуд важка.</w:t>
      </w:r>
    </w:p>
    <w:p>
      <w:r>
        <w:br/>
        <w:t>Що більше я роздумував про свій вчинок, то дужче палало обличчя і важчий був гріш. Мені вже заболіла рука, плече, спина, голова, а надто — серце.</w:t>
      </w:r>
    </w:p>
    <w:p>
      <w:r>
        <w:br/>
        <w:t>Врешті-решт перед мене лишилася тільки одна дівчина. Але тут пойняв мене такий страх, що аж у душі похололо. І дав я драла з крамниці. Зупинився аж дома.</w:t>
      </w:r>
    </w:p>
    <w:p>
      <w:r>
        <w:br/>
        <w:t>Я вскочив у кімнату, підбіг до батька і, тамуючи плач, поклав йому на долоню отой на диво важкий гріш.</w:t>
      </w:r>
    </w:p>
    <w:p>
      <w:r>
        <w:br/>
        <w:t>Я не міг і слова вимовити. Та батько мій про все здогадався.</w:t>
      </w:r>
    </w:p>
    <w:p>
      <w:r>
        <w:br/>
        <w:t>— Чому ти приніс гріш назад? — спокійно спитав він.</w:t>
      </w:r>
    </w:p>
    <w:p>
      <w:r>
        <w:br/>
        <w:t>— Бо дуже важкий...— вибухнув я риданням.</w:t>
      </w:r>
    </w:p>
    <w:p>
      <w:r>
        <w:br/>
        <w:t>Тоді батько сказав мені таке:</w:t>
      </w:r>
    </w:p>
    <w:p>
      <w:r>
        <w:br/>
        <w:t>— Нехай цей гріш буде твій. Збережи його і запам'ятай нинішній день, нехай він нагадує тобі, який важкий буває ось такий гріш.</w:t>
      </w:r>
    </w:p>
    <w:p>
      <w:r>
        <w:br/>
        <w:t>— Отак, хлопці,— закінчив свою розповідь дядько Балаж,— дістався мені цей гріш, щоб вічно тяжіти над душею. Він показав мені стежку до чесного трудового життя. По цій стежці я ступатиму аж до самої смерті.</w:t>
      </w:r>
    </w:p>
    <w:p>
      <w:r>
        <w:br/>
        <w:t>[1] Форинт, крона, філер — монети в Австро-Угорщині.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Важкий гріш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