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Васильків портрет</w:t>
      </w:r>
    </w:p>
    <w:p>
      <w:r>
        <w:br/>
        <w:t xml:space="preserve"> &lt;p&gt;У Василька тато — художник.</w:t>
      </w:r>
    </w:p>
    <w:p>
      <w:r>
        <w:br/>
        <w:t>Якось, коли вони сиділи на кухні за вечерею, він сказав:</w:t>
      </w:r>
    </w:p>
    <w:p>
      <w:r>
        <w:br/>
        <w:t>— Треба написати Васильків портрет. Якраз до виставки встигну.</w:t>
      </w:r>
    </w:p>
    <w:p>
      <w:r>
        <w:br/>
        <w:t>— Давно пора,— обізвалася мама.— Бо виросте хлопець, а ми й не матимемо його дитячого портрета.</w:t>
      </w:r>
    </w:p>
    <w:p>
      <w:r>
        <w:br/>
        <w:t>Так усе і почалося.</w:t>
      </w:r>
    </w:p>
    <w:p>
      <w:r>
        <w:br/>
        <w:t>Тепер Василько не йшов зранку в дитсадок. Батько брав його з собою в майстерню.</w:t>
      </w:r>
    </w:p>
    <w:p>
      <w:r>
        <w:br/>
        <w:t>Спершу Василькові було там дуже цікаво. У майстерні повно-повнісінько картин, поставлених одна біля одної. Он — бузок. Наче справжній, тільки запаху не чути. Он — яблука на столі: Так і хочеться простягти руку й узяти одне. Он — вулиця під дощем. Начеб її у вікно побачив. А ось мама дивиться на нього з полотна. Ніби зараз скаже: "Васильку, я так мрію, що ти будеш слухняним хлопчиком..."</w:t>
      </w:r>
    </w:p>
    <w:p>
      <w:r>
        <w:br/>
        <w:t>Але коли батько почав малювати, Василькові вже тут зовсім не подобалося. Сиди, дивися у вікно, навіть не поворухнися.</w:t>
      </w:r>
    </w:p>
    <w:p>
      <w:r>
        <w:br/>
        <w:t>Суцільна мука! Краще вже в садок ходити.</w:t>
      </w:r>
    </w:p>
    <w:p>
      <w:r>
        <w:br/>
        <w:t>— А як же ти думав,— казав батько,— позувати — це теж дуже складна робота.</w:t>
      </w:r>
    </w:p>
    <w:p>
      <w:r>
        <w:br/>
        <w:t>Василько зітхав і мовчав. Чекав, коли тато нарешті відкладе пензель і промовчить.</w:t>
      </w:r>
    </w:p>
    <w:p>
      <w:r>
        <w:br/>
        <w:t>— Перерва.</w:t>
      </w:r>
    </w:p>
    <w:p>
      <w:r>
        <w:br/>
        <w:t>Шкода, що ті перерви робилися рідко і були дуже короткі. Не встигне він подивитися альбом із цікавими малюнками, як тато вже наказує:</w:t>
      </w:r>
    </w:p>
    <w:p>
      <w:r>
        <w:br/>
        <w:t>— До роботи, до роботи.</w:t>
      </w:r>
    </w:p>
    <w:p>
      <w:r>
        <w:br/>
        <w:t>Василько знову сідав біля вікна, а тато ставав біля мольберта і весело насвистував або робив йому зауваження:</w:t>
      </w:r>
    </w:p>
    <w:p>
      <w:r>
        <w:br/>
        <w:t>— Не рухай плечима.</w:t>
      </w:r>
    </w:p>
    <w:p>
      <w:r>
        <w:br/>
        <w:t>Або:</w:t>
      </w:r>
    </w:p>
    <w:p>
      <w:r>
        <w:br/>
        <w:t>— Не опускай так низько голову.</w:t>
      </w:r>
    </w:p>
    <w:p>
      <w:r>
        <w:br/>
        <w:t>Чи:</w:t>
      </w:r>
    </w:p>
    <w:p>
      <w:r>
        <w:br/>
        <w:t>— Не відводь очей од вікна.</w:t>
      </w:r>
    </w:p>
    <w:p>
      <w:r>
        <w:br/>
        <w:t>"Кажуть, що дитинство — найкраща пора,— думав Василько.— Яка там найкраща, коли тебе так мучать. От як виросту — ніколи не буду художником".</w:t>
      </w:r>
    </w:p>
    <w:p>
      <w:r>
        <w:br/>
        <w:t>— Тату, мені вже набридло...</w:t>
      </w:r>
    </w:p>
    <w:p>
      <w:r>
        <w:br/>
        <w:t>— Потерпи трохи — буде гарний портрет.</w:t>
      </w:r>
    </w:p>
    <w:p>
      <w:r>
        <w:br/>
        <w:t>— Скільки можна терпіти? Вже немає сил. Краще пішли б до фотографа! У нього клац — і готово.</w:t>
      </w:r>
    </w:p>
    <w:p>
      <w:r>
        <w:br/>
        <w:t>— Фотографія — це зовсім інше.</w:t>
      </w:r>
    </w:p>
    <w:p>
      <w:r>
        <w:br/>
        <w:t>— Я хочу їсти,— просить Василько. Знає, що тепер уже тато перерве роботу.</w:t>
      </w:r>
    </w:p>
    <w:p>
      <w:r>
        <w:br/>
        <w:t>Отак вони й працювали аж до того дня, коли портрет було закінчено.</w:t>
      </w:r>
    </w:p>
    <w:p>
      <w:r>
        <w:br/>
        <w:t>Глянув Василько на себе й одразу ж упізнав: це справді він. І як це в тата виходить?</w:t>
      </w:r>
    </w:p>
    <w:p>
      <w:r>
        <w:br/>
        <w:t>— Недарма терпів? — запитав, усміхаючись, тато.</w:t>
      </w:r>
    </w:p>
    <w:p>
      <w:r>
        <w:br/>
        <w:t>— Ага,— тільки й мовив Василько, зсе ще розглядаючи портрет.</w:t>
      </w:r>
    </w:p>
    <w:p>
      <w:r>
        <w:br/>
        <w:t>На полотні він виглядав у вікно, начеб бачив там щось дуже цікаве. Аж рота розкрив.</w:t>
      </w:r>
    </w:p>
    <w:p>
      <w:r>
        <w:br/>
        <w:t>Потім була татова виставка. На стінах величезного залу повісили його картини. Прийшло багато людей. Вони тисли татові руку.</w:t>
      </w:r>
    </w:p>
    <w:p>
      <w:r>
        <w:br/>
        <w:t>— А нашого тата всі знають,— здивовано сказав мамі Василько.</w:t>
      </w:r>
    </w:p>
    <w:p>
      <w:r>
        <w:br/>
        <w:t>— Бо наш тато відомий художник.</w:t>
      </w:r>
    </w:p>
    <w:p>
      <w:r>
        <w:br/>
        <w:t>— Я думав, знають лише космонавтів або артистів...</w:t>
      </w:r>
    </w:p>
    <w:p>
      <w:r>
        <w:br/>
        <w:t>— Знають, сину, всіх людей, які добре роблять свою справу.</w:t>
      </w:r>
    </w:p>
    <w:p>
      <w:r>
        <w:br/>
        <w:t>Василько ходив з людьми поміж картинами.</w:t>
      </w:r>
    </w:p>
    <w:p>
      <w:r>
        <w:br/>
        <w:t>На картини він не дивився, бо вже знав їх. Дивився на людей. Слухав, як вони хвалили батькові картини.</w:t>
      </w:r>
    </w:p>
    <w:p>
      <w:r>
        <w:br/>
        <w:t>— Який гарний хлопчик! — почув чийсь голос біля свого портрета.— А, це син художника, тут підписано...</w:t>
      </w:r>
    </w:p>
    <w:p>
      <w:r>
        <w:br/>
        <w:t>Біля портрета стояла жінка з таким хлопчиком, як Василько.</w:t>
      </w:r>
    </w:p>
    <w:p>
      <w:r>
        <w:br/>
        <w:t>— Бачиш,— казала йому жінка,— який він уважний, цей син художника, і, мабуть, дуже-дуже слухняний.</w:t>
      </w:r>
    </w:p>
    <w:p>
      <w:r>
        <w:br/>
        <w:t>Василькові чомусь стало соромно. І він одступив убік.</w:t>
      </w:r>
    </w:p>
    <w:p>
      <w:r>
        <w:br/>
        <w:t>Василько добре знає, що він і неуважний, і неслухняний. Он як часто мама на нього сердиться через це.</w:t>
      </w:r>
    </w:p>
    <w:p>
      <w:r>
        <w:br/>
        <w:t>Додому вони поверталися втрьох.</w:t>
      </w:r>
    </w:p>
    <w:p>
      <w:r>
        <w:br/>
        <w:t>— Сподобалося тобі, сину, на татовій виставці? — запитала мама.</w:t>
      </w:r>
    </w:p>
    <w:p>
      <w:r>
        <w:br/>
        <w:t>— Сподобалося,— сказав тихо.</w:t>
      </w:r>
    </w:p>
    <w:p>
      <w:r>
        <w:br/>
        <w:t>— А що найбільше сподобалося?</w:t>
      </w:r>
    </w:p>
    <w:p>
      <w:r>
        <w:br/>
        <w:t>— Все найбільше сподобалося.</w:t>
      </w:r>
    </w:p>
    <w:p>
      <w:r>
        <w:br/>
        <w:t>А потім заглянув мамі в очі й сказав:</w:t>
      </w:r>
    </w:p>
    <w:p>
      <w:r>
        <w:br/>
        <w:t>— Я буду дуже уважним і слухняним...</w:t>
      </w:r>
    </w:p>
    <w:p>
      <w:r>
        <w:br/>
        <w:t>Мама здивовано подивилась на нього. А він додав:</w:t>
      </w:r>
    </w:p>
    <w:p>
      <w:r>
        <w:br/>
        <w:t>— Таким, як там... на портреті. От побачиш!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Васильків портрет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