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Варіації</w:t>
      </w:r>
    </w:p>
    <w:p>
      <w:r>
        <w:br/>
        <w:t xml:space="preserve"> 1</w:t>
      </w:r>
    </w:p>
    <w:p>
      <w:r>
        <w:br/>
        <w:t>Стих водоспад. Коли вляглася піна,&lt;br /&gt;</w:t>
        <w:br/>
        <w:t>побачив я над прірвою жінок.&lt;br /&gt;</w:t>
        <w:br/>
        <w:t>І ліс уздрів їх. Відступив на крок&lt;br /&gt;</w:t>
        <w:br/>
        <w:t>і впав перед жінками на коліна.</w:t>
      </w:r>
    </w:p>
    <w:p>
      <w:r>
        <w:br/>
        <w:t>З яких небес вони? З яких зірок?&lt;br /&gt;</w:t>
        <w:br/>
        <w:t>Чому в.ода спинилася неспинна?&lt;br /&gt;</w:t>
        <w:br/>
        <w:t>В проваллі тане кожна крапелина.&lt;br /&gt;</w:t>
        <w:br/>
        <w:t>Я маю ключ, не знаю, де замок.</w:t>
      </w:r>
    </w:p>
    <w:p>
      <w:r>
        <w:br/>
        <w:t>їх, мабуть, води винесли з безодні,&lt;br /&gt;</w:t>
        <w:br/>
        <w:t>і їхні житла темні, і слова,&lt;br /&gt;</w:t>
        <w:br/>
        <w:t>яких не чули небеса господні.</w:t>
      </w:r>
    </w:p>
    <w:p>
      <w:r>
        <w:br/>
        <w:t>Для них каміння м'якше, ніж трава.&lt;br /&gt;</w:t>
        <w:br/>
        <w:t>Не знають ні гріха, ні божества&lt;br /&gt;</w:t>
        <w:br/>
        <w:t>вологі душі, чисті і безродні.</w:t>
      </w:r>
    </w:p>
    <w:p>
      <w:r>
        <w:br/>
        <w:t>2</w:t>
      </w:r>
    </w:p>
    <w:p>
      <w:r>
        <w:br/>
        <w:t>Ягнятко взяв на руки. І поніс&lt;br /&gt;</w:t>
        <w:br/>
        <w:t>над прірвою. А блискавки стинали&lt;br /&gt;</w:t>
        <w:br/>
        <w:t>смеріччя. І видовжували скали&lt;br /&gt;</w:t>
        <w:br/>
        <w:t>самотню постать і над нею ліс.</w:t>
      </w:r>
    </w:p>
    <w:p>
      <w:r>
        <w:br/>
        <w:t>Каміння із-під ніг летіло вниз.&lt;br /&gt;</w:t>
        <w:br/>
        <w:t>Вітри завили, гори застогнали.&lt;br /&gt;</w:t>
        <w:br/>
        <w:t>А він ступав. Він обминав обвали.&lt;br /&gt;</w:t>
        <w:br/>
        <w:t>Мале ягня до серця він притис.</w:t>
      </w:r>
    </w:p>
    <w:p>
      <w:r>
        <w:br/>
        <w:t>З небес господніх світло потекло&lt;br /&gt;</w:t>
        <w:br/>
        <w:t>і вихопило з ночі чоловіка.&lt;br /&gt;</w:t>
        <w:br/>
        <w:t>Він похилився, наче на крило,</w:t>
      </w:r>
    </w:p>
    <w:p>
      <w:r>
        <w:br/>
        <w:t>на той пучок… Безодню, повну крику,&lt;br /&gt;</w:t>
        <w:br/>
        <w:t>засліплений агнець тихенько кликав,&lt;br /&gt;</w:t>
        <w:br/>
        <w:t>хоч і його вже в світі не було.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Варіації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