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залізничному купе</w:t>
      </w:r>
    </w:p>
    <w:p>
      <w:r>
        <w:br/>
        <w:t xml:space="preserve"> Вже знову був наш поїзд на розгоні,&lt;br /&gt;</w:t>
        <w:br/>
        <w:t>колеса, буфери й ресори знову&lt;br /&gt;</w:t>
        <w:br/>
        <w:t>гриміли, шурхотіли і сварились,&lt;br /&gt;</w:t>
        <w:br/>
        <w:t>немов зітхали й скаржилися в скрусі,-&lt;br /&gt;</w:t>
        <w:br/>
        <w:t>уже ми почали нову розмову,&lt;br /&gt;</w:t>
        <w:br/>
        <w:t>як до купе дверцята прочинились&lt;br /&gt;</w:t>
        <w:br/>
        <w:t>і чоловік засмаглий, в кожушині,&lt;br /&gt;</w:t>
        <w:br/>
        <w:t>байдуже кинув нам звичайну фразу:&lt;br /&gt;</w:t>
        <w:br/>
        <w:t>"Оце якраз кордон минаєм нині!"&lt;br /&gt;</w:t>
        <w:br/>
        <w:t>І нас замкнув — і всі замовкли зразу.&lt;br /&gt;</w:t>
        <w:br/>
        <w:t>Лиш чоловік, що був тут при родині,&lt;br /&gt;</w:t>
        <w:br/>
        <w:t>підвівсь поквапно, повний неспокою,&lt;br /&gt;</w:t>
        <w:br/>
        <w:t>завісу на вікні одвів рукою,&lt;br /&gt;</w:t>
        <w:br/>
        <w:t>бо заважала жадібному оку;&lt;br /&gt;</w:t>
        <w:br/>
        <w:t>його дружина, наче пробудилась,&lt;br /&gt;</w:t>
        <w:br/>
        <w:t>схопилась миттю й також стала збоку,&lt;br /&gt;</w:t>
        <w:br/>
        <w:t>чолом припавши до плеча дружині;&lt;br /&gt;</w:t>
        <w:br/>
        <w:t>а їх дівча — гарнесеньке, нівроку,-&lt;br /&gt;</w:t>
        <w:br/>
        <w:t>до іншого вікна тихенько стало&lt;br /&gt;</w:t>
        <w:br/>
        <w:t>і в захваті аж рученята склало.&lt;br /&gt;</w:t>
        <w:br/>
        <w:t>І я мовчав — не те що говорити,&lt;br /&gt;</w:t>
        <w:br/>
        <w:t>а гріх було б і слово тут зронити.</w:t>
      </w:r>
    </w:p>
    <w:p>
      <w:r>
        <w:br/>
        <w:t>Дорога чарівничу владу має —&lt;br /&gt;</w:t>
        <w:br/>
        <w:t>подорожан, немов братів, єднає;&lt;br /&gt;</w:t>
        <w:br/>
        <w:t>ми теж зійшлись і зблизились поволі,&lt;br /&gt;</w:t>
        <w:br/>
        <w:t>і я дізнався за якусь часину&lt;br /&gt;</w:t>
        <w:br/>
        <w:t>про їхні радощі малі й великі болі.&lt;br /&gt;</w:t>
        <w:br/>
        <w:t>По цій дорозі вісім років тому&lt;br /&gt;</w:t>
        <w:br/>
        <w:t>вони лишали милу батьківщину —&lt;br /&gt;</w:t>
        <w:br/>
        <w:t>недоля в путь їх гнала невідому;&lt;br /&gt;</w:t>
        <w:br/>
        <w:t>вони у бурі спокою питали,&lt;br /&gt;</w:t>
        <w:br/>
        <w:t>спинялись, мов птахи, і знов злітали,&lt;br /&gt;</w:t>
        <w:br/>
        <w:t>лиш на Кавказі, в хаті під горою,&lt;br /&gt;</w:t>
        <w:br/>
        <w:t>забутий спокій сів при їхнім столі.&lt;br /&gt;</w:t>
        <w:br/>
        <w:t>Тепер зустрітись з матір'ю старою&lt;br /&gt;</w:t>
        <w:br/>
        <w:t>до рідного вони вертались дому,&lt;br /&gt;</w:t>
        <w:br/>
        <w:t>які чуття їм серце хвилювали,&lt;br /&gt;</w:t>
        <w:br/>
        <w:t>як руки їм тремтіли, очі сяли,&lt;br /&gt;</w:t>
        <w:br/>
        <w:t>яка тривога пойняла їх знову,&lt;br /&gt;</w:t>
        <w:br/>
        <w:t>коли ми наближались до кордону!&lt;br /&gt;</w:t>
        <w:br/>
        <w:t>Не дивно, бачте, що в кутку вагона&lt;br /&gt;</w:t>
        <w:br/>
        <w:t>я склав з кондуктором таємну змову,&lt;br /&gt;</w:t>
        <w:br/>
        <w:t>щоб він не дав нам пропустить хвилини,&lt;br /&gt;</w:t>
        <w:br/>
        <w:t>коли ми в'їдем в межі батьківщини.</w:t>
      </w:r>
    </w:p>
    <w:p>
      <w:r>
        <w:br/>
        <w:t>Вітчизни край — які слова величні!&lt;br /&gt;</w:t>
        <w:br/>
        <w:t>Було так тихо, наче в темнім храмі,&lt;br /&gt;</w:t>
        <w:br/>
        <w:t>коли вгорі гуде орган над нами&lt;br /&gt;</w:t>
        <w:br/>
        <w:t>і не змовкають, плачуть в серці вічні&lt;br /&gt;</w:t>
        <w:br/>
        <w:t>надія й туга, мов мишата в тиші.&lt;br /&gt;</w:t>
        <w:br/>
        <w:t>І я мовчу, лиш потай погляд кину&lt;br /&gt;</w:t>
        <w:br/>
        <w:t>на тиху, вкрай схвильовану родину:&lt;br /&gt;</w:t>
        <w:br/>
        <w:t>вуста слова шепочуть невимовні,&lt;br /&gt;</w:t>
        <w:br/>
        <w:t>а очі в них вогню й вологи повні,&lt;br /&gt;</w:t>
        <w:br/>
        <w:t>і вії їм важка сльоза колише.</w:t>
      </w:r>
    </w:p>
    <w:p>
      <w:r>
        <w:br/>
        <w:t>Яке велике слово "батьківщина"!&lt;br /&gt;</w:t>
        <w:br/>
        <w:t>Почув — і в серці в тебе кров заграє,&lt;br /&gt;</w:t>
        <w:br/>
        <w:t>коли в тобі не вмерла ще людина.&lt;br /&gt;</w:t>
        <w:br/>
        <w:t>Я на гірські дивився виднокраї,&lt;br /&gt;</w:t>
        <w:br/>
        <w:t>на верховинські лісові пустелі,&lt;br /&gt;</w:t>
        <w:br/>
        <w:t>на дивні ріки і величні гори,&lt;br /&gt;</w:t>
        <w:br/>
        <w:t>на дикі хащі й замкнені простори,&lt;br /&gt;</w:t>
        <w:br/>
        <w:t>де бідна хатка тулиться до скелі,&lt;br /&gt;</w:t>
        <w:br/>
        <w:t>немов дитя покинуте, самітне;&lt;br /&gt;</w:t>
        <w:br/>
        <w:t>мов біле срібло, сніг лежить в долині,&lt;br /&gt;</w:t>
        <w:br/>
        <w:t>мов золото, палає на ялині,&lt;br /&gt;</w:t>
        <w:br/>
        <w:t>і небо над усім пливе блакитне...&lt;br /&gt;</w:t>
        <w:br/>
        <w:t>Стара краса, але, признатись мушу,&lt;br /&gt;</w:t>
        <w:br/>
        <w:t>вона цим людям сколихнула душу!&lt;br /&gt;</w:t>
        <w:br/>
        <w:t>А я? Бувають почування спільні,&lt;br /&gt;</w:t>
        <w:br/>
        <w:t>проте я тільки свідок випадковий.&lt;br /&gt;</w:t>
        <w:br/>
        <w:t>Ви плачете? Що ж, плачте — ваше діло.&lt;br /&gt;</w:t>
        <w:br/>
        <w:t>Авжеж,— та що це в грудях закипіло?&lt;br /&gt;</w:t>
        <w:br/>
        <w:t>Зненацька серце полетіло д'горі,&lt;br /&gt;</w:t>
        <w:br/>
        <w:t>і сльози покотились світлі, вільні,&lt;br /&gt;</w:t>
        <w:br/>
        <w:t>мов дощ блискучий за вікном надворі&lt;br /&gt;</w:t>
        <w:br/>
        <w:t>упав на землю, радісний, святковий...</w:t>
      </w:r>
    </w:p>
    <w:p>
      <w:r>
        <w:br/>
        <w:t>Дівчатко підвелось, чолом припало&lt;br /&gt;</w:t>
        <w:br/>
        <w:t>до матері — обидві аж прозорі —&lt;br /&gt;</w:t>
        <w:br/>
        <w:t>і щось шепоче. "Ох, облиш, дитино!" —&lt;br /&gt;</w:t>
        <w:br/>
        <w:t>"Не хочеш?" — "Хочу..." Не почув я далі.&lt;br /&gt;</w:t>
        <w:br/>
        <w:t>"То дай їй, вже часу лишилось мало,&lt;br /&gt;</w:t>
        <w:br/>
        <w:t>а це ж зробити треба неодмінно".&lt;br /&gt;</w:t>
        <w:br/>
        <w:t>І мати, світла, мов зоря, з печалі,&lt;br /&gt;</w:t>
        <w:br/>
        <w:t>щось з торби подорожньої дістала&lt;br /&gt;</w:t>
        <w:br/>
        <w:t>і тихо в руки дівчинці поклала.&lt;br /&gt;</w:t>
        <w:br/>
        <w:t>Маленька скринька, є таких чимало,&lt;br /&gt;</w:t>
        <w:br/>
        <w:t>а бачу — дорога вона дитині...&lt;br /&gt;</w:t>
        <w:br/>
        <w:t>"В ній ласощі, напевно, буть повинні?" —&lt;br /&gt;</w:t>
        <w:br/>
        <w:t>"Ну, розкажи, що в тебе в скриньці, пану!"&lt;br /&gt;</w:t>
        <w:br/>
        <w:t>Але, хоч як наполягає мати,&lt;br /&gt;</w:t>
        <w:br/>
        <w:t>соромиться дівча розповідати.&lt;br /&gt;</w:t>
        <w:br/>
        <w:t>"То я сама розповідати стану!&lt;br /&gt;</w:t>
        <w:br/>
        <w:t>Коли ми виїздили на чужину,&lt;br /&gt;</w:t>
        <w:br/>
        <w:t>ми справді дивні речі брали звідци —&lt;br /&gt;</w:t>
        <w:br/>
        <w:t>взяли з собою й жайворона в клітці.&lt;br /&gt;</w:t>
        <w:br/>
        <w:t>Почули б тільки, як співав він, пане!&lt;br /&gt;</w:t>
        <w:br/>
        <w:t>"Де рідний край" і стародавні різні...&lt;br /&gt;</w:t>
        <w:br/>
        <w:t>Ми завезли його в чужу країну,&lt;br /&gt;</w:t>
        <w:br/>
        <w:t>він радий був своїй малій зернині,&lt;br /&gt;</w:t>
        <w:br/>
        <w:t>а в нас, бувало, серце з туги в'яне,-&lt;br /&gt;</w:t>
        <w:br/>
        <w:t>прислухаємось до тієї пісні&lt;br /&gt;</w:t>
        <w:br/>
        <w:t>і думаєм, що ми на батьківщині.&lt;br /&gt;</w:t>
        <w:br/>
        <w:t>Та вранці якось, під осінню зливу,&lt;br /&gt;</w:t>
        <w:br/>
        <w:t>йому зробилось в клітці не до співу.&lt;br /&gt;</w:t>
        <w:br/>
        <w:t>Робили все ми, що могли робити,&lt;br /&gt;</w:t>
        <w:br/>
        <w:t>та хто помер — того вже не збудити.&lt;br /&gt;</w:t>
        <w:br/>
        <w:t>Тоді в маленьку скриньку ми поклали&lt;br /&gt;</w:t>
        <w:br/>
        <w:t>замовклу радість, нашу пісню бідну,&lt;br /&gt;</w:t>
        <w:br/>
        <w:t>і, коли прийде час, пообіцяли,&lt;br /&gt;</w:t>
        <w:br/>
        <w:t>що покладем її у землю рідну".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залізничному купе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