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тумані</w:t>
      </w:r>
    </w:p>
    <w:p>
      <w:r>
        <w:br/>
        <w:t xml:space="preserve"> Юрба і я... Ми плаваєм в тумані&lt;br /&gt;</w:t>
        <w:br/>
        <w:t>Напівзаснулих улиць. Угорі,&lt;br /&gt;</w:t>
        <w:br/>
        <w:t>Мов одноокії потвори, ліхтарі&lt;br /&gt;</w:t>
        <w:br/>
        <w:t>Свої нам шлють усмішки тьмяні.&lt;br /&gt;</w:t>
        <w:br/>
        <w:t>Сміється місто реготом копит,&lt;br /&gt;</w:t>
        <w:br/>
        <w:t>Що зрине враз і десь замре поволі,&lt;br /&gt;</w:t>
        <w:br/>
        <w:t>Мов бурний спогад давніх літ&lt;br /&gt;</w:t>
        <w:br/>
        <w:t>Про давні радощі і болі,&lt;br /&gt;</w:t>
        <w:br/>
        <w:t>А небо плаче в унісон&lt;br /&gt;</w:t>
        <w:br/>
        <w:t>З душею й серцем... Ті ридання&lt;br /&gt;</w:t>
        <w:br/>
        <w:t>Жахливо мовчазні,—&lt;br /&gt;</w:t>
        <w:br/>
        <w:t>Немов у сні&lt;br /&gt;</w:t>
        <w:br/>
        <w:t>Під стогін здавлений, тяжкі зітхання&lt;br /&gt;</w:t>
        <w:br/>
        <w:t>Душа моя справляє похорон.&lt;br /&gt;</w:t>
        <w:br/>
        <w:t>їх чую тільки я та... панна&lt;br /&gt;</w:t>
        <w:br/>
        <w:t>Чужа, незнана,&lt;br /&gt;</w:t>
        <w:br/>
        <w:t>Хвилинний друг самотників нічних..,&lt;br /&gt;</w:t>
        <w:br/>
        <w:t>"Чому так кинулась від мене?..&lt;br /&gt;</w:t>
        <w:br/>
        <w:t>Нестямний жах урвав твій штучний сміх&lt;br /&gt;</w:t>
        <w:br/>
        <w:t>І стиснув серденько шалене...&lt;br /&gt;</w:t>
        <w:br/>
        <w:t>Ха-ха! угледіла зненацька панна,&lt;br /&gt;</w:t>
        <w:br/>
        <w:t>Що ятриться в душі моїй кривава рана?..&lt;br /&gt;</w:t>
        <w:br/>
        <w:t>Ха-ха! не рана, ні—кохання то моє.&lt;br /&gt;</w:t>
        <w:br/>
        <w:t>Мій скарб над всі скарби коштовний!&lt;br /&gt;</w:t>
        <w:br/>
        <w:t>Тому й екстаз мій молитовний&lt;br /&gt;</w:t>
        <w:br/>
        <w:t>Так гостро вразив серденько твоє.&lt;br /&gt;</w:t>
        <w:br/>
        <w:t>Одбившись— жахом у очах.&lt;br /&gt;</w:t>
        <w:br/>
        <w:t>Хитнулась набік ти, мов п'яна,&lt;br /&gt;</w:t>
        <w:br/>
        <w:t>Мов і твоя розкрилась знову рана—&lt;br /&gt;</w:t>
        <w:br/>
        <w:t>Вся в квітах і сльозах.&lt;br /&gt;</w:t>
        <w:br/>
        <w:t>Як то було давно колись...&lt;br /&gt;</w:t>
        <w:br/>
        <w:t>Палало серце, розум кволий&lt;br /&gt;</w:t>
        <w:br/>
        <w:t>Вжахнувсь розкритої безодні...&lt;br /&gt;</w:t>
        <w:br/>
        <w:t>Ми хутко розійшлись,&lt;br /&gt;</w:t>
        <w:br/>
        <w:t>Щоб більш не бачитись сьогодні,&lt;br /&gt;</w:t>
        <w:br/>
        <w:t>Щоб більш не стрінутись ніколи.&lt;br /&gt;</w:t>
        <w:br/>
        <w:t>Ти понесла невідомо куди .&lt;br /&gt;</w:t>
        <w:br/>
        <w:t>Отруту спогадів нежданих,&lt;br /&gt;</w:t>
        <w:br/>
        <w:t>А я — кошмар солодкої нуди&lt;br /&gt;</w:t>
        <w:br/>
        <w:t>І муку образів коханих..."</w:t>
      </w:r>
    </w:p>
    <w:p>
      <w:r>
        <w:br/>
        <w:t>19І5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тумані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