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тіні пальми в'ються блющі...</w:t>
      </w:r>
    </w:p>
    <w:p>
      <w:r>
        <w:br/>
        <w:t xml:space="preserve"> В тіні пальми в’ються блющі,&lt;br /&gt;</w:t>
        <w:br/>
        <w:t>Мірт лицяється до рож.&lt;br /&gt;</w:t>
        <w:br/>
        <w:t>Цить, серденько, цить, химерне,&lt;br /&gt;</w:t>
        <w:br/>
        <w:t>Не тривожся, не тривож!&lt;br /&gt;</w:t>
        <w:br/>
        <w:t>Розспівались соловії,&lt;br /&gt;</w:t>
        <w:br/>
        <w:t>Сріблом сяє водограй,&lt;br /&gt;</w:t>
        <w:br/>
        <w:t>Люлі, люлі, скорбні думи,&lt;br /&gt;</w:t>
        <w:br/>
        <w:t>Ще й до нас всміхнеться май.&lt;br /&gt;</w:t>
        <w:br/>
        <w:t>Ясна зоре щастя-долі!&lt;br /&gt;</w:t>
        <w:br/>
        <w:t>Швидко блиснеш ти мені?&lt;br /&gt;</w:t>
        <w:br/>
        <w:t>Сонце криється за хмару,&lt;br /&gt;</w:t>
        <w:br/>
        <w:t>Тіні шепчуть: на трумні…&lt;br /&gt;</w:t>
        <w:br/>
        <w:t>Прийде пора — розтягнесь сумерк ночі,&lt;br /&gt;</w:t>
        <w:br/>
        <w:t>І шлях урвесь на склоні гробу.&lt;br /&gt;</w:t>
        <w:br/>
        <w:t>Лиш бовкне дзвін — загаснуть очі&lt;br /&gt;</w:t>
        <w:br/>
        <w:t>І кину яр важкої проби.&lt;br /&gt;</w:t>
        <w:br/>
        <w:t>Прийде пора — розтягнесь сумерк ночі.&lt;br /&gt;</w:t>
        <w:br/>
        <w:t>І дух зболілий скине пута плоті&lt;br /&gt;</w:t>
        <w:br/>
        <w:t>І людську страсть: демонську злобу.&lt;br /&gt;</w:t>
        <w:br/>
        <w:t>Ще раз обійму зором шпиль Голготи&lt;br /&gt;</w:t>
        <w:br/>
        <w:t>І радо вийду з пекла проби.&lt;br /&gt;</w:t>
        <w:br/>
        <w:t>І дух зболілий скине пута плоті.&lt;br /&gt;</w:t>
        <w:br/>
        <w:t>Спокійно лягну. Ширі співи-стони&lt;br /&gt;</w:t>
        <w:br/>
        <w:t>Сирітських мольб мене вколишуть&lt;br /&gt;</w:t>
        <w:br/>
        <w:t>На вічний сон. Лиш бовкнуть дзвони&lt;br /&gt;</w:t>
        <w:br/>
        <w:t>І всі полишуть, всі полишуть.&lt;br /&gt;</w:t>
        <w:br/>
        <w:t>О Лето! Лето!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тіні пальми в'ються блющі...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